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EE3A" w14:textId="77777777" w:rsidR="004A1F21" w:rsidRPr="00D416FD" w:rsidRDefault="004A1F21" w:rsidP="004A1F21">
      <w:pPr>
        <w:spacing w:after="0"/>
        <w:jc w:val="center"/>
        <w:rPr>
          <w:rStyle w:val="Neupadljivoisticanje"/>
        </w:rPr>
      </w:pPr>
    </w:p>
    <w:p w14:paraId="761C04BA" w14:textId="77777777" w:rsidR="004A1F21" w:rsidRPr="00D31D98" w:rsidRDefault="004A1F21" w:rsidP="004A1F21">
      <w:pPr>
        <w:numPr>
          <w:ilvl w:val="0"/>
          <w:numId w:val="1"/>
        </w:numPr>
        <w:pBdr>
          <w:top w:val="nil"/>
          <w:left w:val="nil"/>
          <w:bottom w:val="nil"/>
          <w:right w:val="nil"/>
          <w:between w:val="nil"/>
        </w:pBdr>
        <w:spacing w:after="120"/>
        <w:jc w:val="center"/>
        <w:rPr>
          <w:b/>
          <w:color w:val="000000"/>
          <w:sz w:val="72"/>
          <w:szCs w:val="72"/>
        </w:rPr>
      </w:pPr>
      <w:r w:rsidRPr="00D31D98">
        <w:rPr>
          <w:b/>
          <w:color w:val="000000"/>
          <w:sz w:val="72"/>
          <w:szCs w:val="72"/>
        </w:rPr>
        <w:t>GIMNAZIJA OSIJEK</w:t>
      </w:r>
    </w:p>
    <w:p w14:paraId="2BEE55B9" w14:textId="77777777" w:rsidR="004A1F21" w:rsidRPr="00D31D98" w:rsidRDefault="004A1F21" w:rsidP="004A1F21">
      <w:pPr>
        <w:spacing w:after="0"/>
        <w:jc w:val="center"/>
        <w:rPr>
          <w:sz w:val="32"/>
          <w:szCs w:val="32"/>
        </w:rPr>
      </w:pPr>
    </w:p>
    <w:p w14:paraId="715B6150" w14:textId="77777777" w:rsidR="004A1F21" w:rsidRPr="00D31D98" w:rsidRDefault="007408ED" w:rsidP="004A1F21">
      <w:pPr>
        <w:spacing w:after="0"/>
        <w:jc w:val="center"/>
        <w:rPr>
          <w:sz w:val="32"/>
          <w:szCs w:val="32"/>
        </w:rPr>
      </w:pPr>
      <w:r w:rsidRPr="00D31D98">
        <w:rPr>
          <w:noProof/>
          <w:szCs w:val="24"/>
        </w:rPr>
        <w:drawing>
          <wp:inline distT="0" distB="0" distL="0" distR="0" wp14:anchorId="5D1445D6" wp14:editId="6DC8092B">
            <wp:extent cx="5753100" cy="2790825"/>
            <wp:effectExtent l="0" t="0" r="0" b="0"/>
            <wp:docPr id="14930328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32876" name=""/>
                    <pic:cNvPicPr/>
                  </pic:nvPicPr>
                  <pic:blipFill>
                    <a:blip r:embed="rId11">
                      <a:extLst>
                        <a:ext uri="{28A0092B-C50C-407E-A947-70E740481C1C}">
                          <a14:useLocalDpi xmlns:a14="http://schemas.microsoft.com/office/drawing/2010/main"/>
                        </a:ext>
                      </a:extLst>
                    </a:blip>
                    <a:stretch>
                      <a:fillRect/>
                    </a:stretch>
                  </pic:blipFill>
                  <pic:spPr>
                    <a:xfrm>
                      <a:off x="0" y="0"/>
                      <a:ext cx="5753100" cy="2790825"/>
                    </a:xfrm>
                    <a:prstGeom prst="rect">
                      <a:avLst/>
                    </a:prstGeom>
                  </pic:spPr>
                </pic:pic>
              </a:graphicData>
            </a:graphic>
          </wp:inline>
        </w:drawing>
      </w:r>
    </w:p>
    <w:p w14:paraId="59B1225D" w14:textId="77777777" w:rsidR="004A1F21" w:rsidRPr="00D31D98" w:rsidRDefault="004A1F21" w:rsidP="004A1F21">
      <w:pPr>
        <w:spacing w:after="0"/>
        <w:jc w:val="center"/>
        <w:rPr>
          <w:sz w:val="32"/>
          <w:szCs w:val="32"/>
        </w:rPr>
      </w:pPr>
    </w:p>
    <w:p w14:paraId="7B801DA0" w14:textId="77777777" w:rsidR="004A1F21" w:rsidRPr="00D31D98" w:rsidRDefault="004A1F21" w:rsidP="004A1F21">
      <w:pPr>
        <w:spacing w:after="120"/>
        <w:jc w:val="center"/>
        <w:rPr>
          <w:sz w:val="32"/>
          <w:szCs w:val="32"/>
        </w:rPr>
      </w:pPr>
      <w:r w:rsidRPr="00D31D98">
        <w:rPr>
          <w:b/>
          <w:sz w:val="72"/>
          <w:szCs w:val="72"/>
        </w:rPr>
        <w:t>ŠKOLSKI KURIKULUM</w:t>
      </w:r>
    </w:p>
    <w:p w14:paraId="7CFD8D24" w14:textId="77777777" w:rsidR="004A1F21" w:rsidRPr="00D31D98" w:rsidRDefault="004A1F21" w:rsidP="004A1F21">
      <w:pPr>
        <w:spacing w:after="120"/>
        <w:jc w:val="center"/>
        <w:rPr>
          <w:b/>
          <w:sz w:val="72"/>
          <w:szCs w:val="72"/>
        </w:rPr>
      </w:pPr>
      <w:r w:rsidRPr="00D31D98">
        <w:rPr>
          <w:b/>
          <w:sz w:val="72"/>
          <w:szCs w:val="72"/>
        </w:rPr>
        <w:t>2026./2027.</w:t>
      </w:r>
    </w:p>
    <w:p w14:paraId="261C8E66" w14:textId="77777777" w:rsidR="004A1F21" w:rsidRPr="00D31D98" w:rsidRDefault="004A1F21" w:rsidP="004A1F21">
      <w:pPr>
        <w:spacing w:after="0"/>
      </w:pPr>
    </w:p>
    <w:p w14:paraId="308F9D52" w14:textId="77777777" w:rsidR="005273FF" w:rsidRPr="00D31D98" w:rsidRDefault="007408ED">
      <w:pPr>
        <w:spacing w:after="0"/>
      </w:pPr>
      <w:r w:rsidRPr="00D31D98">
        <w:rPr>
          <w:szCs w:val="24"/>
        </w:rPr>
        <w:br/>
      </w:r>
    </w:p>
    <w:p w14:paraId="10932A75" w14:textId="77777777" w:rsidR="007408ED" w:rsidRPr="00D31D98" w:rsidRDefault="007408ED">
      <w:pPr>
        <w:spacing w:after="0"/>
      </w:pPr>
    </w:p>
    <w:p w14:paraId="78D091E8" w14:textId="77777777" w:rsidR="007408ED" w:rsidRPr="00D31D98" w:rsidRDefault="007408ED">
      <w:pPr>
        <w:spacing w:after="0"/>
      </w:pPr>
    </w:p>
    <w:p w14:paraId="747A7574" w14:textId="77777777" w:rsidR="007408ED" w:rsidRPr="00D31D98" w:rsidRDefault="007408ED">
      <w:pPr>
        <w:spacing w:after="0"/>
      </w:pPr>
    </w:p>
    <w:p w14:paraId="18F8CCDE" w14:textId="77777777" w:rsidR="007408ED" w:rsidRPr="00D31D98" w:rsidRDefault="007408ED">
      <w:pPr>
        <w:spacing w:after="0"/>
      </w:pPr>
    </w:p>
    <w:p w14:paraId="1BD81F84" w14:textId="77777777" w:rsidR="007408ED" w:rsidRPr="00D31D98" w:rsidRDefault="007408ED">
      <w:pPr>
        <w:spacing w:after="0"/>
      </w:pPr>
    </w:p>
    <w:p w14:paraId="4D3DCDA4" w14:textId="77777777" w:rsidR="007408ED" w:rsidRPr="00D31D98" w:rsidRDefault="007408ED">
      <w:pPr>
        <w:spacing w:after="0"/>
      </w:pPr>
    </w:p>
    <w:p w14:paraId="5706D961" w14:textId="77777777" w:rsidR="007408ED" w:rsidRPr="00D31D98" w:rsidRDefault="007408ED">
      <w:pPr>
        <w:spacing w:after="0"/>
      </w:pPr>
    </w:p>
    <w:p w14:paraId="3CCE3F0C" w14:textId="77777777" w:rsidR="007408ED" w:rsidRPr="00D31D98" w:rsidRDefault="007408ED" w:rsidP="007408ED">
      <w:pPr>
        <w:keepNext/>
        <w:keepLines/>
        <w:pageBreakBefore/>
        <w:spacing w:before="240" w:after="120"/>
        <w:outlineLvl w:val="0"/>
        <w:rPr>
          <w:b/>
          <w:bCs/>
          <w:kern w:val="36"/>
          <w:sz w:val="48"/>
          <w:szCs w:val="48"/>
        </w:rPr>
      </w:pPr>
      <w:r w:rsidRPr="00D31D98">
        <w:rPr>
          <w:b/>
          <w:bCs/>
          <w:kern w:val="36"/>
          <w:sz w:val="32"/>
          <w:szCs w:val="32"/>
        </w:rPr>
        <w:lastRenderedPageBreak/>
        <w:t>1. UVOD</w:t>
      </w:r>
    </w:p>
    <w:p w14:paraId="4F557CE9" w14:textId="77777777" w:rsidR="007408ED" w:rsidRPr="00D31D98" w:rsidRDefault="007408ED" w:rsidP="007408ED">
      <w:pPr>
        <w:keepNext/>
        <w:keepLines/>
        <w:spacing w:before="240" w:after="120"/>
        <w:outlineLvl w:val="1"/>
        <w:rPr>
          <w:b/>
          <w:bCs/>
          <w:sz w:val="36"/>
          <w:szCs w:val="36"/>
        </w:rPr>
      </w:pPr>
      <w:r w:rsidRPr="00D31D98">
        <w:rPr>
          <w:b/>
          <w:bCs/>
          <w:sz w:val="28"/>
          <w:szCs w:val="28"/>
        </w:rPr>
        <w:t xml:space="preserve">1.1. </w:t>
      </w:r>
      <w:proofErr w:type="spellStart"/>
      <w:r w:rsidRPr="00D31D98">
        <w:rPr>
          <w:b/>
          <w:bCs/>
          <w:sz w:val="28"/>
          <w:szCs w:val="28"/>
        </w:rPr>
        <w:t>Kurikularni</w:t>
      </w:r>
      <w:proofErr w:type="spellEnd"/>
      <w:r w:rsidRPr="00D31D98">
        <w:rPr>
          <w:b/>
          <w:bCs/>
          <w:sz w:val="28"/>
          <w:szCs w:val="28"/>
        </w:rPr>
        <w:t xml:space="preserve"> pristup odgoju i obrazovanju</w:t>
      </w:r>
    </w:p>
    <w:p w14:paraId="1DA5D069" w14:textId="77777777" w:rsidR="007408ED" w:rsidRPr="00D31D98" w:rsidRDefault="007408ED" w:rsidP="007408ED">
      <w:pPr>
        <w:spacing w:after="120"/>
        <w:rPr>
          <w:szCs w:val="24"/>
        </w:rPr>
      </w:pPr>
      <w:r w:rsidRPr="00D31D98">
        <w:rPr>
          <w:szCs w:val="24"/>
        </w:rPr>
        <w:t>Kurikulum predstavlja cjelovito planiranje, organiziranje, ostvarivanje i vrednovanje odgojno-obrazovnoga procesa. Usmjeren je na ciljeve i odgojno-obrazovne ishode, razvoj kompetencija učenika te stvaranje uvjeta za njihov cjelovit osobni, intelektualni, socijalni, emocionalni i tjelesni razvoj.</w:t>
      </w:r>
    </w:p>
    <w:p w14:paraId="7D3916D8" w14:textId="77777777" w:rsidR="007408ED" w:rsidRPr="00D31D98" w:rsidRDefault="007408ED" w:rsidP="007408ED">
      <w:pPr>
        <w:spacing w:after="120"/>
        <w:rPr>
          <w:szCs w:val="24"/>
        </w:rPr>
      </w:pPr>
      <w:r w:rsidRPr="00D31D98">
        <w:rPr>
          <w:szCs w:val="24"/>
        </w:rPr>
        <w:t xml:space="preserve">Suvremeni </w:t>
      </w:r>
      <w:proofErr w:type="spellStart"/>
      <w:r w:rsidRPr="00D31D98">
        <w:rPr>
          <w:szCs w:val="24"/>
        </w:rPr>
        <w:t>kurikularni</w:t>
      </w:r>
      <w:proofErr w:type="spellEnd"/>
      <w:r w:rsidRPr="00D31D98">
        <w:rPr>
          <w:szCs w:val="24"/>
        </w:rPr>
        <w:t xml:space="preserve"> pristup polazi od učenika kao aktivnog sudionika procesa učenja i poučavanja. Naglasak se stavlja na razvoj znanja, vještina, stavova i vrijednosti potrebnih za daljnje obrazovanje, osobni razvoj, odgovorno djelovanje u zajednici te cjeloživotno učenje.</w:t>
      </w:r>
    </w:p>
    <w:p w14:paraId="122E6058" w14:textId="77777777" w:rsidR="007408ED" w:rsidRPr="00D31D98" w:rsidRDefault="007408ED" w:rsidP="007408ED">
      <w:pPr>
        <w:spacing w:after="120"/>
        <w:rPr>
          <w:szCs w:val="24"/>
        </w:rPr>
      </w:pPr>
      <w:r w:rsidRPr="00D31D98">
        <w:rPr>
          <w:szCs w:val="24"/>
        </w:rPr>
        <w:t xml:space="preserve">Odgojno-obrazovni rad škole temelji se na načelima jednakosti obrazovnih mogućnosti, </w:t>
      </w:r>
      <w:proofErr w:type="spellStart"/>
      <w:r w:rsidRPr="00D31D98">
        <w:rPr>
          <w:szCs w:val="24"/>
        </w:rPr>
        <w:t>uključivosti</w:t>
      </w:r>
      <w:proofErr w:type="spellEnd"/>
      <w:r w:rsidRPr="00D31D98">
        <w:rPr>
          <w:szCs w:val="24"/>
        </w:rPr>
        <w:t>, kvalitete obrazovanja, poštivanja ljudskih prava i prava djece, odgovornosti, profesionalnosti, suradnje i autonomije škole.</w:t>
      </w:r>
    </w:p>
    <w:p w14:paraId="1832DDD2" w14:textId="77777777" w:rsidR="007408ED" w:rsidRPr="00D31D98" w:rsidRDefault="007408ED" w:rsidP="007408ED">
      <w:pPr>
        <w:spacing w:after="120"/>
        <w:rPr>
          <w:szCs w:val="24"/>
        </w:rPr>
      </w:pPr>
      <w:r w:rsidRPr="00D31D98">
        <w:rPr>
          <w:szCs w:val="24"/>
        </w:rPr>
        <w:t>Opći ciljevi odgoja i obrazovanja usmjereni su na:</w:t>
      </w:r>
    </w:p>
    <w:p w14:paraId="7274908F" w14:textId="77777777" w:rsidR="007408ED" w:rsidRPr="00D31D98" w:rsidRDefault="007408ED" w:rsidP="007408ED">
      <w:pPr>
        <w:numPr>
          <w:ilvl w:val="0"/>
          <w:numId w:val="2"/>
        </w:numPr>
        <w:spacing w:after="120"/>
        <w:rPr>
          <w:szCs w:val="24"/>
        </w:rPr>
      </w:pPr>
      <w:r w:rsidRPr="00D31D98">
        <w:rPr>
          <w:szCs w:val="24"/>
        </w:rPr>
        <w:t>osiguravanje sustavnog poučavanja učenika te poticanje njihova intelektualnog, tjelesnog, estetskog, društvenog, moralnog i osobnog razvoja u skladu s njihovim sposobnostima i interesima</w:t>
      </w:r>
    </w:p>
    <w:p w14:paraId="7CDAC4E4" w14:textId="77777777" w:rsidR="007408ED" w:rsidRPr="00D31D98" w:rsidRDefault="007408ED" w:rsidP="007408ED">
      <w:pPr>
        <w:numPr>
          <w:ilvl w:val="0"/>
          <w:numId w:val="2"/>
        </w:numPr>
        <w:spacing w:after="120"/>
        <w:rPr>
          <w:szCs w:val="24"/>
        </w:rPr>
      </w:pPr>
      <w:r w:rsidRPr="00D31D98">
        <w:rPr>
          <w:szCs w:val="24"/>
        </w:rPr>
        <w:t>razvijanje svijesti o očuvanju kulturne i povijesne baštine te nacionalnog i osobnog identiteta</w:t>
      </w:r>
    </w:p>
    <w:p w14:paraId="6FC06446" w14:textId="77777777" w:rsidR="007408ED" w:rsidRPr="00D31D98" w:rsidRDefault="007408ED" w:rsidP="007408ED">
      <w:pPr>
        <w:numPr>
          <w:ilvl w:val="0"/>
          <w:numId w:val="2"/>
        </w:numPr>
        <w:spacing w:after="120"/>
        <w:rPr>
          <w:szCs w:val="24"/>
        </w:rPr>
      </w:pPr>
      <w:r w:rsidRPr="00D31D98">
        <w:rPr>
          <w:szCs w:val="24"/>
        </w:rPr>
        <w:t>odgoj i obrazovanje učenika u skladu s općim kulturnim i civilizacijskim vrijednostima, ljudskim pravima i pravima djece</w:t>
      </w:r>
    </w:p>
    <w:p w14:paraId="42D3BE9A" w14:textId="77777777" w:rsidR="007408ED" w:rsidRPr="00D31D98" w:rsidRDefault="007408ED" w:rsidP="007408ED">
      <w:pPr>
        <w:numPr>
          <w:ilvl w:val="0"/>
          <w:numId w:val="2"/>
        </w:numPr>
        <w:spacing w:after="120"/>
        <w:rPr>
          <w:szCs w:val="24"/>
        </w:rPr>
      </w:pPr>
      <w:r w:rsidRPr="00D31D98">
        <w:rPr>
          <w:szCs w:val="24"/>
        </w:rPr>
        <w:t>razvijanje poštovanja različitosti, tolerancije, solidarnosti i odgovornog sudjelovanja u demokratskom društvu</w:t>
      </w:r>
    </w:p>
    <w:p w14:paraId="5043E672" w14:textId="77777777" w:rsidR="007408ED" w:rsidRPr="00D31D98" w:rsidRDefault="007408ED" w:rsidP="007408ED">
      <w:pPr>
        <w:numPr>
          <w:ilvl w:val="0"/>
          <w:numId w:val="2"/>
        </w:numPr>
        <w:spacing w:after="120"/>
        <w:rPr>
          <w:szCs w:val="24"/>
        </w:rPr>
      </w:pPr>
      <w:r w:rsidRPr="00D31D98">
        <w:rPr>
          <w:szCs w:val="24"/>
        </w:rPr>
        <w:t>stjecanje temeljnih i općeobrazovnih kompetencija potrebnih za život, nastavak obrazovanja i rad u suvremenom društvu</w:t>
      </w:r>
    </w:p>
    <w:p w14:paraId="57EC8EB6" w14:textId="77777777" w:rsidR="007408ED" w:rsidRPr="00D31D98" w:rsidRDefault="007408ED" w:rsidP="007408ED">
      <w:pPr>
        <w:numPr>
          <w:ilvl w:val="0"/>
          <w:numId w:val="2"/>
        </w:numPr>
        <w:spacing w:after="120"/>
        <w:rPr>
          <w:szCs w:val="24"/>
        </w:rPr>
      </w:pPr>
      <w:r w:rsidRPr="00D31D98">
        <w:rPr>
          <w:szCs w:val="24"/>
        </w:rPr>
        <w:t>razvijanje sposobnosti kritičkog mišljenja, rješavanja problema, suradnje, kreativnosti i odgovorne uporabe informacijske i komunikacijske tehnologije</w:t>
      </w:r>
    </w:p>
    <w:p w14:paraId="292BBA27" w14:textId="77777777" w:rsidR="007408ED" w:rsidRPr="00D31D98" w:rsidRDefault="007408ED" w:rsidP="007408ED">
      <w:pPr>
        <w:numPr>
          <w:ilvl w:val="0"/>
          <w:numId w:val="2"/>
        </w:numPr>
        <w:spacing w:after="120"/>
        <w:rPr>
          <w:szCs w:val="24"/>
        </w:rPr>
      </w:pPr>
      <w:r w:rsidRPr="00D31D98">
        <w:rPr>
          <w:szCs w:val="24"/>
        </w:rPr>
        <w:t>osposobljavanje učenika za samostalno i cjeloživotno učenje.</w:t>
      </w:r>
    </w:p>
    <w:p w14:paraId="0D914270" w14:textId="77777777" w:rsidR="007408ED" w:rsidRPr="00D31D98" w:rsidRDefault="007408ED" w:rsidP="007408ED">
      <w:pPr>
        <w:keepNext/>
        <w:keepLines/>
        <w:spacing w:before="240" w:after="120"/>
        <w:outlineLvl w:val="1"/>
        <w:rPr>
          <w:b/>
          <w:bCs/>
          <w:sz w:val="36"/>
          <w:szCs w:val="36"/>
        </w:rPr>
      </w:pPr>
      <w:r w:rsidRPr="00D31D98">
        <w:rPr>
          <w:b/>
          <w:bCs/>
          <w:sz w:val="28"/>
          <w:szCs w:val="28"/>
        </w:rPr>
        <w:t xml:space="preserve">1.2. Nacionalni </w:t>
      </w:r>
      <w:proofErr w:type="spellStart"/>
      <w:r w:rsidRPr="00D31D98">
        <w:rPr>
          <w:b/>
          <w:bCs/>
          <w:sz w:val="28"/>
          <w:szCs w:val="28"/>
        </w:rPr>
        <w:t>kurikularni</w:t>
      </w:r>
      <w:proofErr w:type="spellEnd"/>
      <w:r w:rsidRPr="00D31D98">
        <w:rPr>
          <w:b/>
          <w:bCs/>
          <w:sz w:val="28"/>
          <w:szCs w:val="28"/>
        </w:rPr>
        <w:t xml:space="preserve"> okvir</w:t>
      </w:r>
    </w:p>
    <w:p w14:paraId="18AE751E" w14:textId="77777777" w:rsidR="007408ED" w:rsidRPr="00D31D98" w:rsidRDefault="007408ED" w:rsidP="007408ED">
      <w:pPr>
        <w:spacing w:after="120"/>
        <w:rPr>
          <w:szCs w:val="24"/>
        </w:rPr>
      </w:pPr>
      <w:r w:rsidRPr="00D31D98">
        <w:rPr>
          <w:szCs w:val="24"/>
        </w:rPr>
        <w:t xml:space="preserve">Nacionalni </w:t>
      </w:r>
      <w:proofErr w:type="spellStart"/>
      <w:r w:rsidRPr="00D31D98">
        <w:rPr>
          <w:szCs w:val="24"/>
        </w:rPr>
        <w:t>kurikularni</w:t>
      </w:r>
      <w:proofErr w:type="spellEnd"/>
      <w:r w:rsidRPr="00D31D98">
        <w:rPr>
          <w:szCs w:val="24"/>
        </w:rPr>
        <w:t xml:space="preserve"> dokumenti određuju temeljne vrijednosti, ciljeve, načela, odgojno-obrazovna područja, očekivanja i ishode učenja te predstavljaju polazište za planiranje i ostvarivanje odgojno-obrazovnoga rada škole.</w:t>
      </w:r>
    </w:p>
    <w:p w14:paraId="77CFBCBD" w14:textId="77777777" w:rsidR="007408ED" w:rsidRPr="00D31D98" w:rsidRDefault="007408ED" w:rsidP="007408ED">
      <w:pPr>
        <w:spacing w:after="120"/>
        <w:rPr>
          <w:szCs w:val="24"/>
        </w:rPr>
      </w:pPr>
      <w:r w:rsidRPr="00D31D98">
        <w:rPr>
          <w:szCs w:val="24"/>
        </w:rPr>
        <w:t xml:space="preserve">Na nacionalnoj razini </w:t>
      </w:r>
      <w:proofErr w:type="spellStart"/>
      <w:r w:rsidRPr="00D31D98">
        <w:rPr>
          <w:szCs w:val="24"/>
        </w:rPr>
        <w:t>kurikularni</w:t>
      </w:r>
      <w:proofErr w:type="spellEnd"/>
      <w:r w:rsidRPr="00D31D98">
        <w:rPr>
          <w:szCs w:val="24"/>
        </w:rPr>
        <w:t xml:space="preserve"> okvir ostvaruje se kroz nacionalne kurikulume, predmetne kurikulume, kurikulume </w:t>
      </w:r>
      <w:proofErr w:type="spellStart"/>
      <w:r w:rsidRPr="00D31D98">
        <w:rPr>
          <w:szCs w:val="24"/>
        </w:rPr>
        <w:t>međupredmetnih</w:t>
      </w:r>
      <w:proofErr w:type="spellEnd"/>
      <w:r w:rsidRPr="00D31D98">
        <w:rPr>
          <w:szCs w:val="24"/>
        </w:rPr>
        <w:t xml:space="preserve"> tema i druge </w:t>
      </w:r>
      <w:proofErr w:type="spellStart"/>
      <w:r w:rsidRPr="00D31D98">
        <w:rPr>
          <w:szCs w:val="24"/>
        </w:rPr>
        <w:t>kurikularne</w:t>
      </w:r>
      <w:proofErr w:type="spellEnd"/>
      <w:r w:rsidRPr="00D31D98">
        <w:rPr>
          <w:szCs w:val="24"/>
        </w:rPr>
        <w:t xml:space="preserve"> dokumente kojima se uređuju pojedina područja odgoja i obrazovanja.</w:t>
      </w:r>
    </w:p>
    <w:p w14:paraId="77888B61" w14:textId="77777777" w:rsidR="007408ED" w:rsidRPr="00D31D98" w:rsidRDefault="007408ED" w:rsidP="007408ED">
      <w:pPr>
        <w:spacing w:after="120"/>
        <w:rPr>
          <w:szCs w:val="24"/>
        </w:rPr>
      </w:pPr>
      <w:proofErr w:type="spellStart"/>
      <w:r w:rsidRPr="00D31D98">
        <w:rPr>
          <w:szCs w:val="24"/>
        </w:rPr>
        <w:t>Kurikularni</w:t>
      </w:r>
      <w:proofErr w:type="spellEnd"/>
      <w:r w:rsidRPr="00D31D98">
        <w:rPr>
          <w:szCs w:val="24"/>
        </w:rPr>
        <w:t xml:space="preserve"> pristup usmjeren je na razvoj kompetencija i ostvarivanje odgojno-obrazovnih ishoda, pri čemu se učenika potiče na aktivno sudjelovanje u učenju, povezivanje i primjenu znanja, samostalnost, odgovornost i razvoj vlastitih potencijala.</w:t>
      </w:r>
    </w:p>
    <w:p w14:paraId="4C57F7A8" w14:textId="77777777" w:rsidR="007408ED" w:rsidRPr="00D31D98" w:rsidRDefault="007408ED" w:rsidP="007408ED">
      <w:pPr>
        <w:keepNext/>
        <w:keepLines/>
        <w:spacing w:before="240" w:after="120"/>
        <w:outlineLvl w:val="1"/>
        <w:rPr>
          <w:b/>
          <w:bCs/>
          <w:sz w:val="36"/>
          <w:szCs w:val="36"/>
        </w:rPr>
      </w:pPr>
      <w:r w:rsidRPr="00D31D98">
        <w:rPr>
          <w:b/>
          <w:bCs/>
          <w:sz w:val="28"/>
          <w:szCs w:val="28"/>
        </w:rPr>
        <w:t>1.3. Školski kurikulum</w:t>
      </w:r>
    </w:p>
    <w:p w14:paraId="65C4C5C4" w14:textId="77777777" w:rsidR="007408ED" w:rsidRPr="00D31D98" w:rsidRDefault="007408ED" w:rsidP="007408ED">
      <w:pPr>
        <w:spacing w:after="120"/>
        <w:rPr>
          <w:szCs w:val="24"/>
        </w:rPr>
      </w:pPr>
      <w:r w:rsidRPr="00D31D98">
        <w:rPr>
          <w:szCs w:val="24"/>
        </w:rPr>
        <w:t xml:space="preserve">Školski kurikulum predstavlja temeljni dokument kojim škola, u skladu s nacionalnim </w:t>
      </w:r>
      <w:proofErr w:type="spellStart"/>
      <w:r w:rsidRPr="00D31D98">
        <w:rPr>
          <w:szCs w:val="24"/>
        </w:rPr>
        <w:t>kurikularnim</w:t>
      </w:r>
      <w:proofErr w:type="spellEnd"/>
      <w:r w:rsidRPr="00D31D98">
        <w:rPr>
          <w:szCs w:val="24"/>
        </w:rPr>
        <w:t xml:space="preserve"> dokumentima, svojim razvojnim prioritetima te potrebama i interesima učenika, </w:t>
      </w:r>
      <w:r w:rsidRPr="00D31D98">
        <w:rPr>
          <w:szCs w:val="24"/>
        </w:rPr>
        <w:lastRenderedPageBreak/>
        <w:t>planira aktivnosti, programe i projekte kojima obogaćuje i nadopunjuje redoviti odgojno-obrazovni rad.</w:t>
      </w:r>
    </w:p>
    <w:p w14:paraId="48E3D2F5" w14:textId="77777777" w:rsidR="007408ED" w:rsidRPr="00D31D98" w:rsidRDefault="007408ED" w:rsidP="007408ED">
      <w:pPr>
        <w:spacing w:after="120"/>
        <w:rPr>
          <w:szCs w:val="24"/>
        </w:rPr>
      </w:pPr>
      <w:r w:rsidRPr="00D31D98">
        <w:rPr>
          <w:szCs w:val="24"/>
        </w:rPr>
        <w:t>Školskim kurikulumom izražavaju se posebnosti škole i njezina odgojno-obrazovna usmjerenja te se stvaraju mogućnosti za razvoj interesa, sposobnosti i kompetencija učenika.</w:t>
      </w:r>
    </w:p>
    <w:p w14:paraId="6720EA47" w14:textId="77777777" w:rsidR="007408ED" w:rsidRPr="00D31D98" w:rsidRDefault="007408ED" w:rsidP="007408ED">
      <w:pPr>
        <w:spacing w:after="120"/>
        <w:rPr>
          <w:szCs w:val="24"/>
        </w:rPr>
      </w:pPr>
      <w:r w:rsidRPr="00D31D98">
        <w:rPr>
          <w:szCs w:val="24"/>
        </w:rPr>
        <w:t xml:space="preserve">Školski kurikulum obuhvaća izborne i fakultativne predmete, izvannastavne i izvanškolske aktivnosti, </w:t>
      </w:r>
      <w:proofErr w:type="spellStart"/>
      <w:r w:rsidRPr="00D31D98">
        <w:rPr>
          <w:szCs w:val="24"/>
        </w:rPr>
        <w:t>međupredmetne</w:t>
      </w:r>
      <w:proofErr w:type="spellEnd"/>
      <w:r w:rsidRPr="00D31D98">
        <w:rPr>
          <w:szCs w:val="24"/>
        </w:rPr>
        <w:t xml:space="preserve"> i interdisciplinarne sadržaje te druge programe, projekte i aktivnosti kojima se ostvaruju ciljevi i zadaće odgoja i obrazovanja.</w:t>
      </w:r>
    </w:p>
    <w:p w14:paraId="74C8877F" w14:textId="77777777" w:rsidR="007408ED" w:rsidRPr="00D31D98" w:rsidRDefault="007408ED" w:rsidP="007408ED">
      <w:pPr>
        <w:spacing w:after="120"/>
        <w:rPr>
          <w:szCs w:val="24"/>
        </w:rPr>
      </w:pPr>
      <w:r w:rsidRPr="00D31D98">
        <w:rPr>
          <w:szCs w:val="24"/>
        </w:rPr>
        <w:t>Školskim kurikulumom utvrđuju se:</w:t>
      </w:r>
    </w:p>
    <w:p w14:paraId="4C030DF2" w14:textId="77777777" w:rsidR="007408ED" w:rsidRPr="00D31D98" w:rsidRDefault="007408ED" w:rsidP="007408ED">
      <w:pPr>
        <w:numPr>
          <w:ilvl w:val="0"/>
          <w:numId w:val="3"/>
        </w:numPr>
        <w:spacing w:after="120"/>
        <w:rPr>
          <w:szCs w:val="24"/>
        </w:rPr>
      </w:pPr>
      <w:r w:rsidRPr="00D31D98">
        <w:rPr>
          <w:szCs w:val="24"/>
        </w:rPr>
        <w:t>strategija razvoja škole</w:t>
      </w:r>
    </w:p>
    <w:p w14:paraId="2C3ACBAA" w14:textId="77777777" w:rsidR="007408ED" w:rsidRPr="00D31D98" w:rsidRDefault="007408ED" w:rsidP="007408ED">
      <w:pPr>
        <w:numPr>
          <w:ilvl w:val="0"/>
          <w:numId w:val="3"/>
        </w:numPr>
        <w:spacing w:after="120"/>
        <w:rPr>
          <w:szCs w:val="24"/>
        </w:rPr>
      </w:pPr>
      <w:r w:rsidRPr="00D31D98">
        <w:rPr>
          <w:szCs w:val="24"/>
        </w:rPr>
        <w:t>aktivnosti, programi i/ili projekti</w:t>
      </w:r>
    </w:p>
    <w:p w14:paraId="66A40EEC" w14:textId="77777777" w:rsidR="007408ED" w:rsidRPr="00D31D98" w:rsidRDefault="007408ED" w:rsidP="007408ED">
      <w:pPr>
        <w:numPr>
          <w:ilvl w:val="0"/>
          <w:numId w:val="3"/>
        </w:numPr>
        <w:spacing w:after="120"/>
        <w:rPr>
          <w:szCs w:val="24"/>
        </w:rPr>
      </w:pPr>
      <w:r w:rsidRPr="00D31D98">
        <w:rPr>
          <w:szCs w:val="24"/>
        </w:rPr>
        <w:t>ciljevi aktivnosti, programa i/ili projekata</w:t>
      </w:r>
    </w:p>
    <w:p w14:paraId="3EDD6F97" w14:textId="77777777" w:rsidR="007408ED" w:rsidRPr="00D31D98" w:rsidRDefault="007408ED" w:rsidP="007408ED">
      <w:pPr>
        <w:numPr>
          <w:ilvl w:val="0"/>
          <w:numId w:val="3"/>
        </w:numPr>
        <w:spacing w:after="120"/>
        <w:rPr>
          <w:szCs w:val="24"/>
        </w:rPr>
      </w:pPr>
      <w:r w:rsidRPr="00D31D98">
        <w:rPr>
          <w:szCs w:val="24"/>
        </w:rPr>
        <w:t>njihova namjena</w:t>
      </w:r>
    </w:p>
    <w:p w14:paraId="500ED75C" w14:textId="77777777" w:rsidR="007408ED" w:rsidRPr="00D31D98" w:rsidRDefault="007408ED" w:rsidP="007408ED">
      <w:pPr>
        <w:numPr>
          <w:ilvl w:val="0"/>
          <w:numId w:val="3"/>
        </w:numPr>
        <w:spacing w:after="120"/>
        <w:rPr>
          <w:szCs w:val="24"/>
        </w:rPr>
      </w:pPr>
      <w:r w:rsidRPr="00D31D98">
        <w:rPr>
          <w:szCs w:val="24"/>
        </w:rPr>
        <w:t>nositelji aktivnosti, programa i/ili projekata i njihova odgovornost</w:t>
      </w:r>
    </w:p>
    <w:p w14:paraId="6468C6A7" w14:textId="77777777" w:rsidR="007408ED" w:rsidRPr="00D31D98" w:rsidRDefault="007408ED" w:rsidP="007408ED">
      <w:pPr>
        <w:numPr>
          <w:ilvl w:val="0"/>
          <w:numId w:val="3"/>
        </w:numPr>
        <w:spacing w:after="120"/>
        <w:rPr>
          <w:szCs w:val="24"/>
        </w:rPr>
      </w:pPr>
      <w:r w:rsidRPr="00D31D98">
        <w:rPr>
          <w:szCs w:val="24"/>
        </w:rPr>
        <w:t>način realizacije</w:t>
      </w:r>
    </w:p>
    <w:p w14:paraId="2299D388" w14:textId="77777777" w:rsidR="007408ED" w:rsidRPr="00D31D98" w:rsidRDefault="007408ED" w:rsidP="007408ED">
      <w:pPr>
        <w:numPr>
          <w:ilvl w:val="0"/>
          <w:numId w:val="3"/>
        </w:numPr>
        <w:spacing w:after="120"/>
        <w:rPr>
          <w:szCs w:val="24"/>
        </w:rPr>
      </w:pPr>
      <w:proofErr w:type="spellStart"/>
      <w:r w:rsidRPr="00D31D98">
        <w:rPr>
          <w:szCs w:val="24"/>
        </w:rPr>
        <w:t>vremenik</w:t>
      </w:r>
      <w:proofErr w:type="spellEnd"/>
      <w:r w:rsidRPr="00D31D98">
        <w:rPr>
          <w:szCs w:val="24"/>
        </w:rPr>
        <w:t xml:space="preserve"> realizacije</w:t>
      </w:r>
    </w:p>
    <w:p w14:paraId="0254BA3D" w14:textId="77777777" w:rsidR="007408ED" w:rsidRPr="00D31D98" w:rsidRDefault="007408ED" w:rsidP="007408ED">
      <w:pPr>
        <w:numPr>
          <w:ilvl w:val="0"/>
          <w:numId w:val="3"/>
        </w:numPr>
        <w:spacing w:after="120"/>
        <w:rPr>
          <w:szCs w:val="24"/>
        </w:rPr>
      </w:pPr>
      <w:r w:rsidRPr="00D31D98">
        <w:rPr>
          <w:szCs w:val="24"/>
        </w:rPr>
        <w:t>okvirni troškovnik</w:t>
      </w:r>
    </w:p>
    <w:p w14:paraId="0779619F" w14:textId="77777777" w:rsidR="007408ED" w:rsidRPr="00D31D98" w:rsidRDefault="007408ED" w:rsidP="007408ED">
      <w:pPr>
        <w:numPr>
          <w:ilvl w:val="0"/>
          <w:numId w:val="3"/>
        </w:numPr>
        <w:spacing w:after="120"/>
        <w:rPr>
          <w:szCs w:val="24"/>
        </w:rPr>
      </w:pPr>
      <w:r w:rsidRPr="00D31D98">
        <w:rPr>
          <w:szCs w:val="24"/>
        </w:rPr>
        <w:t>način praćenja ostvarivanja planiranih aktivnosti.</w:t>
      </w:r>
    </w:p>
    <w:p w14:paraId="56A2D1BA" w14:textId="77777777" w:rsidR="007408ED" w:rsidRPr="00D31D98" w:rsidRDefault="007408ED" w:rsidP="007408ED">
      <w:pPr>
        <w:spacing w:after="120"/>
        <w:rPr>
          <w:szCs w:val="24"/>
        </w:rPr>
      </w:pPr>
      <w:r w:rsidRPr="00D31D98">
        <w:rPr>
          <w:szCs w:val="24"/>
        </w:rPr>
        <w:t>Pri planiranju i provedbi aktivnosti posebna se pozornost posvećuje kvaliteti odgojno-obrazovnoga procesa, potrebama i interesima učenika, njihovoj dobrobiti i aktivnom sudjelovanju te kontinuiranom praćenju i vrednovanju ostvarenih rezultata.</w:t>
      </w:r>
    </w:p>
    <w:p w14:paraId="3F54A98C" w14:textId="77777777" w:rsidR="007408ED" w:rsidRPr="00D31D98" w:rsidRDefault="007408ED" w:rsidP="007408ED">
      <w:pPr>
        <w:keepNext/>
        <w:keepLines/>
        <w:spacing w:before="240" w:after="120"/>
        <w:outlineLvl w:val="1"/>
        <w:rPr>
          <w:b/>
          <w:bCs/>
          <w:sz w:val="36"/>
          <w:szCs w:val="36"/>
        </w:rPr>
      </w:pPr>
      <w:r w:rsidRPr="00D31D98">
        <w:rPr>
          <w:b/>
          <w:bCs/>
          <w:sz w:val="28"/>
          <w:szCs w:val="28"/>
        </w:rPr>
        <w:t>1.4. Temeljna usmjerenja školskog kurikuluma</w:t>
      </w:r>
    </w:p>
    <w:p w14:paraId="2DF93A60" w14:textId="77777777" w:rsidR="007408ED" w:rsidRPr="00D31D98" w:rsidRDefault="007408ED" w:rsidP="007408ED">
      <w:pPr>
        <w:spacing w:after="120"/>
        <w:rPr>
          <w:szCs w:val="24"/>
        </w:rPr>
      </w:pPr>
      <w:r w:rsidRPr="00D31D98">
        <w:rPr>
          <w:szCs w:val="24"/>
        </w:rPr>
        <w:t xml:space="preserve">Školski kurikulum usmjeren je na stvaranje poticajnoga, sigurnoga i </w:t>
      </w:r>
      <w:proofErr w:type="spellStart"/>
      <w:r w:rsidRPr="00D31D98">
        <w:rPr>
          <w:szCs w:val="24"/>
        </w:rPr>
        <w:t>uključivoga</w:t>
      </w:r>
      <w:proofErr w:type="spellEnd"/>
      <w:r w:rsidRPr="00D31D98">
        <w:rPr>
          <w:szCs w:val="24"/>
        </w:rPr>
        <w:t xml:space="preserve"> školskog okruženja u kojemu svaki učenik ima mogućnost razvijati svoje potencijale.</w:t>
      </w:r>
    </w:p>
    <w:p w14:paraId="4D413889" w14:textId="77777777" w:rsidR="007408ED" w:rsidRPr="00D31D98" w:rsidRDefault="007408ED" w:rsidP="007408ED">
      <w:pPr>
        <w:spacing w:after="120"/>
        <w:rPr>
          <w:szCs w:val="24"/>
        </w:rPr>
      </w:pPr>
      <w:r w:rsidRPr="00D31D98">
        <w:rPr>
          <w:szCs w:val="24"/>
        </w:rPr>
        <w:t>Posebna se pozornost posvećuje:</w:t>
      </w:r>
    </w:p>
    <w:p w14:paraId="5A22BA6E" w14:textId="77777777" w:rsidR="007408ED" w:rsidRPr="00D31D98" w:rsidRDefault="007408ED" w:rsidP="007408ED">
      <w:pPr>
        <w:numPr>
          <w:ilvl w:val="0"/>
          <w:numId w:val="4"/>
        </w:numPr>
        <w:spacing w:after="120"/>
        <w:rPr>
          <w:szCs w:val="24"/>
        </w:rPr>
      </w:pPr>
      <w:r w:rsidRPr="00D31D98">
        <w:rPr>
          <w:szCs w:val="24"/>
        </w:rPr>
        <w:t>cjelovitom osobnom i socijalnom razvoju učenika</w:t>
      </w:r>
    </w:p>
    <w:p w14:paraId="015705ED" w14:textId="77777777" w:rsidR="007408ED" w:rsidRPr="00D31D98" w:rsidRDefault="007408ED" w:rsidP="007408ED">
      <w:pPr>
        <w:numPr>
          <w:ilvl w:val="0"/>
          <w:numId w:val="4"/>
        </w:numPr>
        <w:spacing w:after="120"/>
        <w:rPr>
          <w:szCs w:val="24"/>
        </w:rPr>
      </w:pPr>
      <w:r w:rsidRPr="00D31D98">
        <w:rPr>
          <w:szCs w:val="24"/>
        </w:rPr>
        <w:t>razvoju ključnih kompetencija za cjeloživotno učenje</w:t>
      </w:r>
    </w:p>
    <w:p w14:paraId="028B0129" w14:textId="77777777" w:rsidR="007408ED" w:rsidRPr="00D31D98" w:rsidRDefault="007408ED" w:rsidP="007408ED">
      <w:pPr>
        <w:numPr>
          <w:ilvl w:val="0"/>
          <w:numId w:val="4"/>
        </w:numPr>
        <w:spacing w:after="120"/>
        <w:rPr>
          <w:szCs w:val="24"/>
        </w:rPr>
      </w:pPr>
      <w:r w:rsidRPr="00D31D98">
        <w:rPr>
          <w:szCs w:val="24"/>
        </w:rPr>
        <w:t xml:space="preserve">poticanju kritičkog mišljenja, kreativnosti, </w:t>
      </w:r>
      <w:proofErr w:type="spellStart"/>
      <w:r w:rsidRPr="00D31D98">
        <w:rPr>
          <w:szCs w:val="24"/>
        </w:rPr>
        <w:t>inicijativnosti</w:t>
      </w:r>
      <w:proofErr w:type="spellEnd"/>
      <w:r w:rsidRPr="00D31D98">
        <w:rPr>
          <w:szCs w:val="24"/>
        </w:rPr>
        <w:t xml:space="preserve"> i suradnje</w:t>
      </w:r>
    </w:p>
    <w:p w14:paraId="29B82DE1" w14:textId="77777777" w:rsidR="007408ED" w:rsidRPr="00D31D98" w:rsidRDefault="007408ED" w:rsidP="007408ED">
      <w:pPr>
        <w:numPr>
          <w:ilvl w:val="0"/>
          <w:numId w:val="4"/>
        </w:numPr>
        <w:spacing w:after="120"/>
        <w:rPr>
          <w:szCs w:val="24"/>
        </w:rPr>
      </w:pPr>
      <w:r w:rsidRPr="00D31D98">
        <w:rPr>
          <w:szCs w:val="24"/>
        </w:rPr>
        <w:t>razvoju odgovornosti prema sebi, drugima i zajednici</w:t>
      </w:r>
    </w:p>
    <w:p w14:paraId="19C4E79E" w14:textId="77777777" w:rsidR="007408ED" w:rsidRPr="00D31D98" w:rsidRDefault="007408ED" w:rsidP="007408ED">
      <w:pPr>
        <w:numPr>
          <w:ilvl w:val="0"/>
          <w:numId w:val="4"/>
        </w:numPr>
        <w:spacing w:after="120"/>
        <w:rPr>
          <w:szCs w:val="24"/>
        </w:rPr>
      </w:pPr>
      <w:r w:rsidRPr="00D31D98">
        <w:rPr>
          <w:szCs w:val="24"/>
        </w:rPr>
        <w:t>očuvanju i unapređivanju tjelesnog i mentalnog zdravlja i dobrobiti učenika</w:t>
      </w:r>
    </w:p>
    <w:p w14:paraId="31F65F8B" w14:textId="77777777" w:rsidR="007408ED" w:rsidRPr="00D31D98" w:rsidRDefault="007408ED" w:rsidP="007408ED">
      <w:pPr>
        <w:numPr>
          <w:ilvl w:val="0"/>
          <w:numId w:val="4"/>
        </w:numPr>
        <w:spacing w:after="120"/>
        <w:rPr>
          <w:szCs w:val="24"/>
        </w:rPr>
      </w:pPr>
      <w:r w:rsidRPr="00D31D98">
        <w:rPr>
          <w:szCs w:val="24"/>
        </w:rPr>
        <w:t xml:space="preserve">poštivanju različitosti i stvaranju </w:t>
      </w:r>
      <w:proofErr w:type="spellStart"/>
      <w:r w:rsidRPr="00D31D98">
        <w:rPr>
          <w:szCs w:val="24"/>
        </w:rPr>
        <w:t>uključivoga</w:t>
      </w:r>
      <w:proofErr w:type="spellEnd"/>
      <w:r w:rsidRPr="00D31D98">
        <w:rPr>
          <w:szCs w:val="24"/>
        </w:rPr>
        <w:t xml:space="preserve"> školskog okruženja</w:t>
      </w:r>
    </w:p>
    <w:p w14:paraId="53BC3019" w14:textId="77777777" w:rsidR="007408ED" w:rsidRPr="00D31D98" w:rsidRDefault="007408ED" w:rsidP="007408ED">
      <w:pPr>
        <w:numPr>
          <w:ilvl w:val="0"/>
          <w:numId w:val="4"/>
        </w:numPr>
        <w:spacing w:after="120"/>
        <w:rPr>
          <w:szCs w:val="24"/>
        </w:rPr>
      </w:pPr>
      <w:r w:rsidRPr="00D31D98">
        <w:rPr>
          <w:szCs w:val="24"/>
        </w:rPr>
        <w:t>razvoju građanske odgovornosti i aktivnog sudjelovanja u zajednici</w:t>
      </w:r>
    </w:p>
    <w:p w14:paraId="758E140C" w14:textId="77777777" w:rsidR="007408ED" w:rsidRPr="00D31D98" w:rsidRDefault="007408ED" w:rsidP="007408ED">
      <w:pPr>
        <w:numPr>
          <w:ilvl w:val="0"/>
          <w:numId w:val="4"/>
        </w:numPr>
        <w:spacing w:after="120"/>
        <w:rPr>
          <w:szCs w:val="24"/>
        </w:rPr>
      </w:pPr>
      <w:r w:rsidRPr="00D31D98">
        <w:rPr>
          <w:szCs w:val="24"/>
        </w:rPr>
        <w:t>razvoju digitalne i informacijske pismenosti te odgovornoj uporabi suvremenih tehnologija</w:t>
      </w:r>
    </w:p>
    <w:p w14:paraId="66A3F429" w14:textId="77777777" w:rsidR="007408ED" w:rsidRPr="00D31D98" w:rsidRDefault="007408ED" w:rsidP="007408ED">
      <w:pPr>
        <w:numPr>
          <w:ilvl w:val="0"/>
          <w:numId w:val="4"/>
        </w:numPr>
        <w:spacing w:after="120"/>
        <w:rPr>
          <w:szCs w:val="24"/>
        </w:rPr>
      </w:pPr>
      <w:r w:rsidRPr="00D31D98">
        <w:rPr>
          <w:szCs w:val="24"/>
        </w:rPr>
        <w:t>razvijanju svijesti o održivom razvoju i odgovornom odnosu prema okolišu</w:t>
      </w:r>
    </w:p>
    <w:p w14:paraId="3ADAC700" w14:textId="77777777" w:rsidR="007408ED" w:rsidRPr="00D31D98" w:rsidRDefault="007408ED" w:rsidP="007408ED">
      <w:pPr>
        <w:numPr>
          <w:ilvl w:val="0"/>
          <w:numId w:val="4"/>
        </w:numPr>
        <w:spacing w:after="120"/>
        <w:rPr>
          <w:szCs w:val="24"/>
        </w:rPr>
      </w:pPr>
      <w:r w:rsidRPr="00D31D98">
        <w:rPr>
          <w:szCs w:val="24"/>
        </w:rPr>
        <w:t>profesionalnom informiranju i usmjeravanju učenika</w:t>
      </w:r>
    </w:p>
    <w:p w14:paraId="7611195F" w14:textId="77777777" w:rsidR="007408ED" w:rsidRPr="00D31D98" w:rsidRDefault="007408ED" w:rsidP="007408ED">
      <w:pPr>
        <w:numPr>
          <w:ilvl w:val="0"/>
          <w:numId w:val="4"/>
        </w:numPr>
        <w:spacing w:after="120"/>
        <w:rPr>
          <w:szCs w:val="24"/>
        </w:rPr>
      </w:pPr>
      <w:r w:rsidRPr="00D31D98">
        <w:rPr>
          <w:szCs w:val="24"/>
        </w:rPr>
        <w:t>razvijanju kompetencija potrebnih za nastavak obrazovanja i cjeloživotno učenje</w:t>
      </w:r>
    </w:p>
    <w:p w14:paraId="09075191" w14:textId="77777777" w:rsidR="007408ED" w:rsidRPr="00D31D98" w:rsidRDefault="007408ED" w:rsidP="007408ED">
      <w:pPr>
        <w:numPr>
          <w:ilvl w:val="0"/>
          <w:numId w:val="4"/>
        </w:numPr>
        <w:spacing w:after="120"/>
        <w:rPr>
          <w:szCs w:val="24"/>
        </w:rPr>
      </w:pPr>
      <w:r w:rsidRPr="00D31D98">
        <w:rPr>
          <w:szCs w:val="24"/>
        </w:rPr>
        <w:t>suradnji učenika, nastavnika, roditelja, stručnih suradnika i lokalne zajednice.</w:t>
      </w:r>
    </w:p>
    <w:p w14:paraId="78D0EB7C" w14:textId="77777777" w:rsidR="007408ED" w:rsidRPr="00D31D98" w:rsidRDefault="007408ED" w:rsidP="007408ED">
      <w:pPr>
        <w:keepNext/>
        <w:keepLines/>
        <w:spacing w:before="240" w:after="120"/>
        <w:outlineLvl w:val="1"/>
        <w:rPr>
          <w:b/>
          <w:bCs/>
          <w:sz w:val="36"/>
          <w:szCs w:val="36"/>
        </w:rPr>
      </w:pPr>
      <w:r w:rsidRPr="00D31D98">
        <w:rPr>
          <w:b/>
          <w:bCs/>
          <w:sz w:val="28"/>
          <w:szCs w:val="28"/>
        </w:rPr>
        <w:lastRenderedPageBreak/>
        <w:t xml:space="preserve">1.5. </w:t>
      </w:r>
      <w:proofErr w:type="spellStart"/>
      <w:r w:rsidRPr="00D31D98">
        <w:rPr>
          <w:b/>
          <w:bCs/>
          <w:sz w:val="28"/>
          <w:szCs w:val="28"/>
        </w:rPr>
        <w:t>Međupredmetne</w:t>
      </w:r>
      <w:proofErr w:type="spellEnd"/>
      <w:r w:rsidRPr="00D31D98">
        <w:rPr>
          <w:b/>
          <w:bCs/>
          <w:sz w:val="28"/>
          <w:szCs w:val="28"/>
        </w:rPr>
        <w:t xml:space="preserve"> teme</w:t>
      </w:r>
    </w:p>
    <w:p w14:paraId="01E6DCA7" w14:textId="77777777" w:rsidR="007408ED" w:rsidRPr="00D31D98" w:rsidRDefault="007408ED" w:rsidP="007408ED">
      <w:pPr>
        <w:spacing w:after="120"/>
        <w:rPr>
          <w:szCs w:val="24"/>
        </w:rPr>
      </w:pPr>
      <w:proofErr w:type="spellStart"/>
      <w:r w:rsidRPr="00D31D98">
        <w:rPr>
          <w:szCs w:val="24"/>
        </w:rPr>
        <w:t>Međupredmetne</w:t>
      </w:r>
      <w:proofErr w:type="spellEnd"/>
      <w:r w:rsidRPr="00D31D98">
        <w:rPr>
          <w:szCs w:val="24"/>
        </w:rPr>
        <w:t xml:space="preserve"> teme omogućuju povezivanje sadržaja različitih nastavnih predmeta i odgojno-obrazovnih područja te pridonose cjelovitom razvoju učenika i razvoju kompetencija važnih za život u suvremenom društvu.</w:t>
      </w:r>
    </w:p>
    <w:p w14:paraId="10AB95AA" w14:textId="77777777" w:rsidR="007408ED" w:rsidRPr="00D31D98" w:rsidRDefault="007408ED" w:rsidP="007408ED">
      <w:pPr>
        <w:spacing w:after="120"/>
        <w:rPr>
          <w:szCs w:val="24"/>
        </w:rPr>
      </w:pPr>
      <w:r w:rsidRPr="00D31D98">
        <w:rPr>
          <w:szCs w:val="24"/>
        </w:rPr>
        <w:t>Ostvaruju se tijekom redovite nastave, sata razrednika, izvannastavnih i izvanškolskih aktivnosti, školskih projekata i drugih odgojno-obrazovnih aktivnosti.</w:t>
      </w:r>
    </w:p>
    <w:p w14:paraId="21994792" w14:textId="77777777" w:rsidR="007408ED" w:rsidRPr="00D31D98" w:rsidRDefault="007408ED" w:rsidP="007408ED">
      <w:pPr>
        <w:spacing w:after="120"/>
        <w:rPr>
          <w:szCs w:val="24"/>
        </w:rPr>
      </w:pPr>
      <w:r w:rsidRPr="00D31D98">
        <w:rPr>
          <w:szCs w:val="24"/>
        </w:rPr>
        <w:t>U gimnazijskom obrazovanju četvrti odgojno-obrazovni ciklus obuhvaća prvi i drugi razred, a peti odgojno-obrazovni ciklus treći i četvrti razred.</w:t>
      </w:r>
    </w:p>
    <w:p w14:paraId="105B67FC" w14:textId="77777777" w:rsidR="007408ED" w:rsidRPr="00D31D98" w:rsidRDefault="007408ED" w:rsidP="007408ED">
      <w:pPr>
        <w:spacing w:after="120"/>
        <w:rPr>
          <w:szCs w:val="24"/>
        </w:rPr>
      </w:pPr>
      <w:proofErr w:type="spellStart"/>
      <w:r w:rsidRPr="00D31D98">
        <w:rPr>
          <w:szCs w:val="24"/>
        </w:rPr>
        <w:t>Međupredmetne</w:t>
      </w:r>
      <w:proofErr w:type="spellEnd"/>
      <w:r w:rsidRPr="00D31D98">
        <w:rPr>
          <w:szCs w:val="24"/>
        </w:rPr>
        <w:t xml:space="preserve"> teme su:</w:t>
      </w:r>
    </w:p>
    <w:p w14:paraId="1DB0EE03" w14:textId="77777777" w:rsidR="007408ED" w:rsidRPr="00D31D98" w:rsidRDefault="007408ED" w:rsidP="007408ED">
      <w:pPr>
        <w:numPr>
          <w:ilvl w:val="0"/>
          <w:numId w:val="5"/>
        </w:numPr>
        <w:spacing w:after="120"/>
        <w:rPr>
          <w:szCs w:val="24"/>
        </w:rPr>
      </w:pPr>
      <w:r w:rsidRPr="00D31D98">
        <w:rPr>
          <w:szCs w:val="24"/>
        </w:rPr>
        <w:t>Održivi razvoj</w:t>
      </w:r>
    </w:p>
    <w:p w14:paraId="27A7BD29" w14:textId="77777777" w:rsidR="007408ED" w:rsidRPr="00D31D98" w:rsidRDefault="007408ED" w:rsidP="007408ED">
      <w:pPr>
        <w:numPr>
          <w:ilvl w:val="0"/>
          <w:numId w:val="5"/>
        </w:numPr>
        <w:spacing w:after="120"/>
        <w:rPr>
          <w:szCs w:val="24"/>
        </w:rPr>
      </w:pPr>
      <w:r w:rsidRPr="00D31D98">
        <w:rPr>
          <w:szCs w:val="24"/>
        </w:rPr>
        <w:t>Poduzetništvo</w:t>
      </w:r>
    </w:p>
    <w:p w14:paraId="6910A017" w14:textId="77777777" w:rsidR="007408ED" w:rsidRPr="00D31D98" w:rsidRDefault="007408ED" w:rsidP="007408ED">
      <w:pPr>
        <w:numPr>
          <w:ilvl w:val="0"/>
          <w:numId w:val="5"/>
        </w:numPr>
        <w:spacing w:after="120"/>
        <w:rPr>
          <w:szCs w:val="24"/>
        </w:rPr>
      </w:pPr>
      <w:r w:rsidRPr="00D31D98">
        <w:rPr>
          <w:szCs w:val="24"/>
        </w:rPr>
        <w:t>Osobni i socijalni razvoj</w:t>
      </w:r>
    </w:p>
    <w:p w14:paraId="3DDA7629" w14:textId="77777777" w:rsidR="007408ED" w:rsidRPr="00D31D98" w:rsidRDefault="007408ED" w:rsidP="007408ED">
      <w:pPr>
        <w:numPr>
          <w:ilvl w:val="0"/>
          <w:numId w:val="5"/>
        </w:numPr>
        <w:spacing w:after="120"/>
        <w:rPr>
          <w:szCs w:val="24"/>
        </w:rPr>
      </w:pPr>
      <w:r w:rsidRPr="00D31D98">
        <w:rPr>
          <w:szCs w:val="24"/>
        </w:rPr>
        <w:t>Zdravlje</w:t>
      </w:r>
    </w:p>
    <w:p w14:paraId="00F3DAA4" w14:textId="77777777" w:rsidR="007408ED" w:rsidRPr="00D31D98" w:rsidRDefault="007408ED" w:rsidP="007408ED">
      <w:pPr>
        <w:numPr>
          <w:ilvl w:val="0"/>
          <w:numId w:val="5"/>
        </w:numPr>
        <w:spacing w:after="120"/>
        <w:rPr>
          <w:szCs w:val="24"/>
        </w:rPr>
      </w:pPr>
      <w:r w:rsidRPr="00D31D98">
        <w:rPr>
          <w:szCs w:val="24"/>
        </w:rPr>
        <w:t>Građanski odgoj i obrazovanje</w:t>
      </w:r>
    </w:p>
    <w:p w14:paraId="26176D97" w14:textId="77777777" w:rsidR="007408ED" w:rsidRPr="00D31D98" w:rsidRDefault="007408ED" w:rsidP="007408ED">
      <w:pPr>
        <w:numPr>
          <w:ilvl w:val="0"/>
          <w:numId w:val="5"/>
        </w:numPr>
        <w:spacing w:after="120"/>
        <w:rPr>
          <w:szCs w:val="24"/>
        </w:rPr>
      </w:pPr>
      <w:r w:rsidRPr="00D31D98">
        <w:rPr>
          <w:szCs w:val="24"/>
        </w:rPr>
        <w:t>Učiti kako učiti</w:t>
      </w:r>
    </w:p>
    <w:p w14:paraId="6BD4138B" w14:textId="77777777" w:rsidR="007408ED" w:rsidRPr="00D31D98" w:rsidRDefault="007408ED" w:rsidP="007408ED">
      <w:pPr>
        <w:numPr>
          <w:ilvl w:val="0"/>
          <w:numId w:val="5"/>
        </w:numPr>
        <w:spacing w:after="120"/>
        <w:rPr>
          <w:szCs w:val="24"/>
        </w:rPr>
      </w:pPr>
      <w:r w:rsidRPr="00D31D98">
        <w:rPr>
          <w:szCs w:val="24"/>
        </w:rPr>
        <w:t>Uporaba informacijske i komunikacijske tehnologije</w:t>
      </w:r>
    </w:p>
    <w:p w14:paraId="41FEB119" w14:textId="77777777" w:rsidR="007408ED" w:rsidRPr="00D31D98" w:rsidRDefault="007408ED" w:rsidP="007408ED">
      <w:pPr>
        <w:spacing w:after="120"/>
        <w:rPr>
          <w:szCs w:val="24"/>
        </w:rPr>
      </w:pPr>
      <w:r w:rsidRPr="00D31D98">
        <w:rPr>
          <w:szCs w:val="24"/>
        </w:rPr>
        <w:t>Kroz njihovo ostvarivanje učenici razvijaju znanja, vještine, stavove i vrijednosti potrebne za osobni razvoj, odgovorno djelovanje, aktivno građanstvo, nastavak obrazovanja i cjeloživotno učenje.</w:t>
      </w:r>
    </w:p>
    <w:p w14:paraId="62DCD609" w14:textId="77777777" w:rsidR="00FE6164" w:rsidRPr="00D31D98" w:rsidRDefault="00FE6164" w:rsidP="00FE6164">
      <w:pPr>
        <w:keepNext/>
        <w:keepLines/>
        <w:spacing w:before="240" w:after="120"/>
        <w:outlineLvl w:val="1"/>
        <w:rPr>
          <w:b/>
          <w:bCs/>
          <w:sz w:val="36"/>
          <w:szCs w:val="36"/>
        </w:rPr>
      </w:pPr>
      <w:r w:rsidRPr="00D31D98">
        <w:rPr>
          <w:b/>
          <w:bCs/>
          <w:sz w:val="28"/>
          <w:szCs w:val="28"/>
        </w:rPr>
        <w:t>POSEBNI CILJEVI I. GIMNAZIJE OSIJEK</w:t>
      </w:r>
    </w:p>
    <w:p w14:paraId="4D0BFBD3" w14:textId="77777777" w:rsidR="00363952" w:rsidRPr="00D31D98" w:rsidRDefault="00363952" w:rsidP="00FE6164">
      <w:pPr>
        <w:spacing w:after="120"/>
        <w:rPr>
          <w:szCs w:val="24"/>
        </w:rPr>
      </w:pPr>
      <w:r w:rsidRPr="00D31D98">
        <w:rPr>
          <w:szCs w:val="24"/>
        </w:rPr>
        <w:t>I. gimnazija Osijek svojim odgojno-obrazovnim radom nastoji učenicima omogućiti stjecanje znanja i razvoj kompetencija potrebnih za nastavak obrazovanja, osobni razvoj i odgovorno djelovanje u suvremenom društvu.</w:t>
      </w:r>
    </w:p>
    <w:p w14:paraId="5FC89E59" w14:textId="77777777" w:rsidR="00FE6164" w:rsidRPr="00D31D98" w:rsidRDefault="00FE6164" w:rsidP="00FE6164">
      <w:pPr>
        <w:spacing w:after="120"/>
        <w:rPr>
          <w:szCs w:val="24"/>
        </w:rPr>
      </w:pPr>
      <w:r w:rsidRPr="00D31D98">
        <w:rPr>
          <w:szCs w:val="24"/>
        </w:rPr>
        <w:t>Posebni ciljevi I. gimnazije Osijek usmjereni su na:</w:t>
      </w:r>
    </w:p>
    <w:p w14:paraId="2E6FAE39" w14:textId="77777777" w:rsidR="00FE6164" w:rsidRPr="00D31D98" w:rsidRDefault="00FE6164" w:rsidP="00FE6164">
      <w:pPr>
        <w:numPr>
          <w:ilvl w:val="0"/>
          <w:numId w:val="7"/>
        </w:numPr>
        <w:spacing w:after="120"/>
        <w:rPr>
          <w:szCs w:val="24"/>
        </w:rPr>
      </w:pPr>
      <w:r w:rsidRPr="00D31D98">
        <w:rPr>
          <w:szCs w:val="24"/>
        </w:rPr>
        <w:t>poticanje kulture dijaloga, međusobnog poštovanja te nenasilnog i konstruktivnog rješavanja sukoba</w:t>
      </w:r>
    </w:p>
    <w:p w14:paraId="0D7B9E25" w14:textId="77777777" w:rsidR="00363952" w:rsidRPr="00D31D98" w:rsidRDefault="00363952" w:rsidP="00363952">
      <w:pPr>
        <w:numPr>
          <w:ilvl w:val="0"/>
          <w:numId w:val="7"/>
        </w:numPr>
        <w:spacing w:after="120"/>
        <w:rPr>
          <w:szCs w:val="24"/>
        </w:rPr>
      </w:pPr>
      <w:r w:rsidRPr="00D31D98">
        <w:rPr>
          <w:szCs w:val="24"/>
        </w:rPr>
        <w:t>promicati dobrobit, zdrave životne navike i brigu o tjelesnom i mentalnom zdravlju</w:t>
      </w:r>
    </w:p>
    <w:p w14:paraId="5A6EB853" w14:textId="77777777" w:rsidR="00363952" w:rsidRPr="00D31D98" w:rsidRDefault="00363952" w:rsidP="00363952">
      <w:pPr>
        <w:numPr>
          <w:ilvl w:val="0"/>
          <w:numId w:val="7"/>
        </w:numPr>
        <w:spacing w:after="120"/>
        <w:rPr>
          <w:szCs w:val="24"/>
        </w:rPr>
      </w:pPr>
      <w:r w:rsidRPr="00D31D98">
        <w:rPr>
          <w:szCs w:val="24"/>
        </w:rPr>
        <w:t xml:space="preserve">poticati prihvaćanje različitosti, solidarnost, toleranciju i </w:t>
      </w:r>
      <w:proofErr w:type="spellStart"/>
      <w:r w:rsidRPr="00D31D98">
        <w:rPr>
          <w:szCs w:val="24"/>
        </w:rPr>
        <w:t>uključivost</w:t>
      </w:r>
      <w:proofErr w:type="spellEnd"/>
    </w:p>
    <w:p w14:paraId="64A21B8C" w14:textId="77777777" w:rsidR="00FE6164" w:rsidRPr="00D31D98" w:rsidRDefault="00FE6164" w:rsidP="00FE6164">
      <w:pPr>
        <w:numPr>
          <w:ilvl w:val="0"/>
          <w:numId w:val="7"/>
        </w:numPr>
        <w:spacing w:after="120"/>
        <w:rPr>
          <w:szCs w:val="24"/>
        </w:rPr>
      </w:pPr>
      <w:r w:rsidRPr="00D31D98">
        <w:rPr>
          <w:szCs w:val="24"/>
        </w:rPr>
        <w:t>razvoj samostalnosti učenika kroz istraživački, projektni i problemski usmjeren rad</w:t>
      </w:r>
    </w:p>
    <w:p w14:paraId="3A07AA11" w14:textId="77777777" w:rsidR="00FE6164" w:rsidRPr="00D31D98" w:rsidRDefault="00FE6164" w:rsidP="00FE6164">
      <w:pPr>
        <w:numPr>
          <w:ilvl w:val="0"/>
          <w:numId w:val="7"/>
        </w:numPr>
        <w:spacing w:after="120"/>
        <w:rPr>
          <w:szCs w:val="24"/>
        </w:rPr>
      </w:pPr>
      <w:r w:rsidRPr="00D31D98">
        <w:rPr>
          <w:szCs w:val="24"/>
        </w:rPr>
        <w:t>poticanje aktivnog sudjelovanja učenika u životu škole i lokalne zajednice</w:t>
      </w:r>
    </w:p>
    <w:p w14:paraId="531430B5" w14:textId="77777777" w:rsidR="00FE6164" w:rsidRPr="00D31D98" w:rsidRDefault="00FE6164" w:rsidP="00FE6164">
      <w:pPr>
        <w:numPr>
          <w:ilvl w:val="0"/>
          <w:numId w:val="7"/>
        </w:numPr>
        <w:spacing w:after="120"/>
        <w:rPr>
          <w:szCs w:val="24"/>
        </w:rPr>
      </w:pPr>
      <w:r w:rsidRPr="00D31D98">
        <w:rPr>
          <w:szCs w:val="24"/>
        </w:rPr>
        <w:t>razvijanje svijesti o vlastitom identitetu te njegovanje hrvatske kulturne, povijesne i nacionalne baštine</w:t>
      </w:r>
    </w:p>
    <w:p w14:paraId="489D641F" w14:textId="77777777" w:rsidR="00FE6164" w:rsidRPr="00D31D98" w:rsidRDefault="00FE6164" w:rsidP="00FE6164">
      <w:pPr>
        <w:numPr>
          <w:ilvl w:val="0"/>
          <w:numId w:val="7"/>
        </w:numPr>
        <w:spacing w:after="120"/>
        <w:rPr>
          <w:szCs w:val="24"/>
        </w:rPr>
      </w:pPr>
      <w:r w:rsidRPr="00D31D98">
        <w:rPr>
          <w:szCs w:val="24"/>
        </w:rPr>
        <w:t>razvijanje odgovornog odnosa prema prirodnoj baštini i održivom razvoju</w:t>
      </w:r>
    </w:p>
    <w:p w14:paraId="5916E755" w14:textId="77777777" w:rsidR="00FE6164" w:rsidRPr="00D31D98" w:rsidRDefault="00FE6164" w:rsidP="00FE6164">
      <w:pPr>
        <w:numPr>
          <w:ilvl w:val="0"/>
          <w:numId w:val="7"/>
        </w:numPr>
        <w:spacing w:after="120"/>
        <w:rPr>
          <w:szCs w:val="24"/>
        </w:rPr>
      </w:pPr>
      <w:r w:rsidRPr="00D31D98">
        <w:rPr>
          <w:szCs w:val="24"/>
        </w:rPr>
        <w:t>jačanje osjećaja pripadnosti školi, suradnje i zajedništva</w:t>
      </w:r>
    </w:p>
    <w:p w14:paraId="5EB57B33" w14:textId="77777777" w:rsidR="00FE6164" w:rsidRPr="00D31D98" w:rsidRDefault="00FE6164" w:rsidP="00FE6164">
      <w:pPr>
        <w:numPr>
          <w:ilvl w:val="0"/>
          <w:numId w:val="7"/>
        </w:numPr>
        <w:spacing w:after="120"/>
        <w:rPr>
          <w:szCs w:val="24"/>
        </w:rPr>
      </w:pPr>
      <w:r w:rsidRPr="00D31D98">
        <w:rPr>
          <w:szCs w:val="24"/>
        </w:rPr>
        <w:t>povezivanje znanja iz različitih područja i njegova primjena u stvarnim životnim situacijama</w:t>
      </w:r>
    </w:p>
    <w:p w14:paraId="73442CC4" w14:textId="77777777" w:rsidR="00FE6164" w:rsidRPr="00D31D98" w:rsidRDefault="00FE6164" w:rsidP="00FE6164">
      <w:pPr>
        <w:numPr>
          <w:ilvl w:val="0"/>
          <w:numId w:val="7"/>
        </w:numPr>
        <w:spacing w:after="120"/>
        <w:rPr>
          <w:szCs w:val="24"/>
        </w:rPr>
      </w:pPr>
      <w:r w:rsidRPr="00D31D98">
        <w:rPr>
          <w:szCs w:val="24"/>
        </w:rPr>
        <w:t>stvaranje poticajnoga i sigurnoga školskog okruženja za osobni i obrazovni razvoj svakog učenika.</w:t>
      </w:r>
    </w:p>
    <w:p w14:paraId="197641DC" w14:textId="77777777" w:rsidR="00FE6164" w:rsidRPr="00D31D98" w:rsidRDefault="00FE6164" w:rsidP="007408ED">
      <w:pPr>
        <w:spacing w:after="0"/>
        <w:rPr>
          <w:szCs w:val="24"/>
        </w:rPr>
      </w:pPr>
    </w:p>
    <w:p w14:paraId="68C942B3" w14:textId="77777777" w:rsidR="00363952" w:rsidRPr="00D31D98" w:rsidRDefault="00363952" w:rsidP="00363952">
      <w:pPr>
        <w:spacing w:after="120"/>
        <w:rPr>
          <w:szCs w:val="24"/>
        </w:rPr>
      </w:pPr>
      <w:r w:rsidRPr="00D31D98">
        <w:rPr>
          <w:szCs w:val="24"/>
        </w:rPr>
        <w:t xml:space="preserve">I. gimnazija Osijek u svom dosadašnjem djelovanju nastojala je učenicima pružiti kvalitetno obrazovanje, ali i razvijati vrijednosti, stavove i kompetencije potrebne za njihov cjelovit osobni i društveni razvoj. U tom će smjeru škola nastaviti djelovati, polazeći od načela </w:t>
      </w:r>
      <w:r w:rsidRPr="00D31D98">
        <w:rPr>
          <w:b/>
          <w:bCs/>
          <w:szCs w:val="24"/>
        </w:rPr>
        <w:t>učiti znati, učiti činiti, učiti biti i učiti živjeti zajedno</w:t>
      </w:r>
      <w:r w:rsidRPr="00D31D98">
        <w:rPr>
          <w:szCs w:val="24"/>
        </w:rPr>
        <w:t>.</w:t>
      </w:r>
    </w:p>
    <w:p w14:paraId="0C10CC8F" w14:textId="77777777" w:rsidR="00363952" w:rsidRPr="00D31D98" w:rsidRDefault="00363952" w:rsidP="00363952">
      <w:pPr>
        <w:spacing w:after="120"/>
        <w:rPr>
          <w:szCs w:val="24"/>
        </w:rPr>
      </w:pPr>
      <w:r w:rsidRPr="00D31D98">
        <w:rPr>
          <w:szCs w:val="24"/>
        </w:rPr>
        <w:t>Kako bi učenike pripremila za samostalno, odgovorno, stvaralačko i humano djelovanje u daljnjem obrazovanju, budućem profesionalnom životu i društvenom okruženju, škola značajan dio nastavnih, izvannastavnih i projektnih aktivnosti usmjerava na aktivno učenje, istraživački i projektni rad, suradnju, povezivanje znanja te primjenu naučenoga u različitim životnim situacijama.</w:t>
      </w:r>
    </w:p>
    <w:p w14:paraId="7B844344" w14:textId="77777777" w:rsidR="00363952" w:rsidRPr="00D31D98" w:rsidRDefault="00363952" w:rsidP="00363952">
      <w:pPr>
        <w:spacing w:after="120"/>
        <w:rPr>
          <w:szCs w:val="24"/>
        </w:rPr>
      </w:pPr>
      <w:r w:rsidRPr="00D31D98">
        <w:rPr>
          <w:szCs w:val="24"/>
        </w:rPr>
        <w:t xml:space="preserve">Školski kurikulum obuhvaća aktivnosti, programe i projekte koje I. gimnazija Osijek planira ostvariti tijekom školske godine </w:t>
      </w:r>
      <w:r w:rsidRPr="00D31D98">
        <w:rPr>
          <w:b/>
          <w:bCs/>
          <w:szCs w:val="24"/>
        </w:rPr>
        <w:t>2026./2027.</w:t>
      </w:r>
    </w:p>
    <w:p w14:paraId="1C15862F" w14:textId="77777777" w:rsidR="00363952" w:rsidRPr="00D31D98" w:rsidRDefault="00363952" w:rsidP="007408ED">
      <w:pPr>
        <w:spacing w:after="0"/>
        <w:rPr>
          <w:szCs w:val="24"/>
        </w:rPr>
      </w:pPr>
    </w:p>
    <w:p w14:paraId="00C983EF" w14:textId="77777777" w:rsidR="007408ED" w:rsidRPr="00D31D98" w:rsidRDefault="007408ED">
      <w:pPr>
        <w:spacing w:after="0"/>
      </w:pPr>
    </w:p>
    <w:p w14:paraId="4DD7068B" w14:textId="77777777" w:rsidR="00FE6164" w:rsidRPr="00D31D98" w:rsidRDefault="00FE6164" w:rsidP="00FE6164">
      <w:pPr>
        <w:keepNext/>
        <w:keepLines/>
        <w:spacing w:before="240" w:after="120"/>
        <w:outlineLvl w:val="0"/>
        <w:rPr>
          <w:b/>
          <w:bCs/>
          <w:kern w:val="36"/>
          <w:sz w:val="48"/>
          <w:szCs w:val="48"/>
        </w:rPr>
      </w:pPr>
      <w:r w:rsidRPr="00D31D98">
        <w:rPr>
          <w:b/>
          <w:bCs/>
          <w:kern w:val="36"/>
          <w:sz w:val="32"/>
          <w:szCs w:val="32"/>
        </w:rPr>
        <w:t>2. OSNOVNI PODATCI O ŠKOLI</w:t>
      </w:r>
    </w:p>
    <w:p w14:paraId="4D22EE78" w14:textId="77777777" w:rsidR="00FE6164" w:rsidRPr="00D31D98" w:rsidRDefault="00FE6164" w:rsidP="00FE6164">
      <w:pPr>
        <w:spacing w:after="120"/>
        <w:rPr>
          <w:rFonts w:eastAsia="Calibri"/>
          <w:szCs w:val="24"/>
        </w:rPr>
      </w:pPr>
      <w:r w:rsidRPr="00D31D98">
        <w:rPr>
          <w:b/>
          <w:szCs w:val="24"/>
        </w:rPr>
        <w:t>Škola</w:t>
      </w:r>
      <w:r w:rsidRPr="00D31D98">
        <w:rPr>
          <w:szCs w:val="24"/>
        </w:rPr>
        <w:t>: I. gimnazija Osijek</w:t>
      </w:r>
    </w:p>
    <w:p w14:paraId="50234D15" w14:textId="77777777" w:rsidR="00FE6164" w:rsidRPr="00D31D98" w:rsidRDefault="00FE6164" w:rsidP="00FE6164">
      <w:pPr>
        <w:spacing w:after="120"/>
        <w:rPr>
          <w:rFonts w:eastAsia="Calibri"/>
          <w:szCs w:val="24"/>
        </w:rPr>
      </w:pPr>
      <w:r w:rsidRPr="00D31D98">
        <w:rPr>
          <w:b/>
          <w:bCs/>
          <w:szCs w:val="24"/>
        </w:rPr>
        <w:t>Šifra škole</w:t>
      </w:r>
      <w:r w:rsidRPr="00D31D98">
        <w:rPr>
          <w:szCs w:val="24"/>
        </w:rPr>
        <w:t>: 14-060-503</w:t>
      </w:r>
    </w:p>
    <w:p w14:paraId="7550F026" w14:textId="77777777" w:rsidR="00FE6164" w:rsidRPr="00D31D98" w:rsidRDefault="00FE6164" w:rsidP="00FE6164">
      <w:pPr>
        <w:spacing w:after="120"/>
        <w:rPr>
          <w:rFonts w:eastAsia="Calibri"/>
          <w:szCs w:val="24"/>
        </w:rPr>
      </w:pPr>
      <w:r w:rsidRPr="00D31D98">
        <w:rPr>
          <w:b/>
          <w:szCs w:val="24"/>
        </w:rPr>
        <w:t>Županija</w:t>
      </w:r>
      <w:r w:rsidRPr="00D31D98">
        <w:rPr>
          <w:szCs w:val="24"/>
        </w:rPr>
        <w:t>: Osječko-baranjska</w:t>
      </w:r>
    </w:p>
    <w:p w14:paraId="3D19D39F" w14:textId="77777777" w:rsidR="00FE6164" w:rsidRPr="00D31D98" w:rsidRDefault="00FE6164" w:rsidP="00FE6164">
      <w:pPr>
        <w:spacing w:after="120"/>
        <w:rPr>
          <w:rFonts w:eastAsia="Arial"/>
          <w:szCs w:val="24"/>
        </w:rPr>
      </w:pPr>
      <w:r w:rsidRPr="00D31D98">
        <w:rPr>
          <w:b/>
          <w:bCs/>
          <w:szCs w:val="24"/>
        </w:rPr>
        <w:t>Adresa</w:t>
      </w:r>
      <w:r w:rsidRPr="00D31D98">
        <w:rPr>
          <w:szCs w:val="24"/>
        </w:rPr>
        <w:t xml:space="preserve">: Osijek, </w:t>
      </w:r>
      <w:r w:rsidRPr="00D31D98">
        <w:rPr>
          <w:color w:val="000000" w:themeColor="text1"/>
          <w:szCs w:val="24"/>
        </w:rPr>
        <w:t>Strossmayerova 128b</w:t>
      </w:r>
    </w:p>
    <w:p w14:paraId="22D8514E" w14:textId="77777777" w:rsidR="00FE6164" w:rsidRPr="00D31D98" w:rsidRDefault="00FE6164" w:rsidP="00FE6164">
      <w:pPr>
        <w:spacing w:after="120"/>
        <w:rPr>
          <w:rFonts w:eastAsia="Calibri"/>
          <w:szCs w:val="24"/>
        </w:rPr>
      </w:pPr>
      <w:r w:rsidRPr="00D31D98">
        <w:rPr>
          <w:b/>
          <w:szCs w:val="24"/>
        </w:rPr>
        <w:t>Broj i naziv pošte</w:t>
      </w:r>
      <w:r w:rsidRPr="00D31D98">
        <w:rPr>
          <w:szCs w:val="24"/>
        </w:rPr>
        <w:t>: 31 000 OSIJEK</w:t>
      </w:r>
    </w:p>
    <w:p w14:paraId="5FB3EF4E" w14:textId="77777777" w:rsidR="00FE6164" w:rsidRPr="00D31D98" w:rsidRDefault="00FE6164" w:rsidP="00FE6164">
      <w:pPr>
        <w:spacing w:after="120"/>
        <w:rPr>
          <w:rFonts w:eastAsia="Calibri"/>
          <w:szCs w:val="24"/>
        </w:rPr>
      </w:pPr>
      <w:r w:rsidRPr="00D31D98">
        <w:rPr>
          <w:b/>
          <w:szCs w:val="24"/>
        </w:rPr>
        <w:t>E-mail</w:t>
      </w:r>
      <w:r w:rsidRPr="00D31D98">
        <w:rPr>
          <w:szCs w:val="24"/>
        </w:rPr>
        <w:t>: ured@gimnazija-prva-os.skole.hr</w:t>
      </w:r>
    </w:p>
    <w:p w14:paraId="14F0789A" w14:textId="77777777" w:rsidR="00FE6164" w:rsidRPr="00D31D98" w:rsidRDefault="00FE6164" w:rsidP="00FE6164">
      <w:pPr>
        <w:spacing w:after="120"/>
        <w:rPr>
          <w:rFonts w:eastAsia="Calibri"/>
          <w:szCs w:val="24"/>
        </w:rPr>
      </w:pPr>
      <w:r w:rsidRPr="00D31D98">
        <w:rPr>
          <w:b/>
          <w:szCs w:val="24"/>
        </w:rPr>
        <w:t>Web</w:t>
      </w:r>
      <w:r w:rsidRPr="00D31D98">
        <w:rPr>
          <w:szCs w:val="24"/>
        </w:rPr>
        <w:t>: www.gimnazija-prva-os.skole.hr</w:t>
      </w:r>
    </w:p>
    <w:p w14:paraId="684F69AF" w14:textId="77777777" w:rsidR="00FE6164" w:rsidRPr="00D31D98" w:rsidRDefault="00FE6164" w:rsidP="00FE6164">
      <w:pPr>
        <w:spacing w:after="120"/>
        <w:rPr>
          <w:rFonts w:eastAsia="Arial"/>
          <w:szCs w:val="24"/>
        </w:rPr>
      </w:pPr>
      <w:r w:rsidRPr="00D31D98">
        <w:rPr>
          <w:b/>
          <w:bCs/>
          <w:szCs w:val="24"/>
        </w:rPr>
        <w:t>Ravnatelj škole</w:t>
      </w:r>
      <w:r w:rsidRPr="00D31D98">
        <w:rPr>
          <w:szCs w:val="24"/>
        </w:rPr>
        <w:t xml:space="preserve">: Ivan Čelebić, </w:t>
      </w:r>
      <w:r w:rsidRPr="00D31D98">
        <w:rPr>
          <w:color w:val="111111"/>
          <w:szCs w:val="24"/>
        </w:rPr>
        <w:t xml:space="preserve">mag. </w:t>
      </w:r>
      <w:proofErr w:type="spellStart"/>
      <w:r w:rsidRPr="00D31D98">
        <w:rPr>
          <w:color w:val="111111"/>
          <w:szCs w:val="24"/>
        </w:rPr>
        <w:t>educ</w:t>
      </w:r>
      <w:proofErr w:type="spellEnd"/>
      <w:r w:rsidRPr="00D31D98">
        <w:rPr>
          <w:color w:val="111111"/>
          <w:szCs w:val="24"/>
        </w:rPr>
        <w:t xml:space="preserve">. </w:t>
      </w:r>
      <w:proofErr w:type="spellStart"/>
      <w:r w:rsidRPr="00D31D98">
        <w:rPr>
          <w:color w:val="111111"/>
          <w:szCs w:val="24"/>
        </w:rPr>
        <w:t>philol</w:t>
      </w:r>
      <w:proofErr w:type="spellEnd"/>
      <w:r w:rsidRPr="00D31D98">
        <w:rPr>
          <w:color w:val="111111"/>
          <w:szCs w:val="24"/>
        </w:rPr>
        <w:t xml:space="preserve">. </w:t>
      </w:r>
      <w:proofErr w:type="spellStart"/>
      <w:r w:rsidRPr="00D31D98">
        <w:rPr>
          <w:color w:val="111111"/>
          <w:szCs w:val="24"/>
        </w:rPr>
        <w:t>germ</w:t>
      </w:r>
      <w:proofErr w:type="spellEnd"/>
      <w:r w:rsidRPr="00D31D98">
        <w:rPr>
          <w:color w:val="111111"/>
          <w:szCs w:val="24"/>
        </w:rPr>
        <w:t>.</w:t>
      </w:r>
    </w:p>
    <w:p w14:paraId="49965230" w14:textId="77777777" w:rsidR="00FE6164" w:rsidRPr="00D31D98" w:rsidRDefault="00FE6164" w:rsidP="00FE6164">
      <w:pPr>
        <w:spacing w:after="120"/>
        <w:rPr>
          <w:rFonts w:eastAsia="Arial"/>
          <w:szCs w:val="24"/>
        </w:rPr>
      </w:pPr>
      <w:r w:rsidRPr="00D31D98">
        <w:rPr>
          <w:b/>
          <w:bCs/>
          <w:szCs w:val="24"/>
        </w:rPr>
        <w:t>Voditeljica smjene</w:t>
      </w:r>
      <w:r w:rsidRPr="00D31D98">
        <w:rPr>
          <w:szCs w:val="24"/>
        </w:rPr>
        <w:t xml:space="preserve">: Doris </w:t>
      </w:r>
      <w:proofErr w:type="spellStart"/>
      <w:r w:rsidRPr="00D31D98">
        <w:rPr>
          <w:szCs w:val="24"/>
        </w:rPr>
        <w:t>Portner,mag</w:t>
      </w:r>
      <w:proofErr w:type="spellEnd"/>
      <w:r w:rsidRPr="00D31D98">
        <w:rPr>
          <w:szCs w:val="24"/>
        </w:rPr>
        <w:t xml:space="preserve">. </w:t>
      </w:r>
      <w:proofErr w:type="spellStart"/>
      <w:r w:rsidRPr="00D31D98">
        <w:rPr>
          <w:szCs w:val="24"/>
        </w:rPr>
        <w:t>educ</w:t>
      </w:r>
      <w:proofErr w:type="spellEnd"/>
      <w:r w:rsidRPr="00D31D98">
        <w:rPr>
          <w:szCs w:val="24"/>
        </w:rPr>
        <w:t xml:space="preserve">. </w:t>
      </w:r>
      <w:proofErr w:type="spellStart"/>
      <w:r w:rsidRPr="00D31D98">
        <w:rPr>
          <w:szCs w:val="24"/>
        </w:rPr>
        <w:t>math</w:t>
      </w:r>
      <w:proofErr w:type="spellEnd"/>
      <w:r w:rsidRPr="00D31D98">
        <w:rPr>
          <w:szCs w:val="24"/>
        </w:rPr>
        <w:t xml:space="preserve">. </w:t>
      </w:r>
      <w:proofErr w:type="spellStart"/>
      <w:r w:rsidRPr="00D31D98">
        <w:rPr>
          <w:szCs w:val="24"/>
        </w:rPr>
        <w:t>et</w:t>
      </w:r>
      <w:proofErr w:type="spellEnd"/>
      <w:r w:rsidRPr="00D31D98">
        <w:rPr>
          <w:szCs w:val="24"/>
        </w:rPr>
        <w:t xml:space="preserve"> </w:t>
      </w:r>
      <w:proofErr w:type="spellStart"/>
      <w:r w:rsidRPr="00D31D98">
        <w:rPr>
          <w:szCs w:val="24"/>
        </w:rPr>
        <w:t>inf</w:t>
      </w:r>
      <w:proofErr w:type="spellEnd"/>
    </w:p>
    <w:p w14:paraId="26DBDFB2" w14:textId="77777777" w:rsidR="00FE6164" w:rsidRPr="00D31D98" w:rsidRDefault="00FE6164" w:rsidP="00FE6164">
      <w:pPr>
        <w:spacing w:after="120"/>
        <w:rPr>
          <w:rFonts w:eastAsia="Calibri"/>
          <w:szCs w:val="24"/>
        </w:rPr>
      </w:pPr>
      <w:r w:rsidRPr="00D31D98">
        <w:rPr>
          <w:b/>
          <w:bCs/>
          <w:szCs w:val="24"/>
        </w:rPr>
        <w:t>Pedagoginja</w:t>
      </w:r>
      <w:r w:rsidRPr="00D31D98">
        <w:rPr>
          <w:szCs w:val="24"/>
        </w:rPr>
        <w:t xml:space="preserve">: Jelena Karakaš, mag. </w:t>
      </w:r>
      <w:proofErr w:type="spellStart"/>
      <w:r w:rsidRPr="00D31D98">
        <w:rPr>
          <w:szCs w:val="24"/>
        </w:rPr>
        <w:t>philol</w:t>
      </w:r>
      <w:proofErr w:type="spellEnd"/>
      <w:r w:rsidRPr="00D31D98">
        <w:rPr>
          <w:szCs w:val="24"/>
        </w:rPr>
        <w:t xml:space="preserve">. </w:t>
      </w:r>
      <w:proofErr w:type="spellStart"/>
      <w:r w:rsidRPr="00D31D98">
        <w:rPr>
          <w:szCs w:val="24"/>
        </w:rPr>
        <w:t>angl</w:t>
      </w:r>
      <w:proofErr w:type="spellEnd"/>
      <w:r w:rsidRPr="00D31D98">
        <w:rPr>
          <w:szCs w:val="24"/>
        </w:rPr>
        <w:t xml:space="preserve">. </w:t>
      </w:r>
      <w:proofErr w:type="spellStart"/>
      <w:r w:rsidRPr="00D31D98">
        <w:rPr>
          <w:szCs w:val="24"/>
        </w:rPr>
        <w:t>et</w:t>
      </w:r>
      <w:proofErr w:type="spellEnd"/>
      <w:r w:rsidRPr="00D31D98">
        <w:rPr>
          <w:szCs w:val="24"/>
        </w:rPr>
        <w:t xml:space="preserve"> mag. </w:t>
      </w:r>
      <w:proofErr w:type="spellStart"/>
      <w:r w:rsidRPr="00D31D98">
        <w:rPr>
          <w:szCs w:val="24"/>
        </w:rPr>
        <w:t>paed</w:t>
      </w:r>
      <w:proofErr w:type="spellEnd"/>
      <w:r w:rsidRPr="00D31D98">
        <w:rPr>
          <w:szCs w:val="24"/>
        </w:rPr>
        <w:t xml:space="preserve">. </w:t>
      </w:r>
    </w:p>
    <w:p w14:paraId="5C21647D" w14:textId="77777777" w:rsidR="00FE6164" w:rsidRPr="00D31D98" w:rsidRDefault="00FE6164" w:rsidP="00FE6164">
      <w:pPr>
        <w:spacing w:after="120"/>
        <w:rPr>
          <w:rFonts w:eastAsia="Calibri"/>
          <w:szCs w:val="24"/>
        </w:rPr>
      </w:pPr>
      <w:r w:rsidRPr="00D31D98">
        <w:rPr>
          <w:b/>
          <w:szCs w:val="24"/>
        </w:rPr>
        <w:t>Psihologinja</w:t>
      </w:r>
      <w:r w:rsidRPr="00D31D98">
        <w:rPr>
          <w:szCs w:val="24"/>
        </w:rPr>
        <w:t xml:space="preserve">: Kristina Vinković, mag. </w:t>
      </w:r>
      <w:proofErr w:type="spellStart"/>
      <w:r w:rsidRPr="00D31D98">
        <w:rPr>
          <w:szCs w:val="24"/>
        </w:rPr>
        <w:t>psych</w:t>
      </w:r>
      <w:proofErr w:type="spellEnd"/>
      <w:r w:rsidRPr="00D31D98">
        <w:rPr>
          <w:szCs w:val="24"/>
        </w:rPr>
        <w:t xml:space="preserve">. </w:t>
      </w:r>
    </w:p>
    <w:p w14:paraId="0818EB6D" w14:textId="77777777" w:rsidR="00FE6164" w:rsidRPr="00D31D98" w:rsidRDefault="00FE6164" w:rsidP="00FE6164">
      <w:pPr>
        <w:spacing w:after="120"/>
        <w:rPr>
          <w:rFonts w:eastAsia="Calibri"/>
          <w:szCs w:val="24"/>
        </w:rPr>
      </w:pPr>
      <w:r w:rsidRPr="00D31D98">
        <w:rPr>
          <w:b/>
          <w:szCs w:val="24"/>
        </w:rPr>
        <w:t>Ispitni koordinator</w:t>
      </w:r>
      <w:r w:rsidRPr="00D31D98">
        <w:rPr>
          <w:szCs w:val="24"/>
        </w:rPr>
        <w:t xml:space="preserve">: Katica </w:t>
      </w:r>
      <w:proofErr w:type="spellStart"/>
      <w:r w:rsidRPr="00D31D98">
        <w:rPr>
          <w:szCs w:val="24"/>
        </w:rPr>
        <w:t>Zovkić</w:t>
      </w:r>
      <w:proofErr w:type="spellEnd"/>
      <w:r w:rsidRPr="00D31D98">
        <w:rPr>
          <w:szCs w:val="24"/>
        </w:rPr>
        <w:t>, prof.</w:t>
      </w:r>
    </w:p>
    <w:p w14:paraId="3F0C6A2C" w14:textId="77777777" w:rsidR="00FE6164" w:rsidRPr="00D31D98" w:rsidRDefault="00FE6164" w:rsidP="00FE6164">
      <w:pPr>
        <w:spacing w:after="120"/>
        <w:rPr>
          <w:rFonts w:eastAsia="Calibri"/>
          <w:szCs w:val="24"/>
        </w:rPr>
      </w:pPr>
      <w:r w:rsidRPr="00D31D98">
        <w:rPr>
          <w:b/>
          <w:szCs w:val="24"/>
        </w:rPr>
        <w:t>Knjižničarka</w:t>
      </w:r>
      <w:r w:rsidRPr="00D31D98">
        <w:rPr>
          <w:szCs w:val="24"/>
        </w:rPr>
        <w:t xml:space="preserve">: Ivana Krolo, </w:t>
      </w:r>
      <w:proofErr w:type="spellStart"/>
      <w:r w:rsidRPr="00D31D98">
        <w:rPr>
          <w:szCs w:val="24"/>
        </w:rPr>
        <w:t>dipl.knjižničar</w:t>
      </w:r>
      <w:proofErr w:type="spellEnd"/>
    </w:p>
    <w:p w14:paraId="5A51EEF4" w14:textId="77777777" w:rsidR="00FE6164" w:rsidRPr="00D31D98" w:rsidRDefault="00FE6164" w:rsidP="00FE6164">
      <w:pPr>
        <w:spacing w:after="0"/>
        <w:rPr>
          <w:rFonts w:eastAsia="Calibri"/>
        </w:rPr>
      </w:pPr>
      <w:r w:rsidRPr="00D31D98">
        <w:rPr>
          <w:b/>
          <w:szCs w:val="24"/>
        </w:rPr>
        <w:tab/>
      </w:r>
      <w:r w:rsidRPr="00D31D98">
        <w:rPr>
          <w:b/>
          <w:szCs w:val="24"/>
        </w:rPr>
        <w:tab/>
      </w:r>
    </w:p>
    <w:p w14:paraId="1448DFBC" w14:textId="77777777" w:rsidR="00FE6164" w:rsidRPr="00D31D98" w:rsidRDefault="00FE6164" w:rsidP="00FE6164">
      <w:pPr>
        <w:spacing w:after="0"/>
        <w:outlineLvl w:val="0"/>
        <w:rPr>
          <w:bCs/>
          <w:kern w:val="36"/>
          <w:szCs w:val="24"/>
        </w:rPr>
      </w:pPr>
    </w:p>
    <w:p w14:paraId="4ABBE1A6" w14:textId="77777777" w:rsidR="00363952" w:rsidRPr="00D31D98" w:rsidRDefault="00985981" w:rsidP="00363952">
      <w:pPr>
        <w:keepNext/>
        <w:keepLines/>
        <w:spacing w:before="240" w:after="120"/>
        <w:outlineLvl w:val="0"/>
        <w:rPr>
          <w:b/>
          <w:bCs/>
          <w:kern w:val="36"/>
          <w:sz w:val="48"/>
          <w:szCs w:val="48"/>
        </w:rPr>
      </w:pPr>
      <w:r w:rsidRPr="00D31D98">
        <w:rPr>
          <w:b/>
          <w:bCs/>
          <w:kern w:val="36"/>
          <w:sz w:val="32"/>
          <w:szCs w:val="32"/>
        </w:rPr>
        <w:t>3</w:t>
      </w:r>
      <w:r w:rsidR="00363952" w:rsidRPr="00D31D98">
        <w:rPr>
          <w:b/>
          <w:bCs/>
          <w:kern w:val="36"/>
          <w:sz w:val="32"/>
          <w:szCs w:val="32"/>
        </w:rPr>
        <w:t>. IZBORNA NASTAVA</w:t>
      </w:r>
    </w:p>
    <w:p w14:paraId="24CC798B" w14:textId="77777777" w:rsidR="00363952" w:rsidRPr="00D31D98" w:rsidRDefault="00363952" w:rsidP="001379BF">
      <w:pPr>
        <w:spacing w:after="120"/>
      </w:pPr>
      <w:r w:rsidRPr="00D31D98">
        <w:rPr>
          <w:szCs w:val="24"/>
        </w:rPr>
        <w:t xml:space="preserve">Učenici tijekom svog obrazovanja odabiru između dva izborna predmeta – Etike i Vjeronauka. Od školske godine 2025./2026. učenici 1. razreda mogu izabrati Španjolski jezik kao izborni predmet. U 2., 3. i 4. razredu učenici mogu birati između Španjolskog jezika i Informatike. </w:t>
      </w:r>
    </w:p>
    <w:tbl>
      <w:tblPr>
        <w:tblStyle w:val="Reetkatablice"/>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2"/>
        <w:gridCol w:w="3118"/>
        <w:gridCol w:w="1417"/>
        <w:gridCol w:w="2154"/>
      </w:tblGrid>
      <w:tr w:rsidR="001379BF" w:rsidRPr="00D31D98" w14:paraId="0313CB45" w14:textId="77777777" w:rsidTr="00DE16E0">
        <w:trPr>
          <w:cantSplit/>
          <w:jc w:val="center"/>
        </w:trPr>
        <w:tc>
          <w:tcPr>
            <w:tcW w:w="2382" w:type="dxa"/>
            <w:shd w:val="clear" w:color="auto" w:fill="4F81BD" w:themeFill="accent1"/>
            <w:vAlign w:val="center"/>
          </w:tcPr>
          <w:p w14:paraId="535F93F9" w14:textId="77777777" w:rsidR="001379BF" w:rsidRPr="00D31D98" w:rsidRDefault="001379BF" w:rsidP="00DE16E0">
            <w:pPr>
              <w:keepNext/>
              <w:widowControl w:val="0"/>
              <w:rPr>
                <w:b/>
                <w:bCs/>
                <w:szCs w:val="24"/>
              </w:rPr>
            </w:pPr>
            <w:r w:rsidRPr="00D31D98">
              <w:rPr>
                <w:b/>
                <w:bCs/>
                <w:szCs w:val="24"/>
              </w:rPr>
              <w:lastRenderedPageBreak/>
              <w:t>Nastavnik</w:t>
            </w:r>
          </w:p>
        </w:tc>
        <w:tc>
          <w:tcPr>
            <w:tcW w:w="3118" w:type="dxa"/>
            <w:shd w:val="clear" w:color="auto" w:fill="4F81BD" w:themeFill="accent1"/>
            <w:vAlign w:val="center"/>
          </w:tcPr>
          <w:p w14:paraId="14BCA66E" w14:textId="77777777" w:rsidR="001379BF" w:rsidRPr="00D31D98" w:rsidRDefault="001379BF" w:rsidP="00DE16E0">
            <w:pPr>
              <w:keepNext/>
              <w:widowControl w:val="0"/>
              <w:rPr>
                <w:b/>
                <w:bCs/>
                <w:szCs w:val="24"/>
              </w:rPr>
            </w:pPr>
            <w:r w:rsidRPr="00D31D98">
              <w:rPr>
                <w:b/>
                <w:bCs/>
                <w:szCs w:val="24"/>
              </w:rPr>
              <w:t>Predmet</w:t>
            </w:r>
          </w:p>
        </w:tc>
        <w:tc>
          <w:tcPr>
            <w:tcW w:w="1417" w:type="dxa"/>
            <w:shd w:val="clear" w:color="auto" w:fill="4F81BD" w:themeFill="accent1"/>
            <w:vAlign w:val="center"/>
          </w:tcPr>
          <w:p w14:paraId="24497DD0" w14:textId="77777777" w:rsidR="001379BF" w:rsidRPr="00D31D98" w:rsidRDefault="001379BF" w:rsidP="00DE16E0">
            <w:pPr>
              <w:keepNext/>
              <w:widowControl w:val="0"/>
              <w:rPr>
                <w:b/>
                <w:bCs/>
                <w:szCs w:val="24"/>
              </w:rPr>
            </w:pPr>
            <w:r w:rsidRPr="00D31D98">
              <w:rPr>
                <w:b/>
                <w:bCs/>
                <w:szCs w:val="24"/>
              </w:rPr>
              <w:t>Razred</w:t>
            </w:r>
          </w:p>
        </w:tc>
        <w:tc>
          <w:tcPr>
            <w:tcW w:w="2154" w:type="dxa"/>
            <w:shd w:val="clear" w:color="auto" w:fill="4F81BD" w:themeFill="accent1"/>
            <w:vAlign w:val="center"/>
          </w:tcPr>
          <w:p w14:paraId="326C62B7" w14:textId="77777777" w:rsidR="001379BF" w:rsidRPr="00D31D98" w:rsidRDefault="001379BF" w:rsidP="00DE16E0">
            <w:pPr>
              <w:keepNext/>
              <w:widowControl w:val="0"/>
              <w:rPr>
                <w:b/>
                <w:bCs/>
                <w:szCs w:val="24"/>
              </w:rPr>
            </w:pPr>
            <w:r w:rsidRPr="00D31D98">
              <w:rPr>
                <w:b/>
                <w:bCs/>
                <w:szCs w:val="24"/>
              </w:rPr>
              <w:t>Tjedno/godišnje</w:t>
            </w:r>
          </w:p>
        </w:tc>
      </w:tr>
      <w:tr w:rsidR="001379BF" w:rsidRPr="00D31D98" w14:paraId="21FC0716" w14:textId="77777777" w:rsidTr="00DE16E0">
        <w:trPr>
          <w:cantSplit/>
          <w:jc w:val="center"/>
        </w:trPr>
        <w:tc>
          <w:tcPr>
            <w:tcW w:w="2382" w:type="dxa"/>
            <w:shd w:val="clear" w:color="auto" w:fill="C6D9F1" w:themeFill="text2" w:themeFillTint="33"/>
            <w:vAlign w:val="center"/>
          </w:tcPr>
          <w:p w14:paraId="2969BFCE" w14:textId="77777777" w:rsidR="001379BF" w:rsidRPr="00D31D98" w:rsidRDefault="001379BF" w:rsidP="00DE16E0">
            <w:pPr>
              <w:widowControl w:val="0"/>
              <w:rPr>
                <w:bCs/>
                <w:szCs w:val="24"/>
              </w:rPr>
            </w:pPr>
            <w:r w:rsidRPr="00D31D98">
              <w:rPr>
                <w:szCs w:val="24"/>
              </w:rPr>
              <w:t xml:space="preserve">Maja </w:t>
            </w:r>
            <w:proofErr w:type="spellStart"/>
            <w:r w:rsidRPr="00D31D98">
              <w:rPr>
                <w:szCs w:val="24"/>
              </w:rPr>
              <w:t>Jovanovski</w:t>
            </w:r>
            <w:proofErr w:type="spellEnd"/>
          </w:p>
        </w:tc>
        <w:tc>
          <w:tcPr>
            <w:tcW w:w="3118" w:type="dxa"/>
            <w:shd w:val="clear" w:color="auto" w:fill="C6D9F1" w:themeFill="text2" w:themeFillTint="33"/>
            <w:vAlign w:val="center"/>
          </w:tcPr>
          <w:p w14:paraId="58EFFBFB" w14:textId="77777777" w:rsidR="001379BF" w:rsidRPr="00D31D98" w:rsidRDefault="001379BF" w:rsidP="00DE16E0">
            <w:pPr>
              <w:widowControl w:val="0"/>
              <w:rPr>
                <w:szCs w:val="24"/>
              </w:rPr>
            </w:pPr>
            <w:r w:rsidRPr="00D31D98">
              <w:rPr>
                <w:szCs w:val="24"/>
              </w:rPr>
              <w:t>Etika</w:t>
            </w:r>
          </w:p>
        </w:tc>
        <w:tc>
          <w:tcPr>
            <w:tcW w:w="1417" w:type="dxa"/>
            <w:shd w:val="clear" w:color="auto" w:fill="C6D9F1" w:themeFill="text2" w:themeFillTint="33"/>
            <w:vAlign w:val="center"/>
          </w:tcPr>
          <w:p w14:paraId="09A2BB3B" w14:textId="77777777" w:rsidR="001379BF" w:rsidRPr="00D31D98" w:rsidRDefault="001379BF" w:rsidP="00DE16E0">
            <w:pPr>
              <w:widowControl w:val="0"/>
              <w:rPr>
                <w:szCs w:val="24"/>
              </w:rPr>
            </w:pPr>
            <w:r w:rsidRPr="00D31D98">
              <w:rPr>
                <w:szCs w:val="24"/>
              </w:rPr>
              <w:t>4. a, e/š</w:t>
            </w:r>
          </w:p>
          <w:p w14:paraId="42F58141" w14:textId="77777777" w:rsidR="001379BF" w:rsidRPr="00D31D98" w:rsidRDefault="001379BF" w:rsidP="00DE16E0">
            <w:pPr>
              <w:widowControl w:val="0"/>
              <w:rPr>
                <w:szCs w:val="24"/>
              </w:rPr>
            </w:pPr>
            <w:r w:rsidRPr="00D31D98">
              <w:rPr>
                <w:szCs w:val="24"/>
              </w:rPr>
              <w:t>3. a, c</w:t>
            </w:r>
          </w:p>
          <w:p w14:paraId="5F6C64A4" w14:textId="77777777" w:rsidR="001379BF" w:rsidRPr="00D31D98" w:rsidRDefault="001379BF" w:rsidP="00DE16E0">
            <w:pPr>
              <w:widowControl w:val="0"/>
              <w:rPr>
                <w:szCs w:val="24"/>
              </w:rPr>
            </w:pPr>
            <w:r w:rsidRPr="00D31D98">
              <w:rPr>
                <w:szCs w:val="24"/>
              </w:rPr>
              <w:t>1. a, e/š</w:t>
            </w:r>
          </w:p>
        </w:tc>
        <w:tc>
          <w:tcPr>
            <w:tcW w:w="2154" w:type="dxa"/>
            <w:shd w:val="clear" w:color="auto" w:fill="C6D9F1" w:themeFill="text2" w:themeFillTint="33"/>
            <w:vAlign w:val="center"/>
          </w:tcPr>
          <w:p w14:paraId="5C5DD319" w14:textId="77777777" w:rsidR="001379BF" w:rsidRPr="00D31D98" w:rsidRDefault="001379BF" w:rsidP="00DE16E0">
            <w:pPr>
              <w:widowControl w:val="0"/>
              <w:rPr>
                <w:szCs w:val="24"/>
              </w:rPr>
            </w:pPr>
            <w:r w:rsidRPr="00D31D98">
              <w:rPr>
                <w:szCs w:val="24"/>
              </w:rPr>
              <w:t>1/32 završni razred</w:t>
            </w:r>
          </w:p>
          <w:p w14:paraId="16785906" w14:textId="77777777" w:rsidR="001379BF" w:rsidRPr="00D31D98" w:rsidRDefault="001379BF" w:rsidP="00DE16E0">
            <w:pPr>
              <w:widowControl w:val="0"/>
              <w:rPr>
                <w:szCs w:val="24"/>
              </w:rPr>
            </w:pPr>
            <w:r w:rsidRPr="00D31D98">
              <w:rPr>
                <w:szCs w:val="24"/>
              </w:rPr>
              <w:t xml:space="preserve">1/35 </w:t>
            </w:r>
            <w:proofErr w:type="spellStart"/>
            <w:r w:rsidRPr="00D31D98">
              <w:rPr>
                <w:szCs w:val="24"/>
              </w:rPr>
              <w:t>nezavršni</w:t>
            </w:r>
            <w:proofErr w:type="spellEnd"/>
            <w:r w:rsidRPr="00D31D98">
              <w:rPr>
                <w:szCs w:val="24"/>
              </w:rPr>
              <w:t xml:space="preserve"> razred</w:t>
            </w:r>
          </w:p>
        </w:tc>
      </w:tr>
      <w:tr w:rsidR="001379BF" w:rsidRPr="00D31D98" w14:paraId="67447A09" w14:textId="77777777" w:rsidTr="00DE16E0">
        <w:trPr>
          <w:cantSplit/>
          <w:jc w:val="center"/>
        </w:trPr>
        <w:tc>
          <w:tcPr>
            <w:tcW w:w="2382" w:type="dxa"/>
            <w:shd w:val="clear" w:color="auto" w:fill="C6D9F1" w:themeFill="text2" w:themeFillTint="33"/>
            <w:vAlign w:val="center"/>
          </w:tcPr>
          <w:p w14:paraId="5CA88A8B" w14:textId="77777777" w:rsidR="001379BF" w:rsidRPr="00D31D98" w:rsidRDefault="001379BF" w:rsidP="00DE16E0">
            <w:pPr>
              <w:widowControl w:val="0"/>
              <w:rPr>
                <w:bCs/>
                <w:szCs w:val="24"/>
              </w:rPr>
            </w:pPr>
            <w:r w:rsidRPr="00D31D98">
              <w:rPr>
                <w:szCs w:val="24"/>
              </w:rPr>
              <w:t>Dražen Đapić</w:t>
            </w:r>
          </w:p>
        </w:tc>
        <w:tc>
          <w:tcPr>
            <w:tcW w:w="3118" w:type="dxa"/>
            <w:shd w:val="clear" w:color="auto" w:fill="C6D9F1" w:themeFill="text2" w:themeFillTint="33"/>
            <w:vAlign w:val="center"/>
          </w:tcPr>
          <w:p w14:paraId="48D7CF23" w14:textId="77777777" w:rsidR="001379BF" w:rsidRPr="00D31D98" w:rsidRDefault="001379BF" w:rsidP="00DE16E0">
            <w:pPr>
              <w:widowControl w:val="0"/>
              <w:rPr>
                <w:szCs w:val="24"/>
              </w:rPr>
            </w:pPr>
            <w:r w:rsidRPr="00D31D98">
              <w:rPr>
                <w:szCs w:val="24"/>
              </w:rPr>
              <w:t>Etika</w:t>
            </w:r>
          </w:p>
        </w:tc>
        <w:tc>
          <w:tcPr>
            <w:tcW w:w="1417" w:type="dxa"/>
            <w:shd w:val="clear" w:color="auto" w:fill="C6D9F1" w:themeFill="text2" w:themeFillTint="33"/>
            <w:vAlign w:val="center"/>
          </w:tcPr>
          <w:p w14:paraId="1A3246FC" w14:textId="77777777" w:rsidR="001379BF" w:rsidRPr="00D31D98" w:rsidRDefault="001379BF" w:rsidP="00DE16E0">
            <w:pPr>
              <w:widowControl w:val="0"/>
              <w:rPr>
                <w:szCs w:val="24"/>
              </w:rPr>
            </w:pPr>
            <w:r w:rsidRPr="00D31D98">
              <w:rPr>
                <w:szCs w:val="24"/>
              </w:rPr>
              <w:t>2.a, f</w:t>
            </w:r>
          </w:p>
        </w:tc>
        <w:tc>
          <w:tcPr>
            <w:tcW w:w="2154" w:type="dxa"/>
            <w:shd w:val="clear" w:color="auto" w:fill="C6D9F1" w:themeFill="text2" w:themeFillTint="33"/>
            <w:vAlign w:val="center"/>
          </w:tcPr>
          <w:p w14:paraId="15DA0026" w14:textId="77777777" w:rsidR="001379BF" w:rsidRPr="00D31D98" w:rsidRDefault="001379BF" w:rsidP="00DE16E0">
            <w:pPr>
              <w:widowControl w:val="0"/>
              <w:rPr>
                <w:szCs w:val="24"/>
              </w:rPr>
            </w:pPr>
            <w:r w:rsidRPr="00D31D98">
              <w:rPr>
                <w:szCs w:val="24"/>
              </w:rPr>
              <w:t xml:space="preserve">1/35 </w:t>
            </w:r>
            <w:proofErr w:type="spellStart"/>
            <w:r w:rsidRPr="00D31D98">
              <w:rPr>
                <w:szCs w:val="24"/>
              </w:rPr>
              <w:t>nezavršni</w:t>
            </w:r>
            <w:proofErr w:type="spellEnd"/>
          </w:p>
        </w:tc>
      </w:tr>
      <w:tr w:rsidR="001379BF" w:rsidRPr="00D31D98" w14:paraId="5B95A864" w14:textId="77777777" w:rsidTr="00DE16E0">
        <w:trPr>
          <w:cantSplit/>
          <w:jc w:val="center"/>
        </w:trPr>
        <w:tc>
          <w:tcPr>
            <w:tcW w:w="2382" w:type="dxa"/>
            <w:shd w:val="clear" w:color="auto" w:fill="C6D9F1" w:themeFill="text2" w:themeFillTint="33"/>
            <w:vAlign w:val="center"/>
          </w:tcPr>
          <w:p w14:paraId="490A8901" w14:textId="77777777" w:rsidR="001379BF" w:rsidRPr="00D31D98" w:rsidRDefault="001379BF" w:rsidP="00DE16E0">
            <w:pPr>
              <w:widowControl w:val="0"/>
              <w:rPr>
                <w:bCs/>
                <w:szCs w:val="24"/>
              </w:rPr>
            </w:pPr>
            <w:r w:rsidRPr="00D31D98">
              <w:rPr>
                <w:szCs w:val="24"/>
              </w:rPr>
              <w:t>Miroslav Čolić</w:t>
            </w:r>
          </w:p>
        </w:tc>
        <w:tc>
          <w:tcPr>
            <w:tcW w:w="3118" w:type="dxa"/>
            <w:shd w:val="clear" w:color="auto" w:fill="C6D9F1" w:themeFill="text2" w:themeFillTint="33"/>
            <w:vAlign w:val="center"/>
          </w:tcPr>
          <w:p w14:paraId="3436CE1F" w14:textId="77777777" w:rsidR="001379BF" w:rsidRPr="00D31D98" w:rsidRDefault="001379BF" w:rsidP="00DE16E0">
            <w:pPr>
              <w:widowControl w:val="0"/>
              <w:rPr>
                <w:szCs w:val="24"/>
              </w:rPr>
            </w:pPr>
            <w:r w:rsidRPr="00D31D98">
              <w:rPr>
                <w:szCs w:val="24"/>
              </w:rPr>
              <w:t>Vjeronauk</w:t>
            </w:r>
          </w:p>
        </w:tc>
        <w:tc>
          <w:tcPr>
            <w:tcW w:w="1417" w:type="dxa"/>
            <w:shd w:val="clear" w:color="auto" w:fill="C6D9F1" w:themeFill="text2" w:themeFillTint="33"/>
            <w:vAlign w:val="center"/>
          </w:tcPr>
          <w:p w14:paraId="358E3E2C" w14:textId="77777777" w:rsidR="001379BF" w:rsidRPr="00D31D98" w:rsidRDefault="001379BF" w:rsidP="00DE16E0">
            <w:pPr>
              <w:widowControl w:val="0"/>
              <w:rPr>
                <w:szCs w:val="24"/>
              </w:rPr>
            </w:pPr>
            <w:r w:rsidRPr="00D31D98">
              <w:rPr>
                <w:szCs w:val="24"/>
              </w:rPr>
              <w:t>4. a, b, c, d, e</w:t>
            </w:r>
          </w:p>
          <w:p w14:paraId="2CF3FFB1" w14:textId="77777777" w:rsidR="001379BF" w:rsidRPr="00D31D98" w:rsidRDefault="001379BF" w:rsidP="00DE16E0">
            <w:pPr>
              <w:widowControl w:val="0"/>
              <w:rPr>
                <w:szCs w:val="24"/>
              </w:rPr>
            </w:pPr>
            <w:r w:rsidRPr="00D31D98">
              <w:rPr>
                <w:szCs w:val="24"/>
              </w:rPr>
              <w:t>3. a, b, c, d, e, f,  š</w:t>
            </w:r>
          </w:p>
          <w:p w14:paraId="27A4FDBF" w14:textId="77777777" w:rsidR="001379BF" w:rsidRPr="00D31D98" w:rsidRDefault="001379BF" w:rsidP="00DE16E0">
            <w:pPr>
              <w:widowControl w:val="0"/>
              <w:rPr>
                <w:szCs w:val="24"/>
              </w:rPr>
            </w:pPr>
            <w:r w:rsidRPr="00D31D98">
              <w:rPr>
                <w:szCs w:val="24"/>
              </w:rPr>
              <w:t>2.  a, b</w:t>
            </w:r>
          </w:p>
          <w:p w14:paraId="7FA7570F" w14:textId="77777777" w:rsidR="001379BF" w:rsidRPr="00D31D98" w:rsidRDefault="001379BF" w:rsidP="00DE16E0">
            <w:pPr>
              <w:widowControl w:val="0"/>
              <w:rPr>
                <w:szCs w:val="24"/>
              </w:rPr>
            </w:pPr>
            <w:r w:rsidRPr="00D31D98">
              <w:rPr>
                <w:szCs w:val="24"/>
              </w:rPr>
              <w:t>1.  b, c, d, f, g,  š</w:t>
            </w:r>
          </w:p>
        </w:tc>
        <w:tc>
          <w:tcPr>
            <w:tcW w:w="2154" w:type="dxa"/>
            <w:shd w:val="clear" w:color="auto" w:fill="C6D9F1" w:themeFill="text2" w:themeFillTint="33"/>
            <w:vAlign w:val="center"/>
          </w:tcPr>
          <w:p w14:paraId="51C3D003" w14:textId="77777777" w:rsidR="001379BF" w:rsidRPr="00D31D98" w:rsidRDefault="001379BF" w:rsidP="00DE16E0">
            <w:pPr>
              <w:widowControl w:val="0"/>
              <w:rPr>
                <w:szCs w:val="24"/>
              </w:rPr>
            </w:pPr>
            <w:r w:rsidRPr="00D31D98">
              <w:rPr>
                <w:szCs w:val="24"/>
              </w:rPr>
              <w:t>1/32 završni razred</w:t>
            </w:r>
          </w:p>
          <w:p w14:paraId="600FDCC7" w14:textId="77777777" w:rsidR="001379BF" w:rsidRPr="00D31D98" w:rsidRDefault="001379BF" w:rsidP="00DE16E0">
            <w:pPr>
              <w:widowControl w:val="0"/>
              <w:rPr>
                <w:szCs w:val="24"/>
              </w:rPr>
            </w:pPr>
            <w:r w:rsidRPr="00D31D98">
              <w:rPr>
                <w:szCs w:val="24"/>
              </w:rPr>
              <w:t xml:space="preserve">1/35 </w:t>
            </w:r>
            <w:proofErr w:type="spellStart"/>
            <w:r w:rsidRPr="00D31D98">
              <w:rPr>
                <w:szCs w:val="24"/>
              </w:rPr>
              <w:t>nezavršni</w:t>
            </w:r>
            <w:proofErr w:type="spellEnd"/>
            <w:r w:rsidRPr="00D31D98">
              <w:rPr>
                <w:szCs w:val="24"/>
              </w:rPr>
              <w:t xml:space="preserve"> razred </w:t>
            </w:r>
          </w:p>
        </w:tc>
      </w:tr>
      <w:tr w:rsidR="001379BF" w:rsidRPr="00D31D98" w14:paraId="565355D3" w14:textId="77777777" w:rsidTr="00DE16E0">
        <w:trPr>
          <w:cantSplit/>
          <w:jc w:val="center"/>
        </w:trPr>
        <w:tc>
          <w:tcPr>
            <w:tcW w:w="2382" w:type="dxa"/>
            <w:shd w:val="clear" w:color="auto" w:fill="C6D9F1" w:themeFill="text2" w:themeFillTint="33"/>
            <w:vAlign w:val="center"/>
          </w:tcPr>
          <w:p w14:paraId="1769E5F6" w14:textId="77777777" w:rsidR="001379BF" w:rsidRPr="00D31D98" w:rsidRDefault="001379BF" w:rsidP="00DE16E0">
            <w:pPr>
              <w:widowControl w:val="0"/>
              <w:rPr>
                <w:bCs/>
                <w:szCs w:val="24"/>
              </w:rPr>
            </w:pPr>
            <w:r w:rsidRPr="00D31D98">
              <w:rPr>
                <w:szCs w:val="24"/>
              </w:rPr>
              <w:t xml:space="preserve">Lucija </w:t>
            </w:r>
            <w:proofErr w:type="spellStart"/>
            <w:r w:rsidRPr="00D31D98">
              <w:rPr>
                <w:szCs w:val="24"/>
              </w:rPr>
              <w:t>Saulić</w:t>
            </w:r>
            <w:proofErr w:type="spellEnd"/>
          </w:p>
        </w:tc>
        <w:tc>
          <w:tcPr>
            <w:tcW w:w="3118" w:type="dxa"/>
            <w:shd w:val="clear" w:color="auto" w:fill="C6D9F1" w:themeFill="text2" w:themeFillTint="33"/>
            <w:vAlign w:val="center"/>
          </w:tcPr>
          <w:p w14:paraId="54A7DBD8" w14:textId="77777777" w:rsidR="001379BF" w:rsidRPr="00D31D98" w:rsidRDefault="001379BF" w:rsidP="00DE16E0">
            <w:pPr>
              <w:widowControl w:val="0"/>
              <w:rPr>
                <w:szCs w:val="24"/>
              </w:rPr>
            </w:pPr>
            <w:r w:rsidRPr="00D31D98">
              <w:rPr>
                <w:szCs w:val="24"/>
              </w:rPr>
              <w:t xml:space="preserve">Vjeronauk </w:t>
            </w:r>
          </w:p>
        </w:tc>
        <w:tc>
          <w:tcPr>
            <w:tcW w:w="1417" w:type="dxa"/>
            <w:shd w:val="clear" w:color="auto" w:fill="C6D9F1" w:themeFill="text2" w:themeFillTint="33"/>
            <w:vAlign w:val="center"/>
          </w:tcPr>
          <w:p w14:paraId="46A9C044" w14:textId="77777777" w:rsidR="001379BF" w:rsidRPr="00D31D98" w:rsidRDefault="001379BF" w:rsidP="00DE16E0">
            <w:pPr>
              <w:widowControl w:val="0"/>
              <w:rPr>
                <w:szCs w:val="24"/>
              </w:rPr>
            </w:pPr>
            <w:r w:rsidRPr="00D31D98">
              <w:rPr>
                <w:szCs w:val="24"/>
              </w:rPr>
              <w:t>4.š</w:t>
            </w:r>
          </w:p>
          <w:p w14:paraId="7941BF86" w14:textId="77777777" w:rsidR="001379BF" w:rsidRPr="00D31D98" w:rsidRDefault="001379BF" w:rsidP="00DE16E0">
            <w:pPr>
              <w:widowControl w:val="0"/>
              <w:rPr>
                <w:szCs w:val="24"/>
              </w:rPr>
            </w:pPr>
            <w:r w:rsidRPr="00D31D98">
              <w:rPr>
                <w:szCs w:val="24"/>
              </w:rPr>
              <w:t>2. c, d, e, f, š</w:t>
            </w:r>
          </w:p>
          <w:p w14:paraId="6A5D7B2D" w14:textId="77777777" w:rsidR="001379BF" w:rsidRPr="00D31D98" w:rsidRDefault="001379BF" w:rsidP="00DE16E0">
            <w:pPr>
              <w:widowControl w:val="0"/>
              <w:rPr>
                <w:szCs w:val="24"/>
              </w:rPr>
            </w:pPr>
            <w:r w:rsidRPr="00D31D98">
              <w:rPr>
                <w:szCs w:val="24"/>
              </w:rPr>
              <w:t>1. a, e</w:t>
            </w:r>
          </w:p>
        </w:tc>
        <w:tc>
          <w:tcPr>
            <w:tcW w:w="2154" w:type="dxa"/>
            <w:shd w:val="clear" w:color="auto" w:fill="C6D9F1" w:themeFill="text2" w:themeFillTint="33"/>
            <w:vAlign w:val="center"/>
          </w:tcPr>
          <w:p w14:paraId="1F4B6529" w14:textId="77777777" w:rsidR="001379BF" w:rsidRPr="00D31D98" w:rsidRDefault="001379BF" w:rsidP="00DE16E0">
            <w:pPr>
              <w:widowControl w:val="0"/>
              <w:rPr>
                <w:szCs w:val="24"/>
              </w:rPr>
            </w:pPr>
            <w:r w:rsidRPr="00D31D98">
              <w:rPr>
                <w:szCs w:val="24"/>
              </w:rPr>
              <w:t>1/32 završni razred</w:t>
            </w:r>
          </w:p>
          <w:p w14:paraId="2A749A61" w14:textId="77777777" w:rsidR="001379BF" w:rsidRPr="00D31D98" w:rsidRDefault="001379BF" w:rsidP="00DE16E0">
            <w:pPr>
              <w:widowControl w:val="0"/>
              <w:rPr>
                <w:szCs w:val="24"/>
              </w:rPr>
            </w:pPr>
            <w:r w:rsidRPr="00D31D98">
              <w:rPr>
                <w:szCs w:val="24"/>
              </w:rPr>
              <w:t xml:space="preserve">1/35 </w:t>
            </w:r>
            <w:proofErr w:type="spellStart"/>
            <w:r w:rsidRPr="00D31D98">
              <w:rPr>
                <w:szCs w:val="24"/>
              </w:rPr>
              <w:t>nezavršni</w:t>
            </w:r>
            <w:proofErr w:type="spellEnd"/>
            <w:r w:rsidRPr="00D31D98">
              <w:rPr>
                <w:szCs w:val="24"/>
              </w:rPr>
              <w:t xml:space="preserve"> razred </w:t>
            </w:r>
          </w:p>
        </w:tc>
      </w:tr>
      <w:tr w:rsidR="001379BF" w:rsidRPr="00D31D98" w14:paraId="414A18BE" w14:textId="77777777" w:rsidTr="00DE16E0">
        <w:trPr>
          <w:cantSplit/>
          <w:jc w:val="center"/>
        </w:trPr>
        <w:tc>
          <w:tcPr>
            <w:tcW w:w="2382" w:type="dxa"/>
            <w:shd w:val="clear" w:color="auto" w:fill="C6D9F1" w:themeFill="text2" w:themeFillTint="33"/>
            <w:vAlign w:val="center"/>
          </w:tcPr>
          <w:p w14:paraId="561070A5" w14:textId="77777777" w:rsidR="001379BF" w:rsidRPr="00D31D98" w:rsidRDefault="001379BF" w:rsidP="00DE16E0">
            <w:pPr>
              <w:widowControl w:val="0"/>
              <w:rPr>
                <w:bCs/>
                <w:szCs w:val="24"/>
              </w:rPr>
            </w:pPr>
            <w:r w:rsidRPr="00D31D98">
              <w:rPr>
                <w:szCs w:val="24"/>
              </w:rPr>
              <w:t>Rebeka Kralj</w:t>
            </w:r>
          </w:p>
        </w:tc>
        <w:tc>
          <w:tcPr>
            <w:tcW w:w="3118" w:type="dxa"/>
            <w:shd w:val="clear" w:color="auto" w:fill="C6D9F1" w:themeFill="text2" w:themeFillTint="33"/>
            <w:vAlign w:val="center"/>
          </w:tcPr>
          <w:p w14:paraId="4FBE407C" w14:textId="77777777" w:rsidR="001379BF" w:rsidRPr="00D31D98" w:rsidRDefault="001379BF" w:rsidP="00DE16E0">
            <w:pPr>
              <w:widowControl w:val="0"/>
              <w:rPr>
                <w:szCs w:val="24"/>
              </w:rPr>
            </w:pPr>
            <w:r w:rsidRPr="00D31D98">
              <w:rPr>
                <w:szCs w:val="24"/>
              </w:rPr>
              <w:t>Španjolski jezik</w:t>
            </w:r>
          </w:p>
        </w:tc>
        <w:tc>
          <w:tcPr>
            <w:tcW w:w="1417" w:type="dxa"/>
            <w:shd w:val="clear" w:color="auto" w:fill="C6D9F1" w:themeFill="text2" w:themeFillTint="33"/>
            <w:vAlign w:val="center"/>
          </w:tcPr>
          <w:p w14:paraId="50BCA705" w14:textId="77777777" w:rsidR="001379BF" w:rsidRPr="00D31D98" w:rsidRDefault="001379BF" w:rsidP="00DE16E0">
            <w:pPr>
              <w:widowControl w:val="0"/>
              <w:rPr>
                <w:szCs w:val="24"/>
              </w:rPr>
            </w:pPr>
            <w:r w:rsidRPr="00D31D98">
              <w:rPr>
                <w:szCs w:val="24"/>
              </w:rPr>
              <w:t>2.a</w:t>
            </w:r>
          </w:p>
          <w:p w14:paraId="706039B7" w14:textId="77777777" w:rsidR="001379BF" w:rsidRPr="00D31D98" w:rsidRDefault="001379BF" w:rsidP="00DE16E0">
            <w:pPr>
              <w:widowControl w:val="0"/>
              <w:rPr>
                <w:szCs w:val="24"/>
              </w:rPr>
            </w:pPr>
            <w:r w:rsidRPr="00D31D98">
              <w:rPr>
                <w:szCs w:val="24"/>
              </w:rPr>
              <w:t>1. a, 1.b/š</w:t>
            </w:r>
          </w:p>
        </w:tc>
        <w:tc>
          <w:tcPr>
            <w:tcW w:w="2154" w:type="dxa"/>
            <w:shd w:val="clear" w:color="auto" w:fill="C6D9F1" w:themeFill="text2" w:themeFillTint="33"/>
            <w:vAlign w:val="center"/>
          </w:tcPr>
          <w:p w14:paraId="36930596" w14:textId="77777777" w:rsidR="001379BF" w:rsidRPr="00D31D98" w:rsidRDefault="001379BF" w:rsidP="00DE16E0">
            <w:pPr>
              <w:widowControl w:val="0"/>
              <w:rPr>
                <w:szCs w:val="24"/>
              </w:rPr>
            </w:pPr>
            <w:r w:rsidRPr="00D31D98">
              <w:rPr>
                <w:szCs w:val="24"/>
              </w:rPr>
              <w:t xml:space="preserve">2/70 </w:t>
            </w:r>
            <w:proofErr w:type="spellStart"/>
            <w:r w:rsidRPr="00D31D98">
              <w:rPr>
                <w:szCs w:val="24"/>
              </w:rPr>
              <w:t>nezavršni</w:t>
            </w:r>
            <w:proofErr w:type="spellEnd"/>
            <w:r w:rsidRPr="00D31D98">
              <w:rPr>
                <w:szCs w:val="24"/>
              </w:rPr>
              <w:t xml:space="preserve"> razred</w:t>
            </w:r>
          </w:p>
        </w:tc>
      </w:tr>
      <w:tr w:rsidR="001379BF" w:rsidRPr="00D31D98" w14:paraId="3415086A" w14:textId="77777777" w:rsidTr="00DE16E0">
        <w:trPr>
          <w:cantSplit/>
          <w:jc w:val="center"/>
        </w:trPr>
        <w:tc>
          <w:tcPr>
            <w:tcW w:w="2382" w:type="dxa"/>
            <w:shd w:val="clear" w:color="auto" w:fill="C6D9F1" w:themeFill="text2" w:themeFillTint="33"/>
            <w:vAlign w:val="center"/>
          </w:tcPr>
          <w:p w14:paraId="52A41547" w14:textId="77777777" w:rsidR="001379BF" w:rsidRPr="00D31D98" w:rsidRDefault="001379BF" w:rsidP="00DE16E0">
            <w:pPr>
              <w:widowControl w:val="0"/>
              <w:rPr>
                <w:bCs/>
                <w:szCs w:val="24"/>
              </w:rPr>
            </w:pPr>
            <w:r w:rsidRPr="00D31D98">
              <w:rPr>
                <w:szCs w:val="24"/>
              </w:rPr>
              <w:t>Marko Carević</w:t>
            </w:r>
          </w:p>
        </w:tc>
        <w:tc>
          <w:tcPr>
            <w:tcW w:w="3118" w:type="dxa"/>
            <w:shd w:val="clear" w:color="auto" w:fill="C6D9F1" w:themeFill="text2" w:themeFillTint="33"/>
            <w:vAlign w:val="center"/>
          </w:tcPr>
          <w:p w14:paraId="7BD11FFA" w14:textId="77777777" w:rsidR="001379BF" w:rsidRPr="00D31D98" w:rsidRDefault="001379BF" w:rsidP="00DE16E0">
            <w:pPr>
              <w:widowControl w:val="0"/>
              <w:rPr>
                <w:szCs w:val="24"/>
              </w:rPr>
            </w:pPr>
            <w:r w:rsidRPr="00D31D98">
              <w:rPr>
                <w:szCs w:val="24"/>
              </w:rPr>
              <w:t>Informatika</w:t>
            </w:r>
          </w:p>
        </w:tc>
        <w:tc>
          <w:tcPr>
            <w:tcW w:w="1417" w:type="dxa"/>
            <w:shd w:val="clear" w:color="auto" w:fill="C6D9F1" w:themeFill="text2" w:themeFillTint="33"/>
            <w:vAlign w:val="center"/>
          </w:tcPr>
          <w:p w14:paraId="20C4BC33" w14:textId="77777777" w:rsidR="001379BF" w:rsidRPr="00D31D98" w:rsidRDefault="001379BF" w:rsidP="00DE16E0">
            <w:pPr>
              <w:widowControl w:val="0"/>
              <w:rPr>
                <w:szCs w:val="24"/>
              </w:rPr>
            </w:pPr>
            <w:r w:rsidRPr="00D31D98">
              <w:rPr>
                <w:szCs w:val="24"/>
              </w:rPr>
              <w:t>2. š</w:t>
            </w:r>
          </w:p>
        </w:tc>
        <w:tc>
          <w:tcPr>
            <w:tcW w:w="2154" w:type="dxa"/>
            <w:shd w:val="clear" w:color="auto" w:fill="C6D9F1" w:themeFill="text2" w:themeFillTint="33"/>
            <w:vAlign w:val="center"/>
          </w:tcPr>
          <w:p w14:paraId="3674A61A" w14:textId="77777777" w:rsidR="001379BF" w:rsidRPr="00D31D98" w:rsidRDefault="001379BF" w:rsidP="00DE16E0">
            <w:pPr>
              <w:widowControl w:val="0"/>
              <w:rPr>
                <w:szCs w:val="24"/>
              </w:rPr>
            </w:pPr>
            <w:r w:rsidRPr="00D31D98">
              <w:rPr>
                <w:szCs w:val="24"/>
              </w:rPr>
              <w:t xml:space="preserve">2/70 </w:t>
            </w:r>
            <w:proofErr w:type="spellStart"/>
            <w:r w:rsidRPr="00D31D98">
              <w:rPr>
                <w:szCs w:val="24"/>
              </w:rPr>
              <w:t>nezavršni</w:t>
            </w:r>
            <w:proofErr w:type="spellEnd"/>
            <w:r w:rsidRPr="00D31D98">
              <w:rPr>
                <w:szCs w:val="24"/>
              </w:rPr>
              <w:t xml:space="preserve"> razred</w:t>
            </w:r>
          </w:p>
        </w:tc>
      </w:tr>
      <w:tr w:rsidR="001379BF" w:rsidRPr="00D31D98" w14:paraId="6548E364" w14:textId="77777777" w:rsidTr="00DE16E0">
        <w:trPr>
          <w:cantSplit/>
          <w:jc w:val="center"/>
        </w:trPr>
        <w:tc>
          <w:tcPr>
            <w:tcW w:w="2382" w:type="dxa"/>
            <w:shd w:val="clear" w:color="auto" w:fill="C6D9F1" w:themeFill="text2" w:themeFillTint="33"/>
            <w:vAlign w:val="center"/>
          </w:tcPr>
          <w:p w14:paraId="25F0A399" w14:textId="77777777" w:rsidR="001379BF" w:rsidRPr="00D31D98" w:rsidRDefault="001379BF" w:rsidP="00DE16E0">
            <w:pPr>
              <w:widowControl w:val="0"/>
              <w:rPr>
                <w:bCs/>
                <w:szCs w:val="24"/>
              </w:rPr>
            </w:pPr>
            <w:r w:rsidRPr="00D31D98">
              <w:rPr>
                <w:szCs w:val="24"/>
              </w:rPr>
              <w:t>Lidija Begić</w:t>
            </w:r>
          </w:p>
        </w:tc>
        <w:tc>
          <w:tcPr>
            <w:tcW w:w="3118" w:type="dxa"/>
            <w:shd w:val="clear" w:color="auto" w:fill="C6D9F1" w:themeFill="text2" w:themeFillTint="33"/>
            <w:vAlign w:val="center"/>
          </w:tcPr>
          <w:p w14:paraId="1BC0FD4D" w14:textId="77777777" w:rsidR="001379BF" w:rsidRPr="00D31D98" w:rsidRDefault="001379BF" w:rsidP="00DE16E0">
            <w:pPr>
              <w:widowControl w:val="0"/>
              <w:rPr>
                <w:szCs w:val="24"/>
              </w:rPr>
            </w:pPr>
            <w:r w:rsidRPr="00D31D98">
              <w:rPr>
                <w:szCs w:val="24"/>
              </w:rPr>
              <w:t>Informatika</w:t>
            </w:r>
          </w:p>
        </w:tc>
        <w:tc>
          <w:tcPr>
            <w:tcW w:w="1417" w:type="dxa"/>
            <w:shd w:val="clear" w:color="auto" w:fill="C6D9F1" w:themeFill="text2" w:themeFillTint="33"/>
            <w:vAlign w:val="center"/>
          </w:tcPr>
          <w:p w14:paraId="55C228D8" w14:textId="77777777" w:rsidR="001379BF" w:rsidRPr="00D31D98" w:rsidRDefault="001379BF" w:rsidP="00DE16E0">
            <w:pPr>
              <w:widowControl w:val="0"/>
              <w:rPr>
                <w:szCs w:val="24"/>
              </w:rPr>
            </w:pPr>
            <w:r w:rsidRPr="00D31D98">
              <w:rPr>
                <w:szCs w:val="24"/>
              </w:rPr>
              <w:t>4. a b c d e š</w:t>
            </w:r>
          </w:p>
          <w:p w14:paraId="14A5D750" w14:textId="77777777" w:rsidR="001379BF" w:rsidRPr="00D31D98" w:rsidRDefault="001379BF" w:rsidP="00DE16E0">
            <w:pPr>
              <w:widowControl w:val="0"/>
              <w:rPr>
                <w:szCs w:val="24"/>
              </w:rPr>
            </w:pPr>
            <w:r w:rsidRPr="00D31D98">
              <w:rPr>
                <w:szCs w:val="24"/>
              </w:rPr>
              <w:t>2. a b c d f</w:t>
            </w:r>
          </w:p>
        </w:tc>
        <w:tc>
          <w:tcPr>
            <w:tcW w:w="2154" w:type="dxa"/>
            <w:shd w:val="clear" w:color="auto" w:fill="C6D9F1" w:themeFill="text2" w:themeFillTint="33"/>
            <w:vAlign w:val="center"/>
          </w:tcPr>
          <w:p w14:paraId="3941E0AB" w14:textId="77777777" w:rsidR="001379BF" w:rsidRPr="00D31D98" w:rsidRDefault="001379BF" w:rsidP="00DE16E0">
            <w:pPr>
              <w:widowControl w:val="0"/>
              <w:rPr>
                <w:szCs w:val="24"/>
              </w:rPr>
            </w:pPr>
            <w:r w:rsidRPr="00D31D98">
              <w:rPr>
                <w:szCs w:val="24"/>
              </w:rPr>
              <w:t>2/64 završni razred</w:t>
            </w:r>
          </w:p>
          <w:p w14:paraId="2F54DA56" w14:textId="77777777" w:rsidR="001379BF" w:rsidRPr="00D31D98" w:rsidRDefault="001379BF" w:rsidP="00DE16E0">
            <w:pPr>
              <w:widowControl w:val="0"/>
              <w:rPr>
                <w:szCs w:val="24"/>
              </w:rPr>
            </w:pPr>
            <w:r w:rsidRPr="00D31D98">
              <w:rPr>
                <w:szCs w:val="24"/>
              </w:rPr>
              <w:t xml:space="preserve">2/70 </w:t>
            </w:r>
            <w:proofErr w:type="spellStart"/>
            <w:r w:rsidRPr="00D31D98">
              <w:rPr>
                <w:szCs w:val="24"/>
              </w:rPr>
              <w:t>nezavršni</w:t>
            </w:r>
            <w:proofErr w:type="spellEnd"/>
            <w:r w:rsidRPr="00D31D98">
              <w:rPr>
                <w:szCs w:val="24"/>
              </w:rPr>
              <w:t xml:space="preserve"> razred </w:t>
            </w:r>
          </w:p>
        </w:tc>
      </w:tr>
      <w:tr w:rsidR="001379BF" w:rsidRPr="00D31D98" w14:paraId="43775933" w14:textId="77777777" w:rsidTr="00DE16E0">
        <w:trPr>
          <w:cantSplit/>
          <w:jc w:val="center"/>
        </w:trPr>
        <w:tc>
          <w:tcPr>
            <w:tcW w:w="2382" w:type="dxa"/>
            <w:shd w:val="clear" w:color="auto" w:fill="C6D9F1" w:themeFill="text2" w:themeFillTint="33"/>
            <w:vAlign w:val="center"/>
          </w:tcPr>
          <w:p w14:paraId="38485E7A" w14:textId="77777777" w:rsidR="001379BF" w:rsidRPr="00D31D98" w:rsidRDefault="001379BF" w:rsidP="00DE16E0">
            <w:pPr>
              <w:widowControl w:val="0"/>
              <w:rPr>
                <w:bCs/>
                <w:szCs w:val="24"/>
              </w:rPr>
            </w:pPr>
            <w:r w:rsidRPr="00D31D98">
              <w:rPr>
                <w:szCs w:val="24"/>
              </w:rPr>
              <w:t xml:space="preserve">Jelena </w:t>
            </w:r>
            <w:proofErr w:type="spellStart"/>
            <w:r w:rsidRPr="00D31D98">
              <w:rPr>
                <w:szCs w:val="24"/>
              </w:rPr>
              <w:t>Radlović</w:t>
            </w:r>
            <w:proofErr w:type="spellEnd"/>
          </w:p>
        </w:tc>
        <w:tc>
          <w:tcPr>
            <w:tcW w:w="3118" w:type="dxa"/>
            <w:shd w:val="clear" w:color="auto" w:fill="C6D9F1" w:themeFill="text2" w:themeFillTint="33"/>
            <w:vAlign w:val="center"/>
          </w:tcPr>
          <w:p w14:paraId="4B5D3E6B" w14:textId="77777777" w:rsidR="001379BF" w:rsidRPr="00D31D98" w:rsidRDefault="001379BF" w:rsidP="00DE16E0">
            <w:pPr>
              <w:widowControl w:val="0"/>
              <w:rPr>
                <w:szCs w:val="24"/>
              </w:rPr>
            </w:pPr>
            <w:r w:rsidRPr="00D31D98">
              <w:rPr>
                <w:szCs w:val="24"/>
              </w:rPr>
              <w:t>Informatika</w:t>
            </w:r>
          </w:p>
        </w:tc>
        <w:tc>
          <w:tcPr>
            <w:tcW w:w="1417" w:type="dxa"/>
            <w:shd w:val="clear" w:color="auto" w:fill="C6D9F1" w:themeFill="text2" w:themeFillTint="33"/>
            <w:vAlign w:val="center"/>
          </w:tcPr>
          <w:p w14:paraId="53306F61" w14:textId="77777777" w:rsidR="001379BF" w:rsidRPr="00D31D98" w:rsidRDefault="001379BF" w:rsidP="00DE16E0">
            <w:pPr>
              <w:widowControl w:val="0"/>
              <w:rPr>
                <w:szCs w:val="24"/>
              </w:rPr>
            </w:pPr>
            <w:r w:rsidRPr="00D31D98">
              <w:rPr>
                <w:szCs w:val="24"/>
              </w:rPr>
              <w:t>3. a b c d e f  š</w:t>
            </w:r>
          </w:p>
          <w:p w14:paraId="042DB448" w14:textId="77777777" w:rsidR="001379BF" w:rsidRPr="00D31D98" w:rsidRDefault="001379BF" w:rsidP="00DE16E0">
            <w:pPr>
              <w:widowControl w:val="0"/>
              <w:rPr>
                <w:szCs w:val="24"/>
              </w:rPr>
            </w:pPr>
            <w:r w:rsidRPr="00D31D98">
              <w:rPr>
                <w:szCs w:val="24"/>
              </w:rPr>
              <w:t>2. e</w:t>
            </w:r>
          </w:p>
        </w:tc>
        <w:tc>
          <w:tcPr>
            <w:tcW w:w="2154" w:type="dxa"/>
            <w:shd w:val="clear" w:color="auto" w:fill="C6D9F1" w:themeFill="text2" w:themeFillTint="33"/>
            <w:vAlign w:val="center"/>
          </w:tcPr>
          <w:p w14:paraId="6869F20A" w14:textId="77777777" w:rsidR="001379BF" w:rsidRPr="00D31D98" w:rsidRDefault="001379BF" w:rsidP="00DE16E0">
            <w:pPr>
              <w:widowControl w:val="0"/>
              <w:rPr>
                <w:szCs w:val="24"/>
              </w:rPr>
            </w:pPr>
            <w:r w:rsidRPr="00D31D98">
              <w:rPr>
                <w:szCs w:val="24"/>
              </w:rPr>
              <w:t xml:space="preserve">2/70 </w:t>
            </w:r>
            <w:proofErr w:type="spellStart"/>
            <w:r w:rsidRPr="00D31D98">
              <w:rPr>
                <w:szCs w:val="24"/>
              </w:rPr>
              <w:t>nezavršni</w:t>
            </w:r>
            <w:proofErr w:type="spellEnd"/>
            <w:r w:rsidRPr="00D31D98">
              <w:rPr>
                <w:szCs w:val="24"/>
              </w:rPr>
              <w:t xml:space="preserve"> razred</w:t>
            </w:r>
          </w:p>
        </w:tc>
      </w:tr>
    </w:tbl>
    <w:p w14:paraId="54A5E520" w14:textId="77777777" w:rsidR="00363952" w:rsidRPr="00D31D98" w:rsidRDefault="00363952" w:rsidP="00363952">
      <w:pPr>
        <w:spacing w:after="0"/>
        <w:rPr>
          <w:sz w:val="56"/>
          <w:szCs w:val="56"/>
        </w:rPr>
      </w:pPr>
    </w:p>
    <w:p w14:paraId="7B53D02B" w14:textId="77777777" w:rsidR="00363952" w:rsidRPr="00D31D98" w:rsidRDefault="00363952" w:rsidP="00363952">
      <w:pPr>
        <w:spacing w:after="0"/>
        <w:rPr>
          <w:sz w:val="56"/>
          <w:szCs w:val="56"/>
        </w:rPr>
      </w:pPr>
    </w:p>
    <w:p w14:paraId="5965EFC4" w14:textId="77777777" w:rsidR="001379BF" w:rsidRPr="00D31D98" w:rsidRDefault="00985981" w:rsidP="001379BF">
      <w:pPr>
        <w:keepNext/>
        <w:keepLines/>
        <w:spacing w:before="240" w:after="120"/>
        <w:outlineLvl w:val="0"/>
        <w:rPr>
          <w:b/>
          <w:bCs/>
          <w:kern w:val="36"/>
          <w:sz w:val="48"/>
          <w:szCs w:val="48"/>
        </w:rPr>
      </w:pPr>
      <w:r w:rsidRPr="00D31D98">
        <w:rPr>
          <w:b/>
          <w:bCs/>
          <w:kern w:val="36"/>
          <w:sz w:val="32"/>
          <w:szCs w:val="32"/>
        </w:rPr>
        <w:t>4</w:t>
      </w:r>
      <w:r w:rsidR="001379BF" w:rsidRPr="00D31D98">
        <w:rPr>
          <w:b/>
          <w:bCs/>
          <w:kern w:val="36"/>
          <w:sz w:val="32"/>
          <w:szCs w:val="32"/>
        </w:rPr>
        <w:t>. FAKULTATIVNA NASTAVA</w:t>
      </w:r>
    </w:p>
    <w:p w14:paraId="36AC0CA4" w14:textId="77777777" w:rsidR="001379BF" w:rsidRPr="00D31D98" w:rsidRDefault="001379BF" w:rsidP="001379BF">
      <w:pPr>
        <w:spacing w:after="0"/>
      </w:pPr>
    </w:p>
    <w:p w14:paraId="016DD2A3" w14:textId="77777777" w:rsidR="001379BF" w:rsidRPr="00D31D98" w:rsidRDefault="001379BF" w:rsidP="001379BF">
      <w:pPr>
        <w:spacing w:after="120"/>
      </w:pPr>
      <w:r w:rsidRPr="00D31D98">
        <w:rPr>
          <w:szCs w:val="24"/>
        </w:rPr>
        <w:t xml:space="preserve">Fakultativna nastava ovisi o interesima učenika te mogućnostima škole. Učenici su fakultativnu nastavu dužni pohađati tijekom cijele školske godine te iz predmeta dobivaju ocjenu koja ulazi u ukupan prosjek. </w:t>
      </w:r>
    </w:p>
    <w:p w14:paraId="6D366FA2" w14:textId="77777777" w:rsidR="001379BF" w:rsidRPr="00D31D98" w:rsidRDefault="001379BF" w:rsidP="001379BF">
      <w:pPr>
        <w:spacing w:after="120"/>
      </w:pPr>
      <w:r w:rsidRPr="00D31D98">
        <w:rPr>
          <w:szCs w:val="24"/>
        </w:rPr>
        <w:t>Od fakultativnih predmeta u I. gimnaziji provodi se nastava sljedećih predmeta:</w:t>
      </w:r>
    </w:p>
    <w:p w14:paraId="5C659170" w14:textId="77777777" w:rsidR="001379BF" w:rsidRPr="00D31D98" w:rsidRDefault="001379BF" w:rsidP="001379BF">
      <w:pPr>
        <w:spacing w:after="120"/>
      </w:pPr>
      <w:r w:rsidRPr="00D31D98">
        <w:rPr>
          <w:i/>
          <w:iCs/>
          <w:szCs w:val="24"/>
        </w:rPr>
        <w:t xml:space="preserve">DSD </w:t>
      </w:r>
      <w:r w:rsidRPr="00D31D98">
        <w:rPr>
          <w:szCs w:val="24"/>
        </w:rPr>
        <w:t xml:space="preserve">(nastava za njemačku jezičnu diplomu), </w:t>
      </w:r>
      <w:r w:rsidRPr="00D31D98">
        <w:rPr>
          <w:i/>
          <w:iCs/>
          <w:szCs w:val="24"/>
        </w:rPr>
        <w:t>Financijska pismenost</w:t>
      </w:r>
      <w:r w:rsidRPr="00D31D98">
        <w:rPr>
          <w:szCs w:val="24"/>
        </w:rPr>
        <w:t xml:space="preserve">, </w:t>
      </w:r>
      <w:r w:rsidRPr="00D31D98">
        <w:rPr>
          <w:i/>
          <w:iCs/>
          <w:szCs w:val="24"/>
        </w:rPr>
        <w:t xml:space="preserve">Robotika, </w:t>
      </w:r>
      <w:proofErr w:type="spellStart"/>
      <w:r w:rsidRPr="00D31D98">
        <w:rPr>
          <w:i/>
          <w:iCs/>
          <w:szCs w:val="24"/>
        </w:rPr>
        <w:t>Mikroprogamiranje</w:t>
      </w:r>
      <w:proofErr w:type="spellEnd"/>
      <w:r w:rsidRPr="00D31D98">
        <w:rPr>
          <w:i/>
          <w:iCs/>
          <w:szCs w:val="24"/>
        </w:rPr>
        <w:t>, Umjetna inteligencija, Antička kultura i civilizacija</w:t>
      </w:r>
      <w:r w:rsidRPr="00D31D98">
        <w:rPr>
          <w:szCs w:val="24"/>
        </w:rPr>
        <w:t xml:space="preserve">, </w:t>
      </w:r>
      <w:r w:rsidRPr="00D31D98">
        <w:rPr>
          <w:i/>
          <w:iCs/>
          <w:szCs w:val="24"/>
        </w:rPr>
        <w:t>Etnologija i Psihologija u praksi</w:t>
      </w:r>
    </w:p>
    <w:p w14:paraId="3F89572B" w14:textId="77777777" w:rsidR="00363952" w:rsidRPr="00D31D98" w:rsidRDefault="00363952" w:rsidP="00363952">
      <w:pPr>
        <w:spacing w:after="0"/>
        <w:rPr>
          <w:szCs w:val="24"/>
        </w:rPr>
      </w:pPr>
    </w:p>
    <w:tbl>
      <w:tblPr>
        <w:tblStyle w:val="Reetkatablice"/>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2"/>
        <w:gridCol w:w="3118"/>
        <w:gridCol w:w="1417"/>
        <w:gridCol w:w="2154"/>
      </w:tblGrid>
      <w:tr w:rsidR="001379BF" w:rsidRPr="00D31D98" w14:paraId="33626CF2" w14:textId="77777777" w:rsidTr="00DE16E0">
        <w:trPr>
          <w:cantSplit/>
          <w:jc w:val="center"/>
        </w:trPr>
        <w:tc>
          <w:tcPr>
            <w:tcW w:w="2382" w:type="dxa"/>
            <w:shd w:val="clear" w:color="auto" w:fill="4F81BD" w:themeFill="accent1"/>
            <w:vAlign w:val="center"/>
          </w:tcPr>
          <w:p w14:paraId="12E1F287" w14:textId="77777777" w:rsidR="001379BF" w:rsidRPr="00D31D98" w:rsidRDefault="001379BF" w:rsidP="00DE16E0">
            <w:pPr>
              <w:keepNext/>
              <w:widowControl w:val="0"/>
              <w:rPr>
                <w:b/>
                <w:bCs/>
                <w:szCs w:val="24"/>
              </w:rPr>
            </w:pPr>
            <w:r w:rsidRPr="00D31D98">
              <w:rPr>
                <w:b/>
                <w:bCs/>
                <w:szCs w:val="24"/>
              </w:rPr>
              <w:lastRenderedPageBreak/>
              <w:t>Nastavnik</w:t>
            </w:r>
          </w:p>
        </w:tc>
        <w:tc>
          <w:tcPr>
            <w:tcW w:w="3118" w:type="dxa"/>
            <w:shd w:val="clear" w:color="auto" w:fill="4F81BD" w:themeFill="accent1"/>
            <w:vAlign w:val="center"/>
          </w:tcPr>
          <w:p w14:paraId="0121D9B9" w14:textId="77777777" w:rsidR="001379BF" w:rsidRPr="00D31D98" w:rsidRDefault="001379BF" w:rsidP="00DE16E0">
            <w:pPr>
              <w:keepNext/>
              <w:widowControl w:val="0"/>
              <w:rPr>
                <w:b/>
                <w:bCs/>
                <w:szCs w:val="24"/>
              </w:rPr>
            </w:pPr>
            <w:r w:rsidRPr="00D31D98">
              <w:rPr>
                <w:b/>
                <w:bCs/>
                <w:szCs w:val="24"/>
              </w:rPr>
              <w:t>Predmet</w:t>
            </w:r>
          </w:p>
        </w:tc>
        <w:tc>
          <w:tcPr>
            <w:tcW w:w="1417" w:type="dxa"/>
            <w:shd w:val="clear" w:color="auto" w:fill="4F81BD" w:themeFill="accent1"/>
            <w:vAlign w:val="center"/>
          </w:tcPr>
          <w:p w14:paraId="0AAA35EC" w14:textId="77777777" w:rsidR="001379BF" w:rsidRPr="00D31D98" w:rsidRDefault="001379BF" w:rsidP="00DE16E0">
            <w:pPr>
              <w:keepNext/>
              <w:widowControl w:val="0"/>
              <w:rPr>
                <w:b/>
                <w:bCs/>
                <w:szCs w:val="24"/>
              </w:rPr>
            </w:pPr>
            <w:r w:rsidRPr="00D31D98">
              <w:rPr>
                <w:b/>
                <w:bCs/>
                <w:szCs w:val="24"/>
              </w:rPr>
              <w:t>Razred</w:t>
            </w:r>
          </w:p>
        </w:tc>
        <w:tc>
          <w:tcPr>
            <w:tcW w:w="2154" w:type="dxa"/>
            <w:shd w:val="clear" w:color="auto" w:fill="4F81BD" w:themeFill="accent1"/>
            <w:vAlign w:val="center"/>
          </w:tcPr>
          <w:p w14:paraId="3EE35C8D" w14:textId="77777777" w:rsidR="001379BF" w:rsidRPr="00D31D98" w:rsidRDefault="001379BF" w:rsidP="00DE16E0">
            <w:pPr>
              <w:keepNext/>
              <w:widowControl w:val="0"/>
              <w:rPr>
                <w:b/>
                <w:bCs/>
                <w:szCs w:val="24"/>
              </w:rPr>
            </w:pPr>
            <w:r w:rsidRPr="00D31D98">
              <w:rPr>
                <w:b/>
                <w:bCs/>
                <w:szCs w:val="24"/>
              </w:rPr>
              <w:t>Tjedno/godišnje</w:t>
            </w:r>
          </w:p>
        </w:tc>
      </w:tr>
      <w:tr w:rsidR="001379BF" w:rsidRPr="00D31D98" w14:paraId="0010375E" w14:textId="77777777" w:rsidTr="00DE16E0">
        <w:trPr>
          <w:cantSplit/>
          <w:jc w:val="center"/>
        </w:trPr>
        <w:tc>
          <w:tcPr>
            <w:tcW w:w="2382" w:type="dxa"/>
            <w:shd w:val="clear" w:color="auto" w:fill="C6D9F1" w:themeFill="text2" w:themeFillTint="33"/>
            <w:vAlign w:val="center"/>
          </w:tcPr>
          <w:p w14:paraId="61FA484B" w14:textId="77777777" w:rsidR="001379BF" w:rsidRPr="00D31D98" w:rsidRDefault="001379BF" w:rsidP="00DE16E0">
            <w:pPr>
              <w:widowControl w:val="0"/>
              <w:rPr>
                <w:bCs/>
                <w:szCs w:val="24"/>
              </w:rPr>
            </w:pPr>
            <w:r w:rsidRPr="00D31D98">
              <w:rPr>
                <w:szCs w:val="24"/>
              </w:rPr>
              <w:t xml:space="preserve">Klaudija </w:t>
            </w:r>
            <w:proofErr w:type="spellStart"/>
            <w:r w:rsidRPr="00D31D98">
              <w:rPr>
                <w:szCs w:val="24"/>
              </w:rPr>
              <w:t>Španja</w:t>
            </w:r>
            <w:proofErr w:type="spellEnd"/>
          </w:p>
        </w:tc>
        <w:tc>
          <w:tcPr>
            <w:tcW w:w="3118" w:type="dxa"/>
            <w:shd w:val="clear" w:color="auto" w:fill="C6D9F1" w:themeFill="text2" w:themeFillTint="33"/>
            <w:vAlign w:val="center"/>
          </w:tcPr>
          <w:p w14:paraId="59B450EB" w14:textId="77777777" w:rsidR="001379BF" w:rsidRPr="00D31D98" w:rsidRDefault="001379BF" w:rsidP="00DE16E0">
            <w:pPr>
              <w:widowControl w:val="0"/>
              <w:rPr>
                <w:szCs w:val="24"/>
              </w:rPr>
            </w:pPr>
            <w:r w:rsidRPr="00D31D98">
              <w:rPr>
                <w:szCs w:val="24"/>
              </w:rPr>
              <w:t xml:space="preserve">DSD </w:t>
            </w:r>
          </w:p>
        </w:tc>
        <w:tc>
          <w:tcPr>
            <w:tcW w:w="1417" w:type="dxa"/>
            <w:shd w:val="clear" w:color="auto" w:fill="C6D9F1" w:themeFill="text2" w:themeFillTint="33"/>
            <w:vAlign w:val="center"/>
          </w:tcPr>
          <w:p w14:paraId="759121E2" w14:textId="77777777" w:rsidR="001379BF" w:rsidRPr="00D31D98" w:rsidRDefault="001379BF" w:rsidP="00DE16E0">
            <w:pPr>
              <w:widowControl w:val="0"/>
              <w:rPr>
                <w:szCs w:val="24"/>
              </w:rPr>
            </w:pPr>
            <w:r w:rsidRPr="00D31D98">
              <w:rPr>
                <w:szCs w:val="24"/>
              </w:rPr>
              <w:t>1. a</w:t>
            </w:r>
          </w:p>
        </w:tc>
        <w:tc>
          <w:tcPr>
            <w:tcW w:w="2154" w:type="dxa"/>
            <w:shd w:val="clear" w:color="auto" w:fill="C6D9F1" w:themeFill="text2" w:themeFillTint="33"/>
            <w:vAlign w:val="center"/>
          </w:tcPr>
          <w:p w14:paraId="5BCDC520" w14:textId="77777777" w:rsidR="001379BF" w:rsidRPr="00D31D98" w:rsidRDefault="001379BF" w:rsidP="00DE16E0">
            <w:pPr>
              <w:widowControl w:val="0"/>
              <w:rPr>
                <w:szCs w:val="24"/>
              </w:rPr>
            </w:pPr>
            <w:r w:rsidRPr="00D31D98">
              <w:rPr>
                <w:szCs w:val="24"/>
              </w:rPr>
              <w:t>2/70</w:t>
            </w:r>
          </w:p>
        </w:tc>
      </w:tr>
      <w:tr w:rsidR="001379BF" w:rsidRPr="00D31D98" w14:paraId="05CA087A" w14:textId="77777777" w:rsidTr="00DE16E0">
        <w:trPr>
          <w:cantSplit/>
          <w:jc w:val="center"/>
        </w:trPr>
        <w:tc>
          <w:tcPr>
            <w:tcW w:w="2382" w:type="dxa"/>
            <w:shd w:val="clear" w:color="auto" w:fill="C6D9F1" w:themeFill="text2" w:themeFillTint="33"/>
            <w:vAlign w:val="center"/>
          </w:tcPr>
          <w:p w14:paraId="0928C35B" w14:textId="77777777" w:rsidR="001379BF" w:rsidRPr="00D31D98" w:rsidRDefault="001379BF" w:rsidP="00DE16E0">
            <w:pPr>
              <w:widowControl w:val="0"/>
              <w:rPr>
                <w:bCs/>
                <w:szCs w:val="24"/>
              </w:rPr>
            </w:pPr>
            <w:r w:rsidRPr="00D31D98">
              <w:rPr>
                <w:szCs w:val="24"/>
              </w:rPr>
              <w:t>Sven Pavić</w:t>
            </w:r>
          </w:p>
        </w:tc>
        <w:tc>
          <w:tcPr>
            <w:tcW w:w="3118" w:type="dxa"/>
            <w:shd w:val="clear" w:color="auto" w:fill="C6D9F1" w:themeFill="text2" w:themeFillTint="33"/>
            <w:vAlign w:val="center"/>
          </w:tcPr>
          <w:p w14:paraId="7BDB21FE" w14:textId="77777777" w:rsidR="001379BF" w:rsidRPr="00D31D98" w:rsidRDefault="001379BF" w:rsidP="00DE16E0">
            <w:pPr>
              <w:widowControl w:val="0"/>
              <w:rPr>
                <w:szCs w:val="24"/>
              </w:rPr>
            </w:pPr>
            <w:r w:rsidRPr="00D31D98">
              <w:rPr>
                <w:szCs w:val="24"/>
              </w:rPr>
              <w:t xml:space="preserve">DSD </w:t>
            </w:r>
          </w:p>
        </w:tc>
        <w:tc>
          <w:tcPr>
            <w:tcW w:w="1417" w:type="dxa"/>
            <w:shd w:val="clear" w:color="auto" w:fill="C6D9F1" w:themeFill="text2" w:themeFillTint="33"/>
            <w:vAlign w:val="center"/>
          </w:tcPr>
          <w:p w14:paraId="20B41404" w14:textId="77777777" w:rsidR="001379BF" w:rsidRPr="00D31D98" w:rsidRDefault="001379BF" w:rsidP="00DE16E0">
            <w:pPr>
              <w:widowControl w:val="0"/>
              <w:rPr>
                <w:szCs w:val="24"/>
              </w:rPr>
            </w:pPr>
            <w:r w:rsidRPr="00D31D98">
              <w:rPr>
                <w:szCs w:val="24"/>
              </w:rPr>
              <w:t xml:space="preserve">3. a </w:t>
            </w:r>
          </w:p>
          <w:p w14:paraId="37709FC4" w14:textId="77777777" w:rsidR="001379BF" w:rsidRPr="00D31D98" w:rsidRDefault="001379BF" w:rsidP="00DE16E0">
            <w:pPr>
              <w:widowControl w:val="0"/>
              <w:rPr>
                <w:szCs w:val="24"/>
              </w:rPr>
            </w:pPr>
            <w:r w:rsidRPr="00D31D98">
              <w:rPr>
                <w:szCs w:val="24"/>
              </w:rPr>
              <w:t xml:space="preserve">4. e  </w:t>
            </w:r>
          </w:p>
        </w:tc>
        <w:tc>
          <w:tcPr>
            <w:tcW w:w="2154" w:type="dxa"/>
            <w:shd w:val="clear" w:color="auto" w:fill="C6D9F1" w:themeFill="text2" w:themeFillTint="33"/>
            <w:vAlign w:val="center"/>
          </w:tcPr>
          <w:p w14:paraId="76ADF286" w14:textId="77777777" w:rsidR="001379BF" w:rsidRPr="00D31D98" w:rsidRDefault="001379BF" w:rsidP="00DE16E0">
            <w:pPr>
              <w:widowControl w:val="0"/>
              <w:rPr>
                <w:szCs w:val="24"/>
              </w:rPr>
            </w:pPr>
            <w:r w:rsidRPr="00D31D98">
              <w:rPr>
                <w:szCs w:val="24"/>
              </w:rPr>
              <w:t xml:space="preserve">2/70 </w:t>
            </w:r>
          </w:p>
          <w:p w14:paraId="0A3DF419" w14:textId="77777777" w:rsidR="001379BF" w:rsidRPr="00D31D98" w:rsidRDefault="001379BF" w:rsidP="00DE16E0">
            <w:pPr>
              <w:widowControl w:val="0"/>
              <w:rPr>
                <w:szCs w:val="24"/>
              </w:rPr>
            </w:pPr>
            <w:r w:rsidRPr="00D31D98">
              <w:rPr>
                <w:szCs w:val="24"/>
              </w:rPr>
              <w:t>2/64</w:t>
            </w:r>
          </w:p>
        </w:tc>
      </w:tr>
      <w:tr w:rsidR="001379BF" w:rsidRPr="00D31D98" w14:paraId="1B1CB8FC" w14:textId="77777777" w:rsidTr="00DE16E0">
        <w:trPr>
          <w:cantSplit/>
          <w:jc w:val="center"/>
        </w:trPr>
        <w:tc>
          <w:tcPr>
            <w:tcW w:w="2382" w:type="dxa"/>
            <w:shd w:val="clear" w:color="auto" w:fill="C6D9F1" w:themeFill="text2" w:themeFillTint="33"/>
            <w:vAlign w:val="center"/>
          </w:tcPr>
          <w:p w14:paraId="32B3D5EF" w14:textId="77777777" w:rsidR="001379BF" w:rsidRPr="00D31D98" w:rsidRDefault="001379BF" w:rsidP="00DE16E0">
            <w:pPr>
              <w:widowControl w:val="0"/>
              <w:rPr>
                <w:bCs/>
                <w:szCs w:val="24"/>
              </w:rPr>
            </w:pPr>
            <w:r w:rsidRPr="00D31D98">
              <w:rPr>
                <w:szCs w:val="24"/>
              </w:rPr>
              <w:t xml:space="preserve">Amra </w:t>
            </w:r>
            <w:proofErr w:type="spellStart"/>
            <w:r w:rsidRPr="00D31D98">
              <w:rPr>
                <w:szCs w:val="24"/>
              </w:rPr>
              <w:t>Ismić</w:t>
            </w:r>
            <w:proofErr w:type="spellEnd"/>
          </w:p>
        </w:tc>
        <w:tc>
          <w:tcPr>
            <w:tcW w:w="3118" w:type="dxa"/>
            <w:shd w:val="clear" w:color="auto" w:fill="C6D9F1" w:themeFill="text2" w:themeFillTint="33"/>
            <w:vAlign w:val="center"/>
          </w:tcPr>
          <w:p w14:paraId="382312B5" w14:textId="77777777" w:rsidR="001379BF" w:rsidRPr="00D31D98" w:rsidRDefault="001379BF" w:rsidP="00DE16E0">
            <w:pPr>
              <w:widowControl w:val="0"/>
              <w:rPr>
                <w:szCs w:val="24"/>
              </w:rPr>
            </w:pPr>
            <w:r w:rsidRPr="00D31D98">
              <w:rPr>
                <w:szCs w:val="24"/>
              </w:rPr>
              <w:t xml:space="preserve">DSD </w:t>
            </w:r>
          </w:p>
        </w:tc>
        <w:tc>
          <w:tcPr>
            <w:tcW w:w="1417" w:type="dxa"/>
            <w:shd w:val="clear" w:color="auto" w:fill="C6D9F1" w:themeFill="text2" w:themeFillTint="33"/>
            <w:vAlign w:val="center"/>
          </w:tcPr>
          <w:p w14:paraId="34917E46" w14:textId="77777777" w:rsidR="001379BF" w:rsidRPr="00D31D98" w:rsidRDefault="001379BF" w:rsidP="00DE16E0">
            <w:pPr>
              <w:widowControl w:val="0"/>
              <w:rPr>
                <w:szCs w:val="24"/>
              </w:rPr>
            </w:pPr>
            <w:r w:rsidRPr="00D31D98">
              <w:rPr>
                <w:szCs w:val="24"/>
              </w:rPr>
              <w:t>2.f</w:t>
            </w:r>
          </w:p>
        </w:tc>
        <w:tc>
          <w:tcPr>
            <w:tcW w:w="2154" w:type="dxa"/>
            <w:shd w:val="clear" w:color="auto" w:fill="C6D9F1" w:themeFill="text2" w:themeFillTint="33"/>
            <w:vAlign w:val="center"/>
          </w:tcPr>
          <w:p w14:paraId="4CA61913" w14:textId="77777777" w:rsidR="001379BF" w:rsidRPr="00D31D98" w:rsidRDefault="001379BF" w:rsidP="00DE16E0">
            <w:pPr>
              <w:widowControl w:val="0"/>
              <w:rPr>
                <w:szCs w:val="24"/>
              </w:rPr>
            </w:pPr>
            <w:r w:rsidRPr="00D31D98">
              <w:rPr>
                <w:szCs w:val="24"/>
              </w:rPr>
              <w:t>2/70</w:t>
            </w:r>
          </w:p>
        </w:tc>
      </w:tr>
      <w:tr w:rsidR="001379BF" w:rsidRPr="00D31D98" w14:paraId="6422EB55" w14:textId="77777777" w:rsidTr="00DE16E0">
        <w:trPr>
          <w:cantSplit/>
          <w:jc w:val="center"/>
        </w:trPr>
        <w:tc>
          <w:tcPr>
            <w:tcW w:w="2382" w:type="dxa"/>
            <w:shd w:val="clear" w:color="auto" w:fill="C6D9F1" w:themeFill="text2" w:themeFillTint="33"/>
            <w:vAlign w:val="center"/>
          </w:tcPr>
          <w:p w14:paraId="37F14F2C" w14:textId="77777777" w:rsidR="001379BF" w:rsidRPr="00D31D98" w:rsidRDefault="001379BF" w:rsidP="00DE16E0">
            <w:pPr>
              <w:widowControl w:val="0"/>
              <w:rPr>
                <w:bCs/>
                <w:szCs w:val="24"/>
              </w:rPr>
            </w:pPr>
            <w:r w:rsidRPr="00D31D98">
              <w:rPr>
                <w:szCs w:val="24"/>
              </w:rPr>
              <w:t xml:space="preserve">Gracija </w:t>
            </w:r>
            <w:proofErr w:type="spellStart"/>
            <w:r w:rsidRPr="00D31D98">
              <w:rPr>
                <w:szCs w:val="24"/>
              </w:rPr>
              <w:t>Rezić</w:t>
            </w:r>
            <w:proofErr w:type="spellEnd"/>
          </w:p>
        </w:tc>
        <w:tc>
          <w:tcPr>
            <w:tcW w:w="3118" w:type="dxa"/>
            <w:shd w:val="clear" w:color="auto" w:fill="C6D9F1" w:themeFill="text2" w:themeFillTint="33"/>
            <w:vAlign w:val="center"/>
          </w:tcPr>
          <w:p w14:paraId="3F772A98" w14:textId="77777777" w:rsidR="001379BF" w:rsidRPr="00D31D98" w:rsidRDefault="001379BF" w:rsidP="00DE16E0">
            <w:pPr>
              <w:widowControl w:val="0"/>
              <w:rPr>
                <w:szCs w:val="24"/>
              </w:rPr>
            </w:pPr>
            <w:r w:rsidRPr="00D31D98">
              <w:rPr>
                <w:szCs w:val="24"/>
              </w:rPr>
              <w:t>Financijska pismenost</w:t>
            </w:r>
          </w:p>
        </w:tc>
        <w:tc>
          <w:tcPr>
            <w:tcW w:w="1417" w:type="dxa"/>
            <w:shd w:val="clear" w:color="auto" w:fill="C6D9F1" w:themeFill="text2" w:themeFillTint="33"/>
            <w:vAlign w:val="center"/>
          </w:tcPr>
          <w:p w14:paraId="59A9DA5D" w14:textId="77777777" w:rsidR="001379BF" w:rsidRPr="00D31D98" w:rsidRDefault="001379BF" w:rsidP="00DE16E0">
            <w:pPr>
              <w:widowControl w:val="0"/>
              <w:rPr>
                <w:szCs w:val="24"/>
              </w:rPr>
            </w:pPr>
            <w:r w:rsidRPr="00D31D98">
              <w:rPr>
                <w:szCs w:val="24"/>
              </w:rPr>
              <w:t>4. razredi</w:t>
            </w:r>
          </w:p>
        </w:tc>
        <w:tc>
          <w:tcPr>
            <w:tcW w:w="2154" w:type="dxa"/>
            <w:shd w:val="clear" w:color="auto" w:fill="C6D9F1" w:themeFill="text2" w:themeFillTint="33"/>
            <w:vAlign w:val="center"/>
          </w:tcPr>
          <w:p w14:paraId="642B171F" w14:textId="77777777" w:rsidR="001379BF" w:rsidRPr="00D31D98" w:rsidRDefault="001379BF" w:rsidP="00DE16E0">
            <w:pPr>
              <w:widowControl w:val="0"/>
              <w:rPr>
                <w:szCs w:val="24"/>
              </w:rPr>
            </w:pPr>
            <w:r w:rsidRPr="00D31D98">
              <w:rPr>
                <w:szCs w:val="24"/>
              </w:rPr>
              <w:t>2/64</w:t>
            </w:r>
          </w:p>
        </w:tc>
      </w:tr>
      <w:tr w:rsidR="001379BF" w:rsidRPr="00D31D98" w14:paraId="0D5CD360" w14:textId="77777777" w:rsidTr="00DE16E0">
        <w:trPr>
          <w:cantSplit/>
          <w:jc w:val="center"/>
        </w:trPr>
        <w:tc>
          <w:tcPr>
            <w:tcW w:w="2382" w:type="dxa"/>
            <w:shd w:val="clear" w:color="auto" w:fill="C6D9F1" w:themeFill="text2" w:themeFillTint="33"/>
            <w:vAlign w:val="center"/>
          </w:tcPr>
          <w:p w14:paraId="2AAB0B60" w14:textId="77777777" w:rsidR="001379BF" w:rsidRPr="00D31D98" w:rsidRDefault="001379BF" w:rsidP="00DE16E0">
            <w:pPr>
              <w:widowControl w:val="0"/>
              <w:rPr>
                <w:bCs/>
                <w:szCs w:val="24"/>
              </w:rPr>
            </w:pPr>
            <w:r w:rsidRPr="00D31D98">
              <w:rPr>
                <w:szCs w:val="24"/>
              </w:rPr>
              <w:t xml:space="preserve">Jelena </w:t>
            </w:r>
            <w:proofErr w:type="spellStart"/>
            <w:r w:rsidRPr="00D31D98">
              <w:rPr>
                <w:szCs w:val="24"/>
              </w:rPr>
              <w:t>Radlović</w:t>
            </w:r>
            <w:proofErr w:type="spellEnd"/>
          </w:p>
        </w:tc>
        <w:tc>
          <w:tcPr>
            <w:tcW w:w="3118" w:type="dxa"/>
            <w:shd w:val="clear" w:color="auto" w:fill="C6D9F1" w:themeFill="text2" w:themeFillTint="33"/>
            <w:vAlign w:val="center"/>
          </w:tcPr>
          <w:p w14:paraId="7EE02023" w14:textId="77777777" w:rsidR="001379BF" w:rsidRPr="00D31D98" w:rsidRDefault="001379BF" w:rsidP="00DE16E0">
            <w:pPr>
              <w:widowControl w:val="0"/>
              <w:rPr>
                <w:szCs w:val="24"/>
              </w:rPr>
            </w:pPr>
            <w:r w:rsidRPr="00D31D98">
              <w:rPr>
                <w:szCs w:val="24"/>
              </w:rPr>
              <w:t>Robotika</w:t>
            </w:r>
          </w:p>
        </w:tc>
        <w:tc>
          <w:tcPr>
            <w:tcW w:w="1417" w:type="dxa"/>
            <w:shd w:val="clear" w:color="auto" w:fill="C6D9F1" w:themeFill="text2" w:themeFillTint="33"/>
            <w:vAlign w:val="center"/>
          </w:tcPr>
          <w:p w14:paraId="773DDCBE" w14:textId="77777777" w:rsidR="001379BF" w:rsidRPr="00D31D98" w:rsidRDefault="001379BF" w:rsidP="00DE16E0">
            <w:pPr>
              <w:widowControl w:val="0"/>
              <w:rPr>
                <w:szCs w:val="24"/>
              </w:rPr>
            </w:pPr>
            <w:r w:rsidRPr="00D31D98">
              <w:rPr>
                <w:szCs w:val="24"/>
              </w:rPr>
              <w:t>1. razredi</w:t>
            </w:r>
          </w:p>
        </w:tc>
        <w:tc>
          <w:tcPr>
            <w:tcW w:w="2154" w:type="dxa"/>
            <w:shd w:val="clear" w:color="auto" w:fill="C6D9F1" w:themeFill="text2" w:themeFillTint="33"/>
            <w:vAlign w:val="center"/>
          </w:tcPr>
          <w:p w14:paraId="1B4A52F2" w14:textId="77777777" w:rsidR="001379BF" w:rsidRPr="00D31D98" w:rsidRDefault="001379BF" w:rsidP="00DE16E0">
            <w:pPr>
              <w:widowControl w:val="0"/>
              <w:rPr>
                <w:szCs w:val="24"/>
              </w:rPr>
            </w:pPr>
            <w:r w:rsidRPr="00D31D98">
              <w:rPr>
                <w:szCs w:val="24"/>
              </w:rPr>
              <w:t>2/70</w:t>
            </w:r>
          </w:p>
        </w:tc>
      </w:tr>
      <w:tr w:rsidR="001379BF" w:rsidRPr="00D31D98" w14:paraId="10172822" w14:textId="77777777" w:rsidTr="00DE16E0">
        <w:trPr>
          <w:cantSplit/>
          <w:jc w:val="center"/>
        </w:trPr>
        <w:tc>
          <w:tcPr>
            <w:tcW w:w="2382" w:type="dxa"/>
            <w:shd w:val="clear" w:color="auto" w:fill="C6D9F1" w:themeFill="text2" w:themeFillTint="33"/>
            <w:vAlign w:val="center"/>
          </w:tcPr>
          <w:p w14:paraId="3D25CBF6" w14:textId="77777777" w:rsidR="001379BF" w:rsidRPr="00D31D98" w:rsidRDefault="001379BF" w:rsidP="00DE16E0">
            <w:pPr>
              <w:widowControl w:val="0"/>
              <w:rPr>
                <w:bCs/>
                <w:szCs w:val="24"/>
              </w:rPr>
            </w:pPr>
            <w:r w:rsidRPr="00D31D98">
              <w:rPr>
                <w:szCs w:val="24"/>
              </w:rPr>
              <w:t xml:space="preserve">Jelena </w:t>
            </w:r>
            <w:proofErr w:type="spellStart"/>
            <w:r w:rsidRPr="00D31D98">
              <w:rPr>
                <w:szCs w:val="24"/>
              </w:rPr>
              <w:t>Radlović</w:t>
            </w:r>
            <w:proofErr w:type="spellEnd"/>
          </w:p>
        </w:tc>
        <w:tc>
          <w:tcPr>
            <w:tcW w:w="3118" w:type="dxa"/>
            <w:shd w:val="clear" w:color="auto" w:fill="C6D9F1" w:themeFill="text2" w:themeFillTint="33"/>
            <w:vAlign w:val="center"/>
          </w:tcPr>
          <w:p w14:paraId="6E0E7E25" w14:textId="77777777" w:rsidR="001379BF" w:rsidRPr="00D31D98" w:rsidRDefault="001379BF" w:rsidP="00DE16E0">
            <w:pPr>
              <w:widowControl w:val="0"/>
              <w:rPr>
                <w:szCs w:val="24"/>
              </w:rPr>
            </w:pPr>
            <w:proofErr w:type="spellStart"/>
            <w:r w:rsidRPr="00D31D98">
              <w:rPr>
                <w:szCs w:val="24"/>
              </w:rPr>
              <w:t>Mikroprogramiranje</w:t>
            </w:r>
            <w:proofErr w:type="spellEnd"/>
          </w:p>
        </w:tc>
        <w:tc>
          <w:tcPr>
            <w:tcW w:w="1417" w:type="dxa"/>
            <w:shd w:val="clear" w:color="auto" w:fill="C6D9F1" w:themeFill="text2" w:themeFillTint="33"/>
            <w:vAlign w:val="center"/>
          </w:tcPr>
          <w:p w14:paraId="3D0A5338" w14:textId="77777777" w:rsidR="001379BF" w:rsidRPr="00D31D98" w:rsidRDefault="001379BF" w:rsidP="00DE16E0">
            <w:pPr>
              <w:widowControl w:val="0"/>
              <w:rPr>
                <w:szCs w:val="24"/>
              </w:rPr>
            </w:pPr>
            <w:r w:rsidRPr="00D31D98">
              <w:rPr>
                <w:szCs w:val="24"/>
              </w:rPr>
              <w:t>2.razredi</w:t>
            </w:r>
          </w:p>
        </w:tc>
        <w:tc>
          <w:tcPr>
            <w:tcW w:w="2154" w:type="dxa"/>
            <w:shd w:val="clear" w:color="auto" w:fill="C6D9F1" w:themeFill="text2" w:themeFillTint="33"/>
            <w:vAlign w:val="center"/>
          </w:tcPr>
          <w:p w14:paraId="502755E6" w14:textId="77777777" w:rsidR="001379BF" w:rsidRPr="00D31D98" w:rsidRDefault="001379BF" w:rsidP="00DE16E0">
            <w:pPr>
              <w:widowControl w:val="0"/>
              <w:rPr>
                <w:szCs w:val="24"/>
              </w:rPr>
            </w:pPr>
            <w:r w:rsidRPr="00D31D98">
              <w:rPr>
                <w:szCs w:val="24"/>
              </w:rPr>
              <w:t>2/70</w:t>
            </w:r>
          </w:p>
        </w:tc>
      </w:tr>
      <w:tr w:rsidR="001379BF" w:rsidRPr="00D31D98" w14:paraId="72C3FA53" w14:textId="77777777" w:rsidTr="00DE16E0">
        <w:trPr>
          <w:cantSplit/>
          <w:jc w:val="center"/>
        </w:trPr>
        <w:tc>
          <w:tcPr>
            <w:tcW w:w="2382" w:type="dxa"/>
            <w:shd w:val="clear" w:color="auto" w:fill="C6D9F1" w:themeFill="text2" w:themeFillTint="33"/>
            <w:vAlign w:val="center"/>
          </w:tcPr>
          <w:p w14:paraId="636B5014" w14:textId="77777777" w:rsidR="001379BF" w:rsidRPr="00D31D98" w:rsidRDefault="001379BF" w:rsidP="00DE16E0">
            <w:pPr>
              <w:widowControl w:val="0"/>
              <w:rPr>
                <w:bCs/>
                <w:szCs w:val="24"/>
              </w:rPr>
            </w:pPr>
            <w:r w:rsidRPr="00D31D98">
              <w:rPr>
                <w:szCs w:val="24"/>
              </w:rPr>
              <w:t xml:space="preserve">Jelena </w:t>
            </w:r>
            <w:proofErr w:type="spellStart"/>
            <w:r w:rsidRPr="00D31D98">
              <w:rPr>
                <w:szCs w:val="24"/>
              </w:rPr>
              <w:t>Radlović</w:t>
            </w:r>
            <w:proofErr w:type="spellEnd"/>
          </w:p>
        </w:tc>
        <w:tc>
          <w:tcPr>
            <w:tcW w:w="3118" w:type="dxa"/>
            <w:shd w:val="clear" w:color="auto" w:fill="C6D9F1" w:themeFill="text2" w:themeFillTint="33"/>
            <w:vAlign w:val="center"/>
          </w:tcPr>
          <w:p w14:paraId="26EC0428" w14:textId="77777777" w:rsidR="001379BF" w:rsidRPr="00D31D98" w:rsidRDefault="001379BF" w:rsidP="00DE16E0">
            <w:pPr>
              <w:widowControl w:val="0"/>
              <w:rPr>
                <w:szCs w:val="24"/>
              </w:rPr>
            </w:pPr>
            <w:r w:rsidRPr="00D31D98">
              <w:rPr>
                <w:szCs w:val="24"/>
              </w:rPr>
              <w:t>Umjetna inteligencija</w:t>
            </w:r>
          </w:p>
        </w:tc>
        <w:tc>
          <w:tcPr>
            <w:tcW w:w="1417" w:type="dxa"/>
            <w:shd w:val="clear" w:color="auto" w:fill="C6D9F1" w:themeFill="text2" w:themeFillTint="33"/>
            <w:vAlign w:val="center"/>
          </w:tcPr>
          <w:p w14:paraId="476833CB" w14:textId="77777777" w:rsidR="001379BF" w:rsidRPr="00D31D98" w:rsidRDefault="00982D66" w:rsidP="00DE16E0">
            <w:pPr>
              <w:widowControl w:val="0"/>
              <w:rPr>
                <w:szCs w:val="24"/>
              </w:rPr>
            </w:pPr>
            <w:r>
              <w:rPr>
                <w:szCs w:val="24"/>
              </w:rPr>
              <w:t>3. razredi</w:t>
            </w:r>
          </w:p>
        </w:tc>
        <w:tc>
          <w:tcPr>
            <w:tcW w:w="2154" w:type="dxa"/>
            <w:shd w:val="clear" w:color="auto" w:fill="C6D9F1" w:themeFill="text2" w:themeFillTint="33"/>
            <w:vAlign w:val="center"/>
          </w:tcPr>
          <w:p w14:paraId="0397D49B" w14:textId="77777777" w:rsidR="001379BF" w:rsidRPr="00D31D98" w:rsidRDefault="001379BF" w:rsidP="00DE16E0">
            <w:pPr>
              <w:widowControl w:val="0"/>
              <w:rPr>
                <w:szCs w:val="24"/>
              </w:rPr>
            </w:pPr>
            <w:r w:rsidRPr="00D31D98">
              <w:rPr>
                <w:szCs w:val="24"/>
              </w:rPr>
              <w:t>2/70</w:t>
            </w:r>
          </w:p>
        </w:tc>
      </w:tr>
      <w:tr w:rsidR="001379BF" w:rsidRPr="00D31D98" w14:paraId="1F7A336C" w14:textId="77777777" w:rsidTr="00DE16E0">
        <w:trPr>
          <w:cantSplit/>
          <w:jc w:val="center"/>
        </w:trPr>
        <w:tc>
          <w:tcPr>
            <w:tcW w:w="2382" w:type="dxa"/>
            <w:shd w:val="clear" w:color="auto" w:fill="C6D9F1" w:themeFill="text2" w:themeFillTint="33"/>
            <w:vAlign w:val="center"/>
          </w:tcPr>
          <w:p w14:paraId="63672EF2" w14:textId="77777777" w:rsidR="001379BF" w:rsidRPr="00D31D98" w:rsidRDefault="001379BF" w:rsidP="00DE16E0">
            <w:pPr>
              <w:widowControl w:val="0"/>
              <w:rPr>
                <w:bCs/>
                <w:szCs w:val="24"/>
              </w:rPr>
            </w:pPr>
            <w:r w:rsidRPr="00D31D98">
              <w:rPr>
                <w:szCs w:val="24"/>
              </w:rPr>
              <w:t>Jakov Šimatović</w:t>
            </w:r>
          </w:p>
        </w:tc>
        <w:tc>
          <w:tcPr>
            <w:tcW w:w="3118" w:type="dxa"/>
            <w:shd w:val="clear" w:color="auto" w:fill="C6D9F1" w:themeFill="text2" w:themeFillTint="33"/>
            <w:vAlign w:val="center"/>
          </w:tcPr>
          <w:p w14:paraId="0880F03B" w14:textId="77777777" w:rsidR="001379BF" w:rsidRPr="00D31D98" w:rsidRDefault="001379BF" w:rsidP="00DE16E0">
            <w:pPr>
              <w:widowControl w:val="0"/>
              <w:rPr>
                <w:szCs w:val="24"/>
              </w:rPr>
            </w:pPr>
            <w:r w:rsidRPr="00D31D98">
              <w:rPr>
                <w:szCs w:val="24"/>
              </w:rPr>
              <w:t>Antička kultura i civi</w:t>
            </w:r>
            <w:r w:rsidR="00E52FB3" w:rsidRPr="00D31D98">
              <w:rPr>
                <w:szCs w:val="24"/>
              </w:rPr>
              <w:t>l</w:t>
            </w:r>
            <w:r w:rsidRPr="00D31D98">
              <w:rPr>
                <w:szCs w:val="24"/>
              </w:rPr>
              <w:t>izacija</w:t>
            </w:r>
          </w:p>
        </w:tc>
        <w:tc>
          <w:tcPr>
            <w:tcW w:w="1417" w:type="dxa"/>
            <w:shd w:val="clear" w:color="auto" w:fill="C6D9F1" w:themeFill="text2" w:themeFillTint="33"/>
            <w:vAlign w:val="center"/>
          </w:tcPr>
          <w:p w14:paraId="558CB3A4" w14:textId="77777777" w:rsidR="001379BF" w:rsidRPr="00D31D98" w:rsidRDefault="00982D66" w:rsidP="00DE16E0">
            <w:pPr>
              <w:widowControl w:val="0"/>
              <w:rPr>
                <w:szCs w:val="24"/>
              </w:rPr>
            </w:pPr>
            <w:r>
              <w:rPr>
                <w:szCs w:val="24"/>
              </w:rPr>
              <w:t>4</w:t>
            </w:r>
            <w:r w:rsidR="001379BF" w:rsidRPr="00D31D98">
              <w:rPr>
                <w:szCs w:val="24"/>
              </w:rPr>
              <w:t>. razredi</w:t>
            </w:r>
          </w:p>
        </w:tc>
        <w:tc>
          <w:tcPr>
            <w:tcW w:w="2154" w:type="dxa"/>
            <w:shd w:val="clear" w:color="auto" w:fill="C6D9F1" w:themeFill="text2" w:themeFillTint="33"/>
            <w:vAlign w:val="center"/>
          </w:tcPr>
          <w:p w14:paraId="11D47ADD" w14:textId="77777777" w:rsidR="001379BF" w:rsidRPr="00D31D98" w:rsidRDefault="001379BF" w:rsidP="00DE16E0">
            <w:pPr>
              <w:widowControl w:val="0"/>
              <w:rPr>
                <w:szCs w:val="24"/>
              </w:rPr>
            </w:pPr>
            <w:r w:rsidRPr="00D31D98">
              <w:rPr>
                <w:szCs w:val="24"/>
              </w:rPr>
              <w:t>1/</w:t>
            </w:r>
            <w:r w:rsidR="00982D66">
              <w:rPr>
                <w:szCs w:val="24"/>
              </w:rPr>
              <w:t>32</w:t>
            </w:r>
          </w:p>
        </w:tc>
      </w:tr>
      <w:tr w:rsidR="001379BF" w:rsidRPr="00D31D98" w14:paraId="20B8E3FB" w14:textId="77777777" w:rsidTr="00DE16E0">
        <w:trPr>
          <w:cantSplit/>
          <w:jc w:val="center"/>
        </w:trPr>
        <w:tc>
          <w:tcPr>
            <w:tcW w:w="2382" w:type="dxa"/>
            <w:shd w:val="clear" w:color="auto" w:fill="C6D9F1" w:themeFill="text2" w:themeFillTint="33"/>
            <w:vAlign w:val="center"/>
          </w:tcPr>
          <w:p w14:paraId="2E13867C" w14:textId="77777777" w:rsidR="001379BF" w:rsidRPr="00D31D98" w:rsidRDefault="001379BF" w:rsidP="00DE16E0">
            <w:pPr>
              <w:widowControl w:val="0"/>
              <w:rPr>
                <w:bCs/>
                <w:szCs w:val="24"/>
              </w:rPr>
            </w:pPr>
            <w:r w:rsidRPr="00D31D98">
              <w:rPr>
                <w:szCs w:val="24"/>
              </w:rPr>
              <w:t>Jakov Šimatović</w:t>
            </w:r>
          </w:p>
        </w:tc>
        <w:tc>
          <w:tcPr>
            <w:tcW w:w="3118" w:type="dxa"/>
            <w:shd w:val="clear" w:color="auto" w:fill="C6D9F1" w:themeFill="text2" w:themeFillTint="33"/>
            <w:vAlign w:val="center"/>
          </w:tcPr>
          <w:p w14:paraId="3E1B0B21" w14:textId="77777777" w:rsidR="001379BF" w:rsidRPr="00D31D98" w:rsidRDefault="001379BF" w:rsidP="00DE16E0">
            <w:pPr>
              <w:widowControl w:val="0"/>
              <w:rPr>
                <w:szCs w:val="24"/>
              </w:rPr>
            </w:pPr>
            <w:r w:rsidRPr="00D31D98">
              <w:rPr>
                <w:szCs w:val="24"/>
              </w:rPr>
              <w:t>Etnologija</w:t>
            </w:r>
          </w:p>
        </w:tc>
        <w:tc>
          <w:tcPr>
            <w:tcW w:w="1417" w:type="dxa"/>
            <w:shd w:val="clear" w:color="auto" w:fill="C6D9F1" w:themeFill="text2" w:themeFillTint="33"/>
            <w:vAlign w:val="center"/>
          </w:tcPr>
          <w:p w14:paraId="2E86C0CA" w14:textId="77777777" w:rsidR="001379BF" w:rsidRPr="00D31D98" w:rsidRDefault="00982D66" w:rsidP="00DE16E0">
            <w:pPr>
              <w:widowControl w:val="0"/>
              <w:rPr>
                <w:szCs w:val="24"/>
              </w:rPr>
            </w:pPr>
            <w:r>
              <w:rPr>
                <w:szCs w:val="24"/>
              </w:rPr>
              <w:t>3</w:t>
            </w:r>
            <w:r w:rsidR="001379BF" w:rsidRPr="00D31D98">
              <w:rPr>
                <w:szCs w:val="24"/>
              </w:rPr>
              <w:t>.razredi</w:t>
            </w:r>
          </w:p>
        </w:tc>
        <w:tc>
          <w:tcPr>
            <w:tcW w:w="2154" w:type="dxa"/>
            <w:shd w:val="clear" w:color="auto" w:fill="C6D9F1" w:themeFill="text2" w:themeFillTint="33"/>
            <w:vAlign w:val="center"/>
          </w:tcPr>
          <w:p w14:paraId="029ECA05" w14:textId="77777777" w:rsidR="001379BF" w:rsidRPr="00D31D98" w:rsidRDefault="001379BF" w:rsidP="00DE16E0">
            <w:pPr>
              <w:widowControl w:val="0"/>
              <w:rPr>
                <w:szCs w:val="24"/>
              </w:rPr>
            </w:pPr>
            <w:r w:rsidRPr="00D31D98">
              <w:rPr>
                <w:szCs w:val="24"/>
              </w:rPr>
              <w:t>1/</w:t>
            </w:r>
            <w:r w:rsidR="00982D66">
              <w:rPr>
                <w:szCs w:val="24"/>
              </w:rPr>
              <w:t>35</w:t>
            </w:r>
          </w:p>
        </w:tc>
      </w:tr>
      <w:tr w:rsidR="001379BF" w:rsidRPr="00D31D98" w14:paraId="4BE5E759" w14:textId="77777777" w:rsidTr="00DE16E0">
        <w:trPr>
          <w:cantSplit/>
          <w:jc w:val="center"/>
        </w:trPr>
        <w:tc>
          <w:tcPr>
            <w:tcW w:w="2382" w:type="dxa"/>
            <w:shd w:val="clear" w:color="auto" w:fill="C6D9F1" w:themeFill="text2" w:themeFillTint="33"/>
            <w:vAlign w:val="center"/>
          </w:tcPr>
          <w:p w14:paraId="700ED692" w14:textId="77777777" w:rsidR="001379BF" w:rsidRPr="00D31D98" w:rsidRDefault="001379BF" w:rsidP="00DE16E0">
            <w:pPr>
              <w:widowControl w:val="0"/>
              <w:rPr>
                <w:bCs/>
                <w:szCs w:val="24"/>
              </w:rPr>
            </w:pPr>
            <w:r w:rsidRPr="00D31D98">
              <w:rPr>
                <w:szCs w:val="24"/>
              </w:rPr>
              <w:t xml:space="preserve">Ružica </w:t>
            </w:r>
            <w:proofErr w:type="spellStart"/>
            <w:r w:rsidRPr="00D31D98">
              <w:rPr>
                <w:szCs w:val="24"/>
              </w:rPr>
              <w:t>Trdin</w:t>
            </w:r>
            <w:proofErr w:type="spellEnd"/>
          </w:p>
        </w:tc>
        <w:tc>
          <w:tcPr>
            <w:tcW w:w="3118" w:type="dxa"/>
            <w:shd w:val="clear" w:color="auto" w:fill="C6D9F1" w:themeFill="text2" w:themeFillTint="33"/>
            <w:vAlign w:val="center"/>
          </w:tcPr>
          <w:p w14:paraId="044A8D56" w14:textId="77777777" w:rsidR="001379BF" w:rsidRPr="00D31D98" w:rsidRDefault="001379BF" w:rsidP="00DE16E0">
            <w:pPr>
              <w:widowControl w:val="0"/>
              <w:rPr>
                <w:szCs w:val="24"/>
              </w:rPr>
            </w:pPr>
            <w:r w:rsidRPr="00D31D98">
              <w:rPr>
                <w:szCs w:val="24"/>
              </w:rPr>
              <w:t>Psihologija u praksi</w:t>
            </w:r>
          </w:p>
        </w:tc>
        <w:tc>
          <w:tcPr>
            <w:tcW w:w="1417" w:type="dxa"/>
            <w:shd w:val="clear" w:color="auto" w:fill="C6D9F1" w:themeFill="text2" w:themeFillTint="33"/>
            <w:vAlign w:val="center"/>
          </w:tcPr>
          <w:p w14:paraId="3B1CDE1B" w14:textId="77777777" w:rsidR="001379BF" w:rsidRPr="00D31D98" w:rsidRDefault="001379BF" w:rsidP="00DE16E0">
            <w:pPr>
              <w:widowControl w:val="0"/>
              <w:rPr>
                <w:szCs w:val="24"/>
              </w:rPr>
            </w:pPr>
            <w:r w:rsidRPr="00D31D98">
              <w:rPr>
                <w:szCs w:val="24"/>
              </w:rPr>
              <w:t>4.razredi</w:t>
            </w:r>
          </w:p>
        </w:tc>
        <w:tc>
          <w:tcPr>
            <w:tcW w:w="2154" w:type="dxa"/>
            <w:shd w:val="clear" w:color="auto" w:fill="C6D9F1" w:themeFill="text2" w:themeFillTint="33"/>
            <w:vAlign w:val="center"/>
          </w:tcPr>
          <w:p w14:paraId="5D817EAF" w14:textId="77777777" w:rsidR="001379BF" w:rsidRPr="00D31D98" w:rsidRDefault="001379BF" w:rsidP="00DE16E0">
            <w:pPr>
              <w:widowControl w:val="0"/>
              <w:rPr>
                <w:szCs w:val="24"/>
              </w:rPr>
            </w:pPr>
            <w:r w:rsidRPr="00D31D98">
              <w:rPr>
                <w:szCs w:val="24"/>
              </w:rPr>
              <w:t>1/32</w:t>
            </w:r>
          </w:p>
        </w:tc>
      </w:tr>
    </w:tbl>
    <w:p w14:paraId="4DE93120" w14:textId="77777777" w:rsidR="001379BF" w:rsidRPr="00D31D98" w:rsidRDefault="001379BF" w:rsidP="00363952">
      <w:pPr>
        <w:spacing w:after="0"/>
        <w:rPr>
          <w:sz w:val="56"/>
          <w:szCs w:val="56"/>
        </w:rPr>
      </w:pPr>
    </w:p>
    <w:p w14:paraId="060E72C5" w14:textId="77777777" w:rsidR="00363952" w:rsidRPr="00D31D98" w:rsidRDefault="00363952" w:rsidP="00363952">
      <w:pPr>
        <w:spacing w:after="0"/>
        <w:outlineLvl w:val="0"/>
        <w:rPr>
          <w:bCs/>
          <w:kern w:val="36"/>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1379BF" w:rsidRPr="00D31D98" w14:paraId="3728B0D0" w14:textId="77777777" w:rsidTr="00E52FB3">
        <w:trPr>
          <w:cantSplit/>
        </w:trPr>
        <w:tc>
          <w:tcPr>
            <w:tcW w:w="2381" w:type="dxa"/>
            <w:vAlign w:val="center"/>
          </w:tcPr>
          <w:p w14:paraId="73559062" w14:textId="77777777" w:rsidR="001379BF" w:rsidRPr="00D31D98" w:rsidRDefault="001379BF" w:rsidP="00DE16E0">
            <w:pPr>
              <w:pStyle w:val="Sadrajitablice"/>
              <w:keepNext/>
              <w:rPr>
                <w:rFonts w:eastAsia="Times New Roman" w:cs="Times New Roman"/>
                <w:b/>
                <w:lang w:val="hr-HR"/>
              </w:rPr>
            </w:pPr>
            <w:r w:rsidRPr="00D31D98">
              <w:rPr>
                <w:rFonts w:eastAsia="Times New Roman" w:cs="Times New Roman"/>
                <w:b/>
                <w:bCs/>
                <w:lang w:val="hr-HR"/>
              </w:rPr>
              <w:t>AKTIVNOST</w:t>
            </w:r>
          </w:p>
        </w:tc>
        <w:tc>
          <w:tcPr>
            <w:tcW w:w="6690" w:type="dxa"/>
            <w:vAlign w:val="center"/>
          </w:tcPr>
          <w:p w14:paraId="3490EEDF" w14:textId="77777777" w:rsidR="001379BF" w:rsidRPr="00D31D98" w:rsidRDefault="001379BF" w:rsidP="00DE16E0">
            <w:pPr>
              <w:pStyle w:val="Sadrajitablice"/>
              <w:keepNext/>
              <w:rPr>
                <w:rFonts w:eastAsia="Times New Roman" w:cs="Times New Roman"/>
                <w:b/>
                <w:lang w:val="hr-HR"/>
              </w:rPr>
            </w:pPr>
            <w:r w:rsidRPr="00D31D98">
              <w:rPr>
                <w:rFonts w:eastAsia="Times New Roman" w:cs="Times New Roman"/>
                <w:b/>
                <w:bCs/>
                <w:lang w:val="hr-HR"/>
              </w:rPr>
              <w:t xml:space="preserve">DSD </w:t>
            </w:r>
          </w:p>
        </w:tc>
      </w:tr>
      <w:tr w:rsidR="001379BF" w:rsidRPr="00D31D98" w14:paraId="3BAF36B0" w14:textId="77777777" w:rsidTr="00E52FB3">
        <w:trPr>
          <w:cantSplit/>
        </w:trPr>
        <w:tc>
          <w:tcPr>
            <w:tcW w:w="2381" w:type="dxa"/>
            <w:vAlign w:val="center"/>
          </w:tcPr>
          <w:p w14:paraId="2F13E033"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Ciljevi</w:t>
            </w:r>
          </w:p>
        </w:tc>
        <w:tc>
          <w:tcPr>
            <w:tcW w:w="6690" w:type="dxa"/>
            <w:vAlign w:val="center"/>
          </w:tcPr>
          <w:p w14:paraId="288CC6B1" w14:textId="77777777" w:rsidR="001379BF" w:rsidRPr="00D31D98" w:rsidRDefault="001379BF" w:rsidP="00DE16E0">
            <w:pPr>
              <w:widowControl w:val="0"/>
            </w:pPr>
            <w:r w:rsidRPr="00D31D98">
              <w:rPr>
                <w:szCs w:val="24"/>
              </w:rPr>
              <w:t xml:space="preserve">- razvoj učenikovog govorenja, pisanja i stvaralačkog izražavanja na njemačkom jeziku </w:t>
            </w:r>
          </w:p>
        </w:tc>
      </w:tr>
      <w:tr w:rsidR="001379BF" w:rsidRPr="00D31D98" w14:paraId="0503D2D7" w14:textId="77777777" w:rsidTr="00E52FB3">
        <w:trPr>
          <w:cantSplit/>
        </w:trPr>
        <w:tc>
          <w:tcPr>
            <w:tcW w:w="2381" w:type="dxa"/>
            <w:vAlign w:val="center"/>
          </w:tcPr>
          <w:p w14:paraId="4BD1D53B"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4BEE035D" w14:textId="77777777" w:rsidR="001379BF" w:rsidRPr="00D31D98" w:rsidRDefault="001379BF" w:rsidP="00DE16E0">
            <w:pPr>
              <w:pStyle w:val="Sadrajitablice"/>
              <w:rPr>
                <w:rFonts w:eastAsia="Times New Roman" w:cs="Times New Roman"/>
                <w:lang w:val="hr-HR"/>
              </w:rPr>
            </w:pPr>
            <w:r w:rsidRPr="00D31D98">
              <w:rPr>
                <w:rFonts w:eastAsia="Times New Roman" w:cs="Times New Roman"/>
                <w:lang w:val="hr-HR"/>
              </w:rPr>
              <w:t>1.a, 2.f, 3. a, 4. e</w:t>
            </w:r>
          </w:p>
        </w:tc>
      </w:tr>
      <w:tr w:rsidR="001379BF" w:rsidRPr="00D31D98" w14:paraId="3BC3F97E" w14:textId="77777777" w:rsidTr="00E52FB3">
        <w:trPr>
          <w:cantSplit/>
        </w:trPr>
        <w:tc>
          <w:tcPr>
            <w:tcW w:w="2381" w:type="dxa"/>
            <w:vAlign w:val="center"/>
          </w:tcPr>
          <w:p w14:paraId="7EBC4397"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1779EE9F" w14:textId="77777777" w:rsidR="001379BF" w:rsidRPr="00D31D98" w:rsidRDefault="001379BF" w:rsidP="00DE16E0">
            <w:pPr>
              <w:pStyle w:val="Sadrajitablice"/>
              <w:rPr>
                <w:rFonts w:eastAsia="Times New Roman" w:cs="Times New Roman"/>
                <w:lang w:val="hr-HR"/>
              </w:rPr>
            </w:pPr>
            <w:r w:rsidRPr="00D31D98">
              <w:rPr>
                <w:rFonts w:eastAsia="Times New Roman" w:cs="Times New Roman"/>
                <w:lang w:val="hr-HR"/>
              </w:rPr>
              <w:t xml:space="preserve">Profesori njemačkog jezika u školi – Klaudija </w:t>
            </w:r>
            <w:proofErr w:type="spellStart"/>
            <w:r w:rsidRPr="00D31D98">
              <w:rPr>
                <w:rFonts w:eastAsia="Times New Roman" w:cs="Times New Roman"/>
                <w:lang w:val="hr-HR"/>
              </w:rPr>
              <w:t>Španja</w:t>
            </w:r>
            <w:proofErr w:type="spellEnd"/>
            <w:r w:rsidRPr="00D31D98">
              <w:rPr>
                <w:rFonts w:eastAsia="Times New Roman" w:cs="Times New Roman"/>
                <w:lang w:val="hr-HR"/>
              </w:rPr>
              <w:t xml:space="preserve">, Sven Pavić, Amra </w:t>
            </w:r>
            <w:proofErr w:type="spellStart"/>
            <w:r w:rsidRPr="00D31D98">
              <w:rPr>
                <w:rFonts w:eastAsia="Times New Roman" w:cs="Times New Roman"/>
                <w:lang w:val="hr-HR"/>
              </w:rPr>
              <w:t>Ismić</w:t>
            </w:r>
            <w:proofErr w:type="spellEnd"/>
          </w:p>
        </w:tc>
      </w:tr>
      <w:tr w:rsidR="001379BF" w:rsidRPr="00D31D98" w14:paraId="0F382BA8" w14:textId="77777777" w:rsidTr="00E52FB3">
        <w:trPr>
          <w:cantSplit/>
        </w:trPr>
        <w:tc>
          <w:tcPr>
            <w:tcW w:w="2381" w:type="dxa"/>
            <w:vAlign w:val="center"/>
          </w:tcPr>
          <w:p w14:paraId="6847254C"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0C6EBC3D" w14:textId="77777777" w:rsidR="001379BF" w:rsidRPr="00D31D98" w:rsidRDefault="001379BF" w:rsidP="00DE16E0">
            <w:pPr>
              <w:widowControl w:val="0"/>
            </w:pPr>
            <w:r w:rsidRPr="00D31D98">
              <w:rPr>
                <w:szCs w:val="24"/>
              </w:rPr>
              <w:t>Neposredan odgojno-obrazovni rad, učenička izlaganja i plakati, filmovi, grupni rad</w:t>
            </w:r>
          </w:p>
        </w:tc>
      </w:tr>
      <w:tr w:rsidR="001379BF" w:rsidRPr="00D31D98" w14:paraId="625BCB7A" w14:textId="77777777" w:rsidTr="00E52FB3">
        <w:trPr>
          <w:cantSplit/>
        </w:trPr>
        <w:tc>
          <w:tcPr>
            <w:tcW w:w="2381" w:type="dxa"/>
            <w:vAlign w:val="center"/>
          </w:tcPr>
          <w:p w14:paraId="78EF880C" w14:textId="77777777" w:rsidR="001379BF" w:rsidRPr="00D31D98" w:rsidRDefault="001379BF" w:rsidP="00DE16E0">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18432128" w14:textId="77777777" w:rsidR="001379BF" w:rsidRPr="00D31D98" w:rsidRDefault="001379BF" w:rsidP="00DE16E0">
            <w:pPr>
              <w:widowControl w:val="0"/>
            </w:pPr>
            <w:r w:rsidRPr="00D31D98">
              <w:rPr>
                <w:szCs w:val="24"/>
              </w:rPr>
              <w:t>2 sata tjedno, 70 sati godišnje (64 kod završnih razreda)</w:t>
            </w:r>
          </w:p>
        </w:tc>
      </w:tr>
      <w:tr w:rsidR="001379BF" w:rsidRPr="00D31D98" w14:paraId="1E9E43C5" w14:textId="77777777" w:rsidTr="00E52FB3">
        <w:trPr>
          <w:cantSplit/>
        </w:trPr>
        <w:tc>
          <w:tcPr>
            <w:tcW w:w="2381" w:type="dxa"/>
            <w:vAlign w:val="center"/>
          </w:tcPr>
          <w:p w14:paraId="769A0040"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0D089DE6" w14:textId="77777777" w:rsidR="001379BF" w:rsidRPr="00D31D98" w:rsidRDefault="001379BF" w:rsidP="00DE16E0">
            <w:pPr>
              <w:widowControl w:val="0"/>
            </w:pPr>
            <w:r w:rsidRPr="00D31D98">
              <w:rPr>
                <w:szCs w:val="24"/>
              </w:rPr>
              <w:t>Praćenje i provjeravanje učenika kroz pisane radove (plakate), usmena izlaganja, sudjelovanje u ostalim interaktivnim aktivnostima (pr. snimanje filma), učenikova aktivnost na satu</w:t>
            </w:r>
          </w:p>
        </w:tc>
      </w:tr>
      <w:tr w:rsidR="001379BF" w:rsidRPr="00D31D98" w14:paraId="7F1C4A55" w14:textId="77777777" w:rsidTr="00E52FB3">
        <w:trPr>
          <w:cantSplit/>
        </w:trPr>
        <w:tc>
          <w:tcPr>
            <w:tcW w:w="2381" w:type="dxa"/>
            <w:vAlign w:val="center"/>
          </w:tcPr>
          <w:p w14:paraId="389A8D6C" w14:textId="77777777" w:rsidR="001379BF" w:rsidRPr="00D31D98" w:rsidRDefault="001379BF" w:rsidP="00DE16E0">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1C302C32" w14:textId="77777777" w:rsidR="001379BF" w:rsidRPr="00D31D98" w:rsidRDefault="001379BF" w:rsidP="00DE16E0">
            <w:pPr>
              <w:pStyle w:val="Sadrajitablice"/>
              <w:rPr>
                <w:rFonts w:eastAsia="Times New Roman" w:cs="Times New Roman"/>
                <w:lang w:val="hr-HR"/>
              </w:rPr>
            </w:pPr>
            <w:r w:rsidRPr="00D31D98">
              <w:rPr>
                <w:rFonts w:eastAsia="Times New Roman" w:cs="Times New Roman"/>
                <w:lang w:val="hr-HR"/>
              </w:rPr>
              <w:t>/</w:t>
            </w:r>
          </w:p>
        </w:tc>
      </w:tr>
    </w:tbl>
    <w:p w14:paraId="7B5CACB7" w14:textId="77777777" w:rsidR="00FE6164" w:rsidRPr="00D31D98" w:rsidRDefault="00FE6164">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E52FB3" w:rsidRPr="00D31D98" w14:paraId="7C1E0DAC" w14:textId="77777777" w:rsidTr="00E52FB3">
        <w:trPr>
          <w:cantSplit/>
        </w:trPr>
        <w:tc>
          <w:tcPr>
            <w:tcW w:w="2381" w:type="dxa"/>
            <w:vAlign w:val="center"/>
          </w:tcPr>
          <w:p w14:paraId="2D5AE2D7" w14:textId="77777777" w:rsidR="00E52FB3" w:rsidRPr="00D31D98" w:rsidRDefault="00E52FB3" w:rsidP="00DE16E0">
            <w:pPr>
              <w:pStyle w:val="Sadrajitablice"/>
              <w:keepNext/>
              <w:rPr>
                <w:rFonts w:eastAsia="Times New Roman" w:cs="Times New Roman"/>
                <w:b/>
                <w:lang w:val="hr-HR"/>
              </w:rPr>
            </w:pPr>
            <w:r w:rsidRPr="00D31D98">
              <w:rPr>
                <w:rFonts w:eastAsia="Times New Roman" w:cs="Times New Roman"/>
                <w:b/>
                <w:bCs/>
                <w:lang w:val="hr-HR"/>
              </w:rPr>
              <w:lastRenderedPageBreak/>
              <w:t>AKTIVNOST</w:t>
            </w:r>
          </w:p>
        </w:tc>
        <w:tc>
          <w:tcPr>
            <w:tcW w:w="6690" w:type="dxa"/>
            <w:vAlign w:val="center"/>
          </w:tcPr>
          <w:p w14:paraId="12BD1D69" w14:textId="77777777" w:rsidR="00E52FB3" w:rsidRPr="00D31D98" w:rsidRDefault="00E52FB3" w:rsidP="00DE16E0">
            <w:pPr>
              <w:pStyle w:val="Sadrajitablice"/>
              <w:keepNext/>
              <w:rPr>
                <w:rFonts w:eastAsia="Times New Roman" w:cs="Times New Roman"/>
                <w:b/>
                <w:bCs/>
                <w:lang w:val="hr-HR"/>
              </w:rPr>
            </w:pPr>
            <w:r w:rsidRPr="00D31D98">
              <w:rPr>
                <w:rFonts w:eastAsia="Times New Roman" w:cs="Times New Roman"/>
                <w:b/>
                <w:bCs/>
                <w:lang w:val="hr-HR"/>
              </w:rPr>
              <w:t xml:space="preserve">FINANCIJSKA PISMENOST </w:t>
            </w:r>
          </w:p>
        </w:tc>
      </w:tr>
      <w:tr w:rsidR="00E52FB3" w:rsidRPr="00D31D98" w14:paraId="2AD3378E" w14:textId="77777777" w:rsidTr="00E52FB3">
        <w:trPr>
          <w:cantSplit/>
        </w:trPr>
        <w:tc>
          <w:tcPr>
            <w:tcW w:w="2381" w:type="dxa"/>
            <w:vAlign w:val="center"/>
          </w:tcPr>
          <w:p w14:paraId="27FF7918"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Ciljevi</w:t>
            </w:r>
          </w:p>
        </w:tc>
        <w:tc>
          <w:tcPr>
            <w:tcW w:w="6690" w:type="dxa"/>
            <w:vAlign w:val="center"/>
          </w:tcPr>
          <w:p w14:paraId="0ED56011" w14:textId="77777777" w:rsidR="00E52FB3" w:rsidRPr="00D31D98" w:rsidRDefault="00E52FB3" w:rsidP="00DE16E0">
            <w:pPr>
              <w:widowControl w:val="0"/>
            </w:pPr>
            <w:r w:rsidRPr="00D31D98">
              <w:rPr>
                <w:szCs w:val="24"/>
              </w:rPr>
              <w:t xml:space="preserve">Financijska pismenost kombinacija je znanja, vještina, stavova i ponašanja koji su potrebni za donošenje ispravnih financijskih odluka i korisni za financijsko blagostanje svakog pojedinca, a time i društva. Nastava je prilagođena interesu učenika, a aktivnosti se provode s namjerom stjecanja znanja te razvijanju istraživačke, komunikacijske i prezentacijske vještine te sposobnosti za samostalno sudjelovanje i djelovanje u svakodnevnom životu. </w:t>
            </w:r>
          </w:p>
        </w:tc>
      </w:tr>
      <w:tr w:rsidR="00E52FB3" w:rsidRPr="00D31D98" w14:paraId="23C4428C" w14:textId="77777777" w:rsidTr="00E52FB3">
        <w:trPr>
          <w:cantSplit/>
        </w:trPr>
        <w:tc>
          <w:tcPr>
            <w:tcW w:w="2381" w:type="dxa"/>
            <w:vAlign w:val="center"/>
          </w:tcPr>
          <w:p w14:paraId="04071217"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1E4DA51E" w14:textId="77777777" w:rsidR="00E52FB3" w:rsidRPr="00D31D98" w:rsidRDefault="00E52FB3" w:rsidP="00DE16E0">
            <w:pPr>
              <w:pStyle w:val="Sadrajitablice"/>
              <w:rPr>
                <w:rFonts w:eastAsia="Times New Roman" w:cs="Times New Roman"/>
                <w:lang w:val="hr-HR"/>
              </w:rPr>
            </w:pPr>
            <w:r w:rsidRPr="00D31D98">
              <w:rPr>
                <w:rFonts w:eastAsia="Times New Roman" w:cs="Times New Roman"/>
                <w:lang w:val="hr-HR"/>
              </w:rPr>
              <w:t>Četvrti razredi.</w:t>
            </w:r>
          </w:p>
        </w:tc>
      </w:tr>
      <w:tr w:rsidR="00E52FB3" w:rsidRPr="00D31D98" w14:paraId="48C740D3" w14:textId="77777777" w:rsidTr="00E52FB3">
        <w:trPr>
          <w:cantSplit/>
        </w:trPr>
        <w:tc>
          <w:tcPr>
            <w:tcW w:w="2381" w:type="dxa"/>
            <w:vAlign w:val="center"/>
          </w:tcPr>
          <w:p w14:paraId="3B39B5BF"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2FFE45C4" w14:textId="77777777" w:rsidR="00E52FB3" w:rsidRPr="00D31D98" w:rsidRDefault="00E52FB3" w:rsidP="00DE16E0">
            <w:pPr>
              <w:pStyle w:val="Sadrajitablice"/>
              <w:rPr>
                <w:rFonts w:eastAsia="Times New Roman" w:cs="Times New Roman"/>
                <w:lang w:val="hr-HR"/>
              </w:rPr>
            </w:pPr>
            <w:r w:rsidRPr="00D31D98">
              <w:rPr>
                <w:rFonts w:eastAsia="Times New Roman" w:cs="Times New Roman"/>
                <w:lang w:val="hr-HR"/>
              </w:rPr>
              <w:t xml:space="preserve">Nastavnica SOC I </w:t>
            </w:r>
            <w:proofErr w:type="spellStart"/>
            <w:r w:rsidRPr="00D31D98">
              <w:rPr>
                <w:rFonts w:eastAsia="Times New Roman" w:cs="Times New Roman"/>
                <w:lang w:val="hr-HR"/>
              </w:rPr>
              <w:t>PiG</w:t>
            </w:r>
            <w:proofErr w:type="spellEnd"/>
            <w:r w:rsidRPr="00D31D98">
              <w:rPr>
                <w:rFonts w:eastAsia="Times New Roman" w:cs="Times New Roman"/>
                <w:lang w:val="hr-HR"/>
              </w:rPr>
              <w:t xml:space="preserve"> (Gracija </w:t>
            </w:r>
            <w:proofErr w:type="spellStart"/>
            <w:r w:rsidRPr="00D31D98">
              <w:rPr>
                <w:rFonts w:eastAsia="Times New Roman" w:cs="Times New Roman"/>
                <w:lang w:val="hr-HR"/>
              </w:rPr>
              <w:t>Rezić</w:t>
            </w:r>
            <w:proofErr w:type="spellEnd"/>
            <w:r w:rsidRPr="00D31D98">
              <w:rPr>
                <w:rFonts w:eastAsia="Times New Roman" w:cs="Times New Roman"/>
                <w:lang w:val="hr-HR"/>
              </w:rPr>
              <w:t xml:space="preserve">) te zainteresirani učenici 4. razreda. </w:t>
            </w:r>
          </w:p>
        </w:tc>
      </w:tr>
      <w:tr w:rsidR="00E52FB3" w:rsidRPr="00D31D98" w14:paraId="6950BCDF" w14:textId="77777777" w:rsidTr="00E52FB3">
        <w:trPr>
          <w:cantSplit/>
        </w:trPr>
        <w:tc>
          <w:tcPr>
            <w:tcW w:w="2381" w:type="dxa"/>
            <w:vAlign w:val="center"/>
          </w:tcPr>
          <w:p w14:paraId="1F0EC994"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1557EDF6" w14:textId="77777777" w:rsidR="00E52FB3" w:rsidRPr="00D31D98" w:rsidRDefault="00E52FB3" w:rsidP="00DE16E0">
            <w:pPr>
              <w:widowControl w:val="0"/>
            </w:pPr>
            <w:r w:rsidRPr="00D31D98">
              <w:rPr>
                <w:szCs w:val="24"/>
              </w:rPr>
              <w:t>Izvodi se u prostorijama škole u terminu određenim nastavnim rasporedom u trajanju izvođenja dva nastavna sata tjedno</w:t>
            </w:r>
          </w:p>
        </w:tc>
      </w:tr>
      <w:tr w:rsidR="00E52FB3" w:rsidRPr="00D31D98" w14:paraId="4C30E052" w14:textId="77777777" w:rsidTr="00E52FB3">
        <w:trPr>
          <w:cantSplit/>
        </w:trPr>
        <w:tc>
          <w:tcPr>
            <w:tcW w:w="2381" w:type="dxa"/>
            <w:vAlign w:val="center"/>
          </w:tcPr>
          <w:p w14:paraId="596AB44A" w14:textId="77777777" w:rsidR="00E52FB3" w:rsidRPr="00D31D98" w:rsidRDefault="00E52FB3" w:rsidP="00DE16E0">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6D936FB2" w14:textId="77777777" w:rsidR="00E52FB3" w:rsidRPr="00D31D98" w:rsidRDefault="00E52FB3" w:rsidP="00DE16E0">
            <w:pPr>
              <w:widowControl w:val="0"/>
            </w:pPr>
            <w:r w:rsidRPr="00D31D98">
              <w:rPr>
                <w:szCs w:val="24"/>
              </w:rPr>
              <w:t xml:space="preserve">Rujan 2024. do svibanj 2025. </w:t>
            </w:r>
          </w:p>
        </w:tc>
      </w:tr>
      <w:tr w:rsidR="00E52FB3" w:rsidRPr="00D31D98" w14:paraId="570E995A" w14:textId="77777777" w:rsidTr="00E52FB3">
        <w:trPr>
          <w:cantSplit/>
        </w:trPr>
        <w:tc>
          <w:tcPr>
            <w:tcW w:w="2381" w:type="dxa"/>
            <w:vAlign w:val="center"/>
          </w:tcPr>
          <w:p w14:paraId="0A1A8FEC"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380FF3F4" w14:textId="77777777" w:rsidR="00E52FB3" w:rsidRPr="00D31D98" w:rsidRDefault="00E52FB3" w:rsidP="00DE16E0">
            <w:pPr>
              <w:widowControl w:val="0"/>
            </w:pPr>
            <w:r w:rsidRPr="00D31D98">
              <w:rPr>
                <w:szCs w:val="24"/>
              </w:rPr>
              <w:t xml:space="preserve">Vrednovanje za učenje, kao učenje i naučenog; formativno i </w:t>
            </w:r>
            <w:proofErr w:type="spellStart"/>
            <w:r w:rsidRPr="00D31D98">
              <w:rPr>
                <w:szCs w:val="24"/>
              </w:rPr>
              <w:t>sumativno</w:t>
            </w:r>
            <w:proofErr w:type="spellEnd"/>
            <w:r w:rsidRPr="00D31D98">
              <w:rPr>
                <w:szCs w:val="24"/>
              </w:rPr>
              <w:t xml:space="preserve"> – brojčana se ocjena upisuje u e-Dnevnik.</w:t>
            </w:r>
          </w:p>
        </w:tc>
      </w:tr>
      <w:tr w:rsidR="00E52FB3" w:rsidRPr="00D31D98" w14:paraId="6A82E9B6" w14:textId="77777777" w:rsidTr="00E52FB3">
        <w:trPr>
          <w:cantSplit/>
        </w:trPr>
        <w:tc>
          <w:tcPr>
            <w:tcW w:w="2381" w:type="dxa"/>
            <w:vAlign w:val="center"/>
          </w:tcPr>
          <w:p w14:paraId="661DF6FF" w14:textId="77777777" w:rsidR="00E52FB3" w:rsidRPr="00D31D98" w:rsidRDefault="00E52FB3" w:rsidP="00DE16E0">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269984A8" w14:textId="77777777" w:rsidR="00E52FB3" w:rsidRPr="00D31D98" w:rsidRDefault="00E52FB3" w:rsidP="00DE16E0">
            <w:pPr>
              <w:pStyle w:val="Sadrajitablice"/>
              <w:rPr>
                <w:rFonts w:eastAsia="Times New Roman" w:cs="Times New Roman"/>
                <w:lang w:val="hr-HR"/>
              </w:rPr>
            </w:pPr>
            <w:r w:rsidRPr="00D31D98">
              <w:rPr>
                <w:rFonts w:eastAsia="Times New Roman" w:cs="Times New Roman"/>
                <w:lang w:val="hr-HR"/>
              </w:rPr>
              <w:t>Sukladno osiguranim sredstvima I. gimnazije Osijek.</w:t>
            </w:r>
          </w:p>
        </w:tc>
      </w:tr>
    </w:tbl>
    <w:p w14:paraId="3B4CCC4D" w14:textId="77777777" w:rsidR="00E52FB3" w:rsidRDefault="00E52FB3">
      <w:pPr>
        <w:spacing w:after="0"/>
        <w:rPr>
          <w:szCs w:val="24"/>
        </w:rPr>
      </w:pPr>
    </w:p>
    <w:p w14:paraId="0C467001" w14:textId="77777777" w:rsidR="00571F54" w:rsidRDefault="00571F54">
      <w:pPr>
        <w:spacing w:after="0"/>
        <w:rPr>
          <w:szCs w:val="24"/>
        </w:rPr>
      </w:pPr>
    </w:p>
    <w:p w14:paraId="05439B87" w14:textId="77777777" w:rsidR="00571F54" w:rsidRDefault="00571F54">
      <w:pPr>
        <w:spacing w:after="0"/>
        <w:rPr>
          <w:szCs w:val="24"/>
        </w:rPr>
      </w:pPr>
    </w:p>
    <w:p w14:paraId="0DB23043" w14:textId="77777777" w:rsidR="00571F54" w:rsidRPr="00D31D98" w:rsidRDefault="00571F54">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E52FB3" w:rsidRPr="00D31D98" w14:paraId="0393E350" w14:textId="77777777" w:rsidTr="00E52FB3">
        <w:trPr>
          <w:cantSplit/>
        </w:trPr>
        <w:tc>
          <w:tcPr>
            <w:tcW w:w="2381" w:type="dxa"/>
            <w:vAlign w:val="center"/>
          </w:tcPr>
          <w:p w14:paraId="07F21FE2" w14:textId="77777777" w:rsidR="00E52FB3" w:rsidRPr="00D31D98" w:rsidRDefault="00E52FB3" w:rsidP="00DE16E0">
            <w:pPr>
              <w:keepNext/>
              <w:widowControl w:val="0"/>
              <w:rPr>
                <w:b/>
                <w:szCs w:val="24"/>
              </w:rPr>
            </w:pPr>
            <w:r w:rsidRPr="00D31D98">
              <w:rPr>
                <w:b/>
                <w:bCs/>
                <w:szCs w:val="24"/>
              </w:rPr>
              <w:t>FAKULTATIVNA NASTAVA</w:t>
            </w:r>
          </w:p>
        </w:tc>
        <w:tc>
          <w:tcPr>
            <w:tcW w:w="6690" w:type="dxa"/>
            <w:vAlign w:val="center"/>
          </w:tcPr>
          <w:p w14:paraId="6EBDD4A6" w14:textId="77777777" w:rsidR="00E52FB3" w:rsidRPr="00D31D98" w:rsidRDefault="00E52FB3" w:rsidP="00DE16E0">
            <w:pPr>
              <w:keepNext/>
              <w:widowControl w:val="0"/>
              <w:rPr>
                <w:b/>
                <w:szCs w:val="24"/>
              </w:rPr>
            </w:pPr>
            <w:r w:rsidRPr="00D31D98">
              <w:rPr>
                <w:b/>
                <w:bCs/>
                <w:szCs w:val="24"/>
              </w:rPr>
              <w:t>ROBOTIKA</w:t>
            </w:r>
          </w:p>
        </w:tc>
      </w:tr>
      <w:tr w:rsidR="00E52FB3" w:rsidRPr="00D31D98" w14:paraId="1B3DA8CA" w14:textId="77777777" w:rsidTr="00E52FB3">
        <w:trPr>
          <w:cantSplit/>
        </w:trPr>
        <w:tc>
          <w:tcPr>
            <w:tcW w:w="2381" w:type="dxa"/>
            <w:vAlign w:val="center"/>
          </w:tcPr>
          <w:p w14:paraId="5B84230B" w14:textId="77777777" w:rsidR="00E52FB3" w:rsidRPr="00D31D98" w:rsidRDefault="00E52FB3" w:rsidP="00DE16E0">
            <w:pPr>
              <w:widowControl w:val="0"/>
              <w:rPr>
                <w:b/>
                <w:szCs w:val="24"/>
              </w:rPr>
            </w:pPr>
            <w:r w:rsidRPr="00D31D98">
              <w:rPr>
                <w:b/>
                <w:bCs/>
                <w:szCs w:val="24"/>
              </w:rPr>
              <w:t>Ciljevi fakultativne nastave</w:t>
            </w:r>
          </w:p>
        </w:tc>
        <w:tc>
          <w:tcPr>
            <w:tcW w:w="6690" w:type="dxa"/>
            <w:vAlign w:val="center"/>
          </w:tcPr>
          <w:p w14:paraId="77413290" w14:textId="77777777" w:rsidR="00E52FB3" w:rsidRPr="00D31D98" w:rsidRDefault="00E52FB3" w:rsidP="00DE16E0">
            <w:pPr>
              <w:widowControl w:val="0"/>
              <w:rPr>
                <w:szCs w:val="24"/>
              </w:rPr>
            </w:pPr>
            <w:r w:rsidRPr="00D31D98">
              <w:rPr>
                <w:szCs w:val="24"/>
              </w:rPr>
              <w:t xml:space="preserve">Cilj fakultativne nastave Robotike je osposobiti učenike za sastavljanje i programiranje robota te primjenu osnovnih inženjerskih koncepata. Učenici će razvijati tehničke vještine kroz rad s </w:t>
            </w:r>
            <w:proofErr w:type="spellStart"/>
            <w:r w:rsidRPr="00D31D98">
              <w:rPr>
                <w:szCs w:val="24"/>
              </w:rPr>
              <w:t>mikrokontrolerima</w:t>
            </w:r>
            <w:proofErr w:type="spellEnd"/>
            <w:r w:rsidRPr="00D31D98">
              <w:rPr>
                <w:szCs w:val="24"/>
              </w:rPr>
              <w:t xml:space="preserve"> (Arduino), komunikacijskim protokolima (Bluetooth) i 3D modeliranjem. Poseban fokus je na kreativnom rješavanju problema, gdje će učenici analizirati izazove i implementirati algoritme za upravljanje robotskim sustavima. Aktivnosti potiču inovativnost i samostalnost u primjeni znanja, kao i timski rad. Učenici će surađivati na izradi projekata, razvijati mobilne aplikacije i programirati pokrete robota. Cilj je također osnažiti vještine komunikacije i prezentacije rezultata.</w:t>
            </w:r>
          </w:p>
        </w:tc>
      </w:tr>
      <w:tr w:rsidR="00E52FB3" w:rsidRPr="00D31D98" w14:paraId="03D8A345" w14:textId="77777777" w:rsidTr="00E52FB3">
        <w:trPr>
          <w:cantSplit/>
        </w:trPr>
        <w:tc>
          <w:tcPr>
            <w:tcW w:w="2381" w:type="dxa"/>
            <w:vAlign w:val="center"/>
          </w:tcPr>
          <w:p w14:paraId="27810535" w14:textId="77777777" w:rsidR="00E52FB3" w:rsidRPr="00D31D98" w:rsidRDefault="00E52FB3" w:rsidP="00DE16E0">
            <w:pPr>
              <w:widowControl w:val="0"/>
              <w:rPr>
                <w:b/>
                <w:szCs w:val="24"/>
              </w:rPr>
            </w:pPr>
            <w:r w:rsidRPr="00D31D98">
              <w:rPr>
                <w:b/>
                <w:bCs/>
                <w:szCs w:val="24"/>
              </w:rPr>
              <w:lastRenderedPageBreak/>
              <w:t>Namjena fakultativne nastave</w:t>
            </w:r>
          </w:p>
        </w:tc>
        <w:tc>
          <w:tcPr>
            <w:tcW w:w="6690" w:type="dxa"/>
            <w:vAlign w:val="center"/>
          </w:tcPr>
          <w:p w14:paraId="1BB18218" w14:textId="77777777" w:rsidR="00E52FB3" w:rsidRPr="00D31D98" w:rsidRDefault="00E52FB3" w:rsidP="00DE16E0">
            <w:pPr>
              <w:widowControl w:val="0"/>
              <w:rPr>
                <w:szCs w:val="24"/>
              </w:rPr>
            </w:pPr>
            <w:r w:rsidRPr="00D31D98">
              <w:rPr>
                <w:szCs w:val="24"/>
              </w:rPr>
              <w:t>Omogućiti učenicima praktičnu primjenu znanja iz područja robotike i umjetne inteligencije. Predmet je osmišljen kako bi učenici stekli osnovne tehničke vještine u sastavljanju i programiranju robota te upravljanju robotskim sustavima. Namjera je također razviti sposobnost analize i rješavanja tehničkih problema kroz kreativne projekte. Kroz timski rad i suradnju, učenici će učiti kako primijeniti tehnologiju u stvarnim situacijama. Predmet potiče inovativnost, samostalnost i razvija digitalne vještine, pripremajući učenike za buduće izazove u inženjerstvu i tehnologiji.</w:t>
            </w:r>
          </w:p>
        </w:tc>
      </w:tr>
      <w:tr w:rsidR="00E52FB3" w:rsidRPr="00D31D98" w14:paraId="7D1E66AF" w14:textId="77777777" w:rsidTr="00E52FB3">
        <w:trPr>
          <w:cantSplit/>
        </w:trPr>
        <w:tc>
          <w:tcPr>
            <w:tcW w:w="2381" w:type="dxa"/>
            <w:vAlign w:val="center"/>
          </w:tcPr>
          <w:p w14:paraId="28FC4BA9" w14:textId="77777777" w:rsidR="00E52FB3" w:rsidRPr="00D31D98" w:rsidRDefault="00E52FB3" w:rsidP="00DE16E0">
            <w:pPr>
              <w:widowControl w:val="0"/>
              <w:rPr>
                <w:b/>
                <w:szCs w:val="24"/>
              </w:rPr>
            </w:pPr>
            <w:r w:rsidRPr="00D31D98">
              <w:rPr>
                <w:b/>
                <w:bCs/>
                <w:szCs w:val="24"/>
              </w:rPr>
              <w:t>Nositelji fakultativne nastave i njihova odgovornost</w:t>
            </w:r>
          </w:p>
        </w:tc>
        <w:tc>
          <w:tcPr>
            <w:tcW w:w="6690" w:type="dxa"/>
            <w:vAlign w:val="center"/>
          </w:tcPr>
          <w:p w14:paraId="71EF51B5" w14:textId="77777777" w:rsidR="00E52FB3" w:rsidRPr="00D31D98" w:rsidRDefault="00E52FB3" w:rsidP="00DE16E0">
            <w:pPr>
              <w:widowControl w:val="0"/>
              <w:rPr>
                <w:szCs w:val="24"/>
              </w:rPr>
            </w:pPr>
            <w:r w:rsidRPr="00D31D98">
              <w:rPr>
                <w:szCs w:val="24"/>
              </w:rPr>
              <w:t xml:space="preserve">Jelena </w:t>
            </w:r>
            <w:proofErr w:type="spellStart"/>
            <w:r w:rsidRPr="00D31D98">
              <w:rPr>
                <w:szCs w:val="24"/>
              </w:rPr>
              <w:t>Radlović</w:t>
            </w:r>
            <w:proofErr w:type="spellEnd"/>
          </w:p>
          <w:p w14:paraId="051E7941" w14:textId="77777777" w:rsidR="00E52FB3" w:rsidRPr="00D31D98" w:rsidRDefault="00E52FB3" w:rsidP="00DE16E0">
            <w:pPr>
              <w:widowControl w:val="0"/>
              <w:rPr>
                <w:szCs w:val="24"/>
              </w:rPr>
            </w:pPr>
            <w:r w:rsidRPr="00D31D98">
              <w:rPr>
                <w:szCs w:val="24"/>
              </w:rPr>
              <w:t>Nastavnik (mentor) je odgovoran za planiranje i vođenje svih aktivnosti, osiguravajući jasne upute i potrebne resurse za učenike. Njegova uloga uključuje pružanje stručne podrške, mentorstvo i usmjeravanje učenika tijekom rješavanja tehničkih problema i razvoja projekata. Nastavnik  također prati napredak učenika, vrednuje njihov rad te daje konstruktivne povratne informacije kako bi potaknuo daljnji razvoj vještina. Osim toga, nastavnik je odgovoran za poticanje suradnje među učenicima te stvaranje poticajnog okruženja za inovativnost i samostalnost.</w:t>
            </w:r>
          </w:p>
        </w:tc>
      </w:tr>
      <w:tr w:rsidR="00E52FB3" w:rsidRPr="00D31D98" w14:paraId="5AE47369" w14:textId="77777777" w:rsidTr="00E52FB3">
        <w:trPr>
          <w:cantSplit/>
        </w:trPr>
        <w:tc>
          <w:tcPr>
            <w:tcW w:w="2381" w:type="dxa"/>
            <w:vAlign w:val="center"/>
          </w:tcPr>
          <w:p w14:paraId="125650FF" w14:textId="77777777" w:rsidR="00E52FB3" w:rsidRPr="00D31D98" w:rsidRDefault="00E52FB3" w:rsidP="00DE16E0">
            <w:pPr>
              <w:widowControl w:val="0"/>
              <w:rPr>
                <w:b/>
                <w:szCs w:val="24"/>
              </w:rPr>
            </w:pPr>
            <w:r w:rsidRPr="00D31D98">
              <w:rPr>
                <w:b/>
                <w:bCs/>
                <w:szCs w:val="24"/>
              </w:rPr>
              <w:t>Različite realizacije fakultativne nastave</w:t>
            </w:r>
          </w:p>
        </w:tc>
        <w:tc>
          <w:tcPr>
            <w:tcW w:w="6690" w:type="dxa"/>
            <w:vAlign w:val="center"/>
          </w:tcPr>
          <w:p w14:paraId="146DFF36" w14:textId="77777777" w:rsidR="00E52FB3" w:rsidRPr="00D31D98" w:rsidRDefault="00E52FB3" w:rsidP="00DE16E0">
            <w:pPr>
              <w:widowControl w:val="0"/>
              <w:rPr>
                <w:szCs w:val="24"/>
              </w:rPr>
            </w:pPr>
            <w:r w:rsidRPr="00D31D98">
              <w:rPr>
                <w:szCs w:val="24"/>
              </w:rPr>
              <w:t>Praktični rad, timski projekt, radionice, predavanja, samostalni rad</w:t>
            </w:r>
          </w:p>
        </w:tc>
      </w:tr>
      <w:tr w:rsidR="00E52FB3" w:rsidRPr="00D31D98" w14:paraId="5A986077" w14:textId="77777777" w:rsidTr="00E52FB3">
        <w:trPr>
          <w:cantSplit/>
        </w:trPr>
        <w:tc>
          <w:tcPr>
            <w:tcW w:w="2381" w:type="dxa"/>
            <w:vAlign w:val="center"/>
          </w:tcPr>
          <w:p w14:paraId="092C7736" w14:textId="77777777" w:rsidR="00E52FB3" w:rsidRPr="00D31D98" w:rsidRDefault="00E52FB3" w:rsidP="00DE16E0">
            <w:pPr>
              <w:widowControl w:val="0"/>
              <w:rPr>
                <w:b/>
                <w:szCs w:val="24"/>
              </w:rPr>
            </w:pPr>
            <w:proofErr w:type="spellStart"/>
            <w:r w:rsidRPr="00D31D98">
              <w:rPr>
                <w:b/>
                <w:bCs/>
                <w:szCs w:val="24"/>
              </w:rPr>
              <w:t>Vremenik</w:t>
            </w:r>
            <w:proofErr w:type="spellEnd"/>
            <w:r w:rsidRPr="00D31D98">
              <w:rPr>
                <w:b/>
                <w:bCs/>
                <w:szCs w:val="24"/>
              </w:rPr>
              <w:t xml:space="preserve"> fakultativne nastave</w:t>
            </w:r>
          </w:p>
        </w:tc>
        <w:tc>
          <w:tcPr>
            <w:tcW w:w="6690" w:type="dxa"/>
            <w:vAlign w:val="center"/>
          </w:tcPr>
          <w:p w14:paraId="09E613F5" w14:textId="77777777" w:rsidR="00E52FB3" w:rsidRPr="00D31D98" w:rsidRDefault="00E52FB3" w:rsidP="00DE16E0">
            <w:pPr>
              <w:widowControl w:val="0"/>
              <w:rPr>
                <w:szCs w:val="24"/>
              </w:rPr>
            </w:pPr>
            <w:r w:rsidRPr="00D31D98">
              <w:rPr>
                <w:szCs w:val="24"/>
              </w:rPr>
              <w:t>Od rujna 2026. do lipnja 2027. (2 školska sata tjedno)</w:t>
            </w:r>
          </w:p>
        </w:tc>
      </w:tr>
      <w:tr w:rsidR="00E52FB3" w:rsidRPr="00D31D98" w14:paraId="1ACE938F" w14:textId="77777777" w:rsidTr="00E52FB3">
        <w:trPr>
          <w:cantSplit/>
        </w:trPr>
        <w:tc>
          <w:tcPr>
            <w:tcW w:w="2381" w:type="dxa"/>
            <w:vAlign w:val="center"/>
          </w:tcPr>
          <w:p w14:paraId="22B9937E" w14:textId="77777777" w:rsidR="00E52FB3" w:rsidRPr="00D31D98" w:rsidRDefault="00E52FB3" w:rsidP="00DE16E0">
            <w:pPr>
              <w:widowControl w:val="0"/>
              <w:rPr>
                <w:b/>
                <w:szCs w:val="24"/>
              </w:rPr>
            </w:pPr>
            <w:r w:rsidRPr="00D31D98">
              <w:rPr>
                <w:b/>
                <w:bCs/>
                <w:szCs w:val="24"/>
              </w:rPr>
              <w:t>Troškovnik fakultativne nastave</w:t>
            </w:r>
          </w:p>
        </w:tc>
        <w:tc>
          <w:tcPr>
            <w:tcW w:w="6690" w:type="dxa"/>
            <w:vAlign w:val="center"/>
          </w:tcPr>
          <w:p w14:paraId="445C0F95" w14:textId="77777777" w:rsidR="00E52FB3" w:rsidRPr="00D31D98" w:rsidRDefault="00E52FB3" w:rsidP="00DE16E0">
            <w:pPr>
              <w:widowControl w:val="0"/>
              <w:rPr>
                <w:szCs w:val="24"/>
              </w:rPr>
            </w:pPr>
            <w:r w:rsidRPr="00D31D98">
              <w:rPr>
                <w:szCs w:val="24"/>
              </w:rPr>
              <w:t>Nema</w:t>
            </w:r>
          </w:p>
        </w:tc>
      </w:tr>
      <w:tr w:rsidR="00E52FB3" w:rsidRPr="00D31D98" w14:paraId="315ECAA5" w14:textId="77777777" w:rsidTr="00E52FB3">
        <w:trPr>
          <w:cantSplit/>
        </w:trPr>
        <w:tc>
          <w:tcPr>
            <w:tcW w:w="2381" w:type="dxa"/>
            <w:vAlign w:val="center"/>
          </w:tcPr>
          <w:p w14:paraId="01FF92EB" w14:textId="77777777" w:rsidR="00E52FB3" w:rsidRPr="00D31D98" w:rsidRDefault="00E52FB3" w:rsidP="00DE16E0">
            <w:pPr>
              <w:widowControl w:val="0"/>
              <w:rPr>
                <w:b/>
                <w:szCs w:val="24"/>
              </w:rPr>
            </w:pPr>
            <w:r w:rsidRPr="00D31D98">
              <w:rPr>
                <w:b/>
                <w:bCs/>
                <w:szCs w:val="24"/>
              </w:rPr>
              <w:t>Način vrednovanja i korištenja rezultata vrednovanja</w:t>
            </w:r>
          </w:p>
        </w:tc>
        <w:tc>
          <w:tcPr>
            <w:tcW w:w="6690" w:type="dxa"/>
            <w:vAlign w:val="center"/>
          </w:tcPr>
          <w:p w14:paraId="44B3FD2A" w14:textId="77777777" w:rsidR="00E52FB3" w:rsidRPr="00D31D98" w:rsidRDefault="00E52FB3" w:rsidP="00DE16E0">
            <w:pPr>
              <w:widowControl w:val="0"/>
              <w:rPr>
                <w:szCs w:val="24"/>
              </w:rPr>
            </w:pPr>
            <w:r w:rsidRPr="00D31D98">
              <w:rPr>
                <w:szCs w:val="24"/>
              </w:rPr>
              <w:t xml:space="preserve">Vrednovanje naučenoga se temelji na tri elementa: usvojenost znanja, rješavanje problema i digitalni sadržaji i suradnja. Učenici se ocjenjuju na temelju razumijevanja i primjene tehničkih koncepata, sposobnosti analiziranja i rješavanja tehničkih izazova te vještina izrade i prezentacije projekata. Vrednovanje uključuje praktične zadatke, grupne projekte i samostalne aktivnosti. </w:t>
            </w:r>
          </w:p>
          <w:p w14:paraId="48040C27" w14:textId="77777777" w:rsidR="00E52FB3" w:rsidRPr="00D31D98" w:rsidRDefault="00E52FB3" w:rsidP="00DE16E0">
            <w:pPr>
              <w:widowControl w:val="0"/>
              <w:rPr>
                <w:szCs w:val="24"/>
              </w:rPr>
            </w:pPr>
            <w:r w:rsidRPr="00D31D98">
              <w:rPr>
                <w:szCs w:val="24"/>
              </w:rPr>
              <w:t>Formativno vrednovanje se temelji na različitim metodama i tehnikama vrednovanja za učenje i vrednovanja kao učenja kroz kontinuirano prikupljanje informacija o napretku učenika tijekom nastavnog procesa.</w:t>
            </w:r>
          </w:p>
          <w:p w14:paraId="5E53011E" w14:textId="77777777" w:rsidR="00E52FB3" w:rsidRPr="00D31D98" w:rsidRDefault="00E52FB3" w:rsidP="00DE16E0">
            <w:pPr>
              <w:widowControl w:val="0"/>
              <w:rPr>
                <w:szCs w:val="24"/>
              </w:rPr>
            </w:pPr>
            <w:r w:rsidRPr="00D31D98">
              <w:rPr>
                <w:szCs w:val="24"/>
              </w:rPr>
              <w:t>Rezultati vrednovanja koriste se za praćenje napretka učenika i prilagodbu nastavnih aktivnosti njihovim potrebama. Povratne informacije pomažu učenicima da prepoznaju svoja jaka područja i identificiraju gdje trebaju više razviti svoje vještine. Također, rezultati pomažu nastavniku u optimizaciji budućih aktivnosti i prilagodbi nastave specifičnim interesima i razinama znanja učenika.</w:t>
            </w:r>
          </w:p>
        </w:tc>
      </w:tr>
    </w:tbl>
    <w:p w14:paraId="1C90E141" w14:textId="77777777" w:rsidR="00E52FB3" w:rsidRPr="00D31D98" w:rsidRDefault="00E52FB3">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307801" w:rsidRPr="00D31D98" w14:paraId="11307107" w14:textId="77777777" w:rsidTr="00966809">
        <w:trPr>
          <w:cantSplit/>
        </w:trPr>
        <w:tc>
          <w:tcPr>
            <w:tcW w:w="2381" w:type="dxa"/>
            <w:vAlign w:val="center"/>
          </w:tcPr>
          <w:p w14:paraId="7D1E2EC3" w14:textId="77777777" w:rsidR="00307801" w:rsidRPr="00D31D98" w:rsidRDefault="00307801" w:rsidP="00966809">
            <w:pPr>
              <w:keepNext/>
              <w:widowControl w:val="0"/>
              <w:rPr>
                <w:b/>
                <w:szCs w:val="24"/>
              </w:rPr>
            </w:pPr>
            <w:r w:rsidRPr="00D31D98">
              <w:rPr>
                <w:b/>
                <w:bCs/>
                <w:szCs w:val="24"/>
              </w:rPr>
              <w:lastRenderedPageBreak/>
              <w:t>FAKULTATIVNA NASTAVA</w:t>
            </w:r>
          </w:p>
        </w:tc>
        <w:tc>
          <w:tcPr>
            <w:tcW w:w="6690" w:type="dxa"/>
            <w:vAlign w:val="center"/>
          </w:tcPr>
          <w:p w14:paraId="09F4D8DE" w14:textId="77777777" w:rsidR="00307801" w:rsidRPr="00D31D98" w:rsidRDefault="00307801" w:rsidP="00966809">
            <w:pPr>
              <w:keepNext/>
              <w:widowControl w:val="0"/>
              <w:rPr>
                <w:b/>
                <w:szCs w:val="24"/>
              </w:rPr>
            </w:pPr>
            <w:r w:rsidRPr="00D31D98">
              <w:rPr>
                <w:b/>
                <w:bCs/>
                <w:szCs w:val="24"/>
              </w:rPr>
              <w:t>MIKROPROGRAMIRANJE</w:t>
            </w:r>
          </w:p>
        </w:tc>
      </w:tr>
      <w:tr w:rsidR="00307801" w:rsidRPr="00D31D98" w14:paraId="15AC2EA9" w14:textId="77777777" w:rsidTr="00966809">
        <w:trPr>
          <w:cantSplit/>
        </w:trPr>
        <w:tc>
          <w:tcPr>
            <w:tcW w:w="2381" w:type="dxa"/>
            <w:vAlign w:val="center"/>
          </w:tcPr>
          <w:p w14:paraId="0A6CCBC0" w14:textId="77777777" w:rsidR="00307801" w:rsidRPr="00D31D98" w:rsidRDefault="00307801" w:rsidP="00966809">
            <w:pPr>
              <w:widowControl w:val="0"/>
              <w:rPr>
                <w:b/>
                <w:szCs w:val="24"/>
              </w:rPr>
            </w:pPr>
            <w:r w:rsidRPr="00D31D98">
              <w:rPr>
                <w:b/>
                <w:bCs/>
                <w:szCs w:val="24"/>
              </w:rPr>
              <w:t>Ciljevi fakultativne nastave</w:t>
            </w:r>
          </w:p>
        </w:tc>
        <w:tc>
          <w:tcPr>
            <w:tcW w:w="6690" w:type="dxa"/>
            <w:vAlign w:val="center"/>
          </w:tcPr>
          <w:p w14:paraId="0AD12CB1" w14:textId="77777777" w:rsidR="00307801" w:rsidRPr="00D31D98" w:rsidRDefault="00307801" w:rsidP="00966809">
            <w:pPr>
              <w:widowControl w:val="0"/>
              <w:rPr>
                <w:szCs w:val="24"/>
              </w:rPr>
            </w:pPr>
            <w:r w:rsidRPr="00D31D98">
              <w:rPr>
                <w:szCs w:val="24"/>
              </w:rPr>
              <w:t xml:space="preserve">Cilj fakultativne nastave </w:t>
            </w:r>
            <w:proofErr w:type="spellStart"/>
            <w:r w:rsidRPr="00D31D98">
              <w:rPr>
                <w:szCs w:val="24"/>
              </w:rPr>
              <w:t>Mikroprogramiranje</w:t>
            </w:r>
            <w:proofErr w:type="spellEnd"/>
            <w:r w:rsidRPr="00D31D98">
              <w:rPr>
                <w:szCs w:val="24"/>
              </w:rPr>
              <w:t xml:space="preserve"> je osposobiti učenike za programiranje mikroračunala i izradu funkcionalnih elektroničkih prototipa. Učenici razvijaju tehničke vještine kroz rad s </w:t>
            </w:r>
            <w:proofErr w:type="spellStart"/>
            <w:r w:rsidRPr="00D31D98">
              <w:rPr>
                <w:szCs w:val="24"/>
              </w:rPr>
              <w:t>mikrokontrolerima</w:t>
            </w:r>
            <w:proofErr w:type="spellEnd"/>
            <w:r w:rsidRPr="00D31D98">
              <w:rPr>
                <w:szCs w:val="24"/>
              </w:rPr>
              <w:t xml:space="preserve"> (ESP32, Arduino) i različitim senzorima i </w:t>
            </w:r>
            <w:proofErr w:type="spellStart"/>
            <w:r w:rsidRPr="00D31D98">
              <w:rPr>
                <w:szCs w:val="24"/>
              </w:rPr>
              <w:t>aktuatorima</w:t>
            </w:r>
            <w:proofErr w:type="spellEnd"/>
            <w:r w:rsidRPr="00D31D98">
              <w:rPr>
                <w:szCs w:val="24"/>
              </w:rPr>
              <w:t>. Poseban fokus je na kreativnom rješavanju problema, gdje učenici analiziraju izazove i implementiraju programska rješenja za upravljanje uređajima. Aktivnosti potiču inovativnost i samostalnost u primjeni znanja, kao i timski rad. Učenici surađuju na razvoju prototipa, dokumentiraju svoje projekte i prezentiraju funkcionalna rješenja. Cilj je također osnažiti vještine komunikacije i prezentacije rezultata u digitalnom i tehničkom kontekstu.</w:t>
            </w:r>
          </w:p>
        </w:tc>
      </w:tr>
      <w:tr w:rsidR="00307801" w:rsidRPr="00D31D98" w14:paraId="3A40FD3A" w14:textId="77777777" w:rsidTr="00966809">
        <w:trPr>
          <w:cantSplit/>
        </w:trPr>
        <w:tc>
          <w:tcPr>
            <w:tcW w:w="2381" w:type="dxa"/>
            <w:vAlign w:val="center"/>
          </w:tcPr>
          <w:p w14:paraId="0986D141" w14:textId="77777777" w:rsidR="00307801" w:rsidRPr="00D31D98" w:rsidRDefault="00307801" w:rsidP="00966809">
            <w:pPr>
              <w:widowControl w:val="0"/>
              <w:rPr>
                <w:b/>
                <w:szCs w:val="24"/>
              </w:rPr>
            </w:pPr>
            <w:r w:rsidRPr="00D31D98">
              <w:rPr>
                <w:b/>
                <w:bCs/>
                <w:szCs w:val="24"/>
              </w:rPr>
              <w:t>Namjena fakultativne nastave</w:t>
            </w:r>
          </w:p>
        </w:tc>
        <w:tc>
          <w:tcPr>
            <w:tcW w:w="6690" w:type="dxa"/>
            <w:vAlign w:val="center"/>
          </w:tcPr>
          <w:p w14:paraId="14166583" w14:textId="77777777" w:rsidR="00307801" w:rsidRPr="00D31D98" w:rsidRDefault="00307801" w:rsidP="00966809">
            <w:pPr>
              <w:widowControl w:val="0"/>
              <w:rPr>
                <w:szCs w:val="24"/>
              </w:rPr>
            </w:pPr>
            <w:r w:rsidRPr="00D31D98">
              <w:rPr>
                <w:szCs w:val="24"/>
              </w:rPr>
              <w:t>Omogućiti učenicima praktičnu primjenu znanja iz područja mikroračunala i elektronike. Predmet je osmišljen kako bi učenici stekli osnovne tehničke i programske vještine u spajanju i upravljanju elektroničkim komponentama. Namjera je razviti sposobnost analize i rješavanja tehničkih problema kroz kreativne projekte. Kroz timski rad i suradnju učenici uče primjenjivati tehnologiju u stvarnim situacijama. Predmet potiče inovativnost, samostalnost i razvija digitalne kompetencije, pripremajući učenike za daljnje izazove u STEM područjima.</w:t>
            </w:r>
          </w:p>
        </w:tc>
      </w:tr>
      <w:tr w:rsidR="00307801" w:rsidRPr="00D31D98" w14:paraId="2D57D409" w14:textId="77777777" w:rsidTr="00966809">
        <w:trPr>
          <w:cantSplit/>
        </w:trPr>
        <w:tc>
          <w:tcPr>
            <w:tcW w:w="2381" w:type="dxa"/>
            <w:vAlign w:val="center"/>
          </w:tcPr>
          <w:p w14:paraId="6A3F5B1B" w14:textId="77777777" w:rsidR="00307801" w:rsidRPr="00D31D98" w:rsidRDefault="00307801" w:rsidP="00966809">
            <w:pPr>
              <w:widowControl w:val="0"/>
              <w:rPr>
                <w:b/>
                <w:szCs w:val="24"/>
              </w:rPr>
            </w:pPr>
            <w:r w:rsidRPr="00D31D98">
              <w:rPr>
                <w:b/>
                <w:bCs/>
                <w:szCs w:val="24"/>
              </w:rPr>
              <w:t>Nositelji fakultativne nastave i njihova odgovornost</w:t>
            </w:r>
          </w:p>
        </w:tc>
        <w:tc>
          <w:tcPr>
            <w:tcW w:w="6690" w:type="dxa"/>
            <w:vAlign w:val="center"/>
          </w:tcPr>
          <w:p w14:paraId="1B970E20" w14:textId="77777777" w:rsidR="00307801" w:rsidRPr="00D31D98" w:rsidRDefault="00307801" w:rsidP="00966809">
            <w:pPr>
              <w:widowControl w:val="0"/>
              <w:rPr>
                <w:szCs w:val="24"/>
              </w:rPr>
            </w:pPr>
            <w:r w:rsidRPr="00D31D98">
              <w:rPr>
                <w:szCs w:val="24"/>
              </w:rPr>
              <w:t xml:space="preserve">Jelena </w:t>
            </w:r>
            <w:proofErr w:type="spellStart"/>
            <w:r w:rsidRPr="00D31D98">
              <w:rPr>
                <w:szCs w:val="24"/>
              </w:rPr>
              <w:t>Radlović</w:t>
            </w:r>
            <w:proofErr w:type="spellEnd"/>
          </w:p>
          <w:p w14:paraId="0D05AA02" w14:textId="77777777" w:rsidR="00307801" w:rsidRPr="00D31D98" w:rsidRDefault="00307801" w:rsidP="00966809">
            <w:pPr>
              <w:widowControl w:val="0"/>
              <w:rPr>
                <w:szCs w:val="24"/>
              </w:rPr>
            </w:pPr>
            <w:r w:rsidRPr="00D31D98">
              <w:rPr>
                <w:szCs w:val="24"/>
              </w:rPr>
              <w:t>Nastavnik (mentor) je odgovoran za planiranje i vođenje svih aktivnosti, osiguravajući jasne upute i potrebne materijale za učenike. Njegova uloga uključuje pružanje stručne podrške, mentorstvo i vođenje učenika tijekom izrade prototipa i razvoja programskih rješenja. Nastavnik također prati napredak učenika, vrednuje njihov rad i daje konstruktivne povratne informacije kako bi potaknuo razvoj tehničkih i programerskih vještina. Osim toga, mentor potiče suradnju među učenicima i stvara poticajno okruženje za inovativnost i samostalnost.</w:t>
            </w:r>
          </w:p>
        </w:tc>
      </w:tr>
      <w:tr w:rsidR="00307801" w:rsidRPr="00D31D98" w14:paraId="5A6B36DF" w14:textId="77777777" w:rsidTr="00966809">
        <w:trPr>
          <w:cantSplit/>
        </w:trPr>
        <w:tc>
          <w:tcPr>
            <w:tcW w:w="2381" w:type="dxa"/>
            <w:vAlign w:val="center"/>
          </w:tcPr>
          <w:p w14:paraId="1D6E37C9" w14:textId="77777777" w:rsidR="00307801" w:rsidRPr="00D31D98" w:rsidRDefault="00307801" w:rsidP="00966809">
            <w:pPr>
              <w:widowControl w:val="0"/>
              <w:rPr>
                <w:b/>
                <w:szCs w:val="24"/>
              </w:rPr>
            </w:pPr>
            <w:r w:rsidRPr="00D31D98">
              <w:rPr>
                <w:b/>
                <w:bCs/>
                <w:szCs w:val="24"/>
              </w:rPr>
              <w:t>Različite realizacije fakultativne nastave</w:t>
            </w:r>
          </w:p>
        </w:tc>
        <w:tc>
          <w:tcPr>
            <w:tcW w:w="6690" w:type="dxa"/>
            <w:vAlign w:val="center"/>
          </w:tcPr>
          <w:p w14:paraId="285EDDAE" w14:textId="77777777" w:rsidR="00307801" w:rsidRPr="00D31D98" w:rsidRDefault="00307801" w:rsidP="00966809">
            <w:pPr>
              <w:widowControl w:val="0"/>
              <w:rPr>
                <w:szCs w:val="24"/>
              </w:rPr>
            </w:pPr>
            <w:r w:rsidRPr="00D31D98">
              <w:rPr>
                <w:szCs w:val="24"/>
              </w:rPr>
              <w:t>Praktični rad, timski projekt, radionice, predavanja, samostalni rad</w:t>
            </w:r>
          </w:p>
        </w:tc>
      </w:tr>
      <w:tr w:rsidR="00307801" w:rsidRPr="00D31D98" w14:paraId="297DE416" w14:textId="77777777" w:rsidTr="00966809">
        <w:trPr>
          <w:cantSplit/>
        </w:trPr>
        <w:tc>
          <w:tcPr>
            <w:tcW w:w="2381" w:type="dxa"/>
            <w:vAlign w:val="center"/>
          </w:tcPr>
          <w:p w14:paraId="5E2500F8" w14:textId="77777777" w:rsidR="00307801" w:rsidRPr="00D31D98" w:rsidRDefault="00307801" w:rsidP="00966809">
            <w:pPr>
              <w:widowControl w:val="0"/>
              <w:rPr>
                <w:b/>
                <w:szCs w:val="24"/>
              </w:rPr>
            </w:pPr>
            <w:proofErr w:type="spellStart"/>
            <w:r w:rsidRPr="00D31D98">
              <w:rPr>
                <w:b/>
                <w:bCs/>
                <w:szCs w:val="24"/>
              </w:rPr>
              <w:t>Vremenik</w:t>
            </w:r>
            <w:proofErr w:type="spellEnd"/>
            <w:r w:rsidRPr="00D31D98">
              <w:rPr>
                <w:b/>
                <w:bCs/>
                <w:szCs w:val="24"/>
              </w:rPr>
              <w:t xml:space="preserve"> fakultativne nastave</w:t>
            </w:r>
          </w:p>
        </w:tc>
        <w:tc>
          <w:tcPr>
            <w:tcW w:w="6690" w:type="dxa"/>
            <w:vAlign w:val="center"/>
          </w:tcPr>
          <w:p w14:paraId="4CA322E1" w14:textId="77777777" w:rsidR="00307801" w:rsidRPr="00D31D98" w:rsidRDefault="00307801" w:rsidP="00966809">
            <w:pPr>
              <w:widowControl w:val="0"/>
              <w:rPr>
                <w:szCs w:val="24"/>
              </w:rPr>
            </w:pPr>
            <w:r w:rsidRPr="00D31D98">
              <w:rPr>
                <w:szCs w:val="24"/>
              </w:rPr>
              <w:t>Od rujna 2026. do lipnja 2027. (2 školska sata tjedno)</w:t>
            </w:r>
          </w:p>
        </w:tc>
      </w:tr>
      <w:tr w:rsidR="00307801" w:rsidRPr="00D31D98" w14:paraId="56DB2137" w14:textId="77777777" w:rsidTr="00966809">
        <w:trPr>
          <w:cantSplit/>
        </w:trPr>
        <w:tc>
          <w:tcPr>
            <w:tcW w:w="2381" w:type="dxa"/>
            <w:vAlign w:val="center"/>
          </w:tcPr>
          <w:p w14:paraId="5DA3EB5E" w14:textId="77777777" w:rsidR="00307801" w:rsidRPr="00D31D98" w:rsidRDefault="00307801" w:rsidP="00966809">
            <w:pPr>
              <w:widowControl w:val="0"/>
              <w:rPr>
                <w:b/>
                <w:szCs w:val="24"/>
              </w:rPr>
            </w:pPr>
            <w:r w:rsidRPr="00D31D98">
              <w:rPr>
                <w:b/>
                <w:bCs/>
                <w:szCs w:val="24"/>
              </w:rPr>
              <w:t>Troškovnik fakultativne nastave</w:t>
            </w:r>
          </w:p>
        </w:tc>
        <w:tc>
          <w:tcPr>
            <w:tcW w:w="6690" w:type="dxa"/>
            <w:vAlign w:val="center"/>
          </w:tcPr>
          <w:p w14:paraId="74896B02" w14:textId="77777777" w:rsidR="00307801" w:rsidRPr="00D31D98" w:rsidRDefault="00307801" w:rsidP="00966809">
            <w:pPr>
              <w:widowControl w:val="0"/>
              <w:rPr>
                <w:szCs w:val="24"/>
              </w:rPr>
            </w:pPr>
            <w:r w:rsidRPr="00D31D98">
              <w:rPr>
                <w:szCs w:val="24"/>
              </w:rPr>
              <w:t>Nema</w:t>
            </w:r>
          </w:p>
        </w:tc>
      </w:tr>
      <w:tr w:rsidR="00307801" w:rsidRPr="00D31D98" w14:paraId="132B08B9" w14:textId="77777777" w:rsidTr="00966809">
        <w:trPr>
          <w:cantSplit/>
        </w:trPr>
        <w:tc>
          <w:tcPr>
            <w:tcW w:w="2381" w:type="dxa"/>
            <w:vAlign w:val="center"/>
          </w:tcPr>
          <w:p w14:paraId="2F960DA1" w14:textId="77777777" w:rsidR="00307801" w:rsidRPr="00F40FE8" w:rsidRDefault="00307801" w:rsidP="00966809">
            <w:pPr>
              <w:widowControl w:val="0"/>
              <w:rPr>
                <w:b/>
                <w:bCs/>
                <w:szCs w:val="24"/>
              </w:rPr>
            </w:pPr>
            <w:r w:rsidRPr="00D31D98">
              <w:rPr>
                <w:b/>
                <w:bCs/>
                <w:szCs w:val="24"/>
              </w:rPr>
              <w:lastRenderedPageBreak/>
              <w:t>Način vrednovanja i korištenja rezultata vrednovanja</w:t>
            </w:r>
          </w:p>
        </w:tc>
        <w:tc>
          <w:tcPr>
            <w:tcW w:w="6690" w:type="dxa"/>
            <w:vAlign w:val="center"/>
          </w:tcPr>
          <w:p w14:paraId="2A959A61" w14:textId="77777777" w:rsidR="00307801" w:rsidRPr="00D31D98" w:rsidRDefault="00307801" w:rsidP="00966809">
            <w:pPr>
              <w:widowControl w:val="0"/>
              <w:rPr>
                <w:szCs w:val="24"/>
              </w:rPr>
            </w:pPr>
            <w:r w:rsidRPr="00D31D98">
              <w:rPr>
                <w:szCs w:val="24"/>
              </w:rPr>
              <w:t>Vrednovanje se temelji na tri elementa: usvojenost znanja, rješavanje problema i digitalni sadržaji i suradnja. Učenici se vrednuju na temelju razumijevanja i primjene tehničkih koncepata, sposobnosti analiziranja i rješavanja tehničkih izazova te vještina izrade i prezentacije funkcionalnih prototipa. Vrednovanje uključuje praktične zadatke, grupne projekte i samostalne aktivnosti.</w:t>
            </w:r>
          </w:p>
          <w:p w14:paraId="48503A41" w14:textId="77777777" w:rsidR="00307801" w:rsidRPr="00D31D98" w:rsidRDefault="00307801" w:rsidP="00966809">
            <w:pPr>
              <w:widowControl w:val="0"/>
              <w:rPr>
                <w:szCs w:val="24"/>
              </w:rPr>
            </w:pPr>
            <w:r w:rsidRPr="00D31D98">
              <w:rPr>
                <w:szCs w:val="24"/>
              </w:rPr>
              <w:br/>
              <w:t xml:space="preserve">Formativno vrednovanje temelji se na različitim metodama i tehnikama prikupljanja informacija o napretku učenika tijekom nastavnog procesa. </w:t>
            </w:r>
          </w:p>
          <w:p w14:paraId="48D7A03C" w14:textId="77777777" w:rsidR="00307801" w:rsidRPr="00D31D98" w:rsidRDefault="00307801" w:rsidP="00966809">
            <w:pPr>
              <w:widowControl w:val="0"/>
              <w:rPr>
                <w:szCs w:val="24"/>
              </w:rPr>
            </w:pPr>
            <w:r w:rsidRPr="00D31D98">
              <w:rPr>
                <w:szCs w:val="24"/>
              </w:rPr>
              <w:t>Rezultati vrednovanja koriste se za praćenje napretka učenika i prilagodbu nastavnih aktivnosti njihovim potrebama. Povratne informacije pomažu učenicima da prepoznaju svoja jaka područja i identificiraju gdje trebaju dodatno razvijati svoje vještine, a nastavniku omogućuju optimizaciju budućih aktivnosti i prilagodbu nastave specifičnim interesima i razinama znanja učenika.</w:t>
            </w:r>
          </w:p>
        </w:tc>
      </w:tr>
    </w:tbl>
    <w:p w14:paraId="74FA5C66" w14:textId="77777777" w:rsidR="00985981" w:rsidRDefault="00985981">
      <w:pPr>
        <w:spacing w:after="0"/>
        <w:rPr>
          <w:szCs w:val="24"/>
        </w:rPr>
      </w:pPr>
    </w:p>
    <w:p w14:paraId="43B7A1ED" w14:textId="77777777" w:rsidR="002259C6" w:rsidRPr="00D31D98" w:rsidRDefault="002259C6">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F40FE8" w:rsidRPr="00D31D98" w14:paraId="4722EB77" w14:textId="77777777" w:rsidTr="00F40FE8">
        <w:trPr>
          <w:cantSplit/>
        </w:trPr>
        <w:tc>
          <w:tcPr>
            <w:tcW w:w="2381" w:type="dxa"/>
            <w:vAlign w:val="center"/>
          </w:tcPr>
          <w:p w14:paraId="76CBD816" w14:textId="77777777" w:rsidR="00F40FE8" w:rsidRPr="00D31D98" w:rsidRDefault="00F40FE8" w:rsidP="00966809">
            <w:pPr>
              <w:rPr>
                <w:szCs w:val="24"/>
              </w:rPr>
            </w:pPr>
            <w:r w:rsidRPr="00D31D98">
              <w:rPr>
                <w:b/>
                <w:bCs/>
                <w:szCs w:val="24"/>
              </w:rPr>
              <w:t>FAKULTATIVNA NASTAVA</w:t>
            </w:r>
          </w:p>
        </w:tc>
        <w:tc>
          <w:tcPr>
            <w:tcW w:w="6690" w:type="dxa"/>
            <w:vAlign w:val="center"/>
          </w:tcPr>
          <w:p w14:paraId="052DBFC7" w14:textId="77777777" w:rsidR="00F40FE8" w:rsidRPr="00D31D98" w:rsidRDefault="00F40FE8" w:rsidP="00966809">
            <w:pPr>
              <w:rPr>
                <w:szCs w:val="24"/>
              </w:rPr>
            </w:pPr>
            <w:r>
              <w:rPr>
                <w:b/>
                <w:bCs/>
                <w:szCs w:val="24"/>
              </w:rPr>
              <w:t>UMJETNA INTELIGENCIJA</w:t>
            </w:r>
          </w:p>
        </w:tc>
      </w:tr>
      <w:tr w:rsidR="00F40FE8" w:rsidRPr="00D31D98" w14:paraId="0CCFF6C0" w14:textId="77777777" w:rsidTr="00F40FE8">
        <w:trPr>
          <w:cantSplit/>
        </w:trPr>
        <w:tc>
          <w:tcPr>
            <w:tcW w:w="2381" w:type="dxa"/>
            <w:vAlign w:val="center"/>
          </w:tcPr>
          <w:p w14:paraId="21B01A96" w14:textId="77777777" w:rsidR="00F40FE8" w:rsidRPr="00D31D98" w:rsidRDefault="00F40FE8" w:rsidP="00966809">
            <w:pPr>
              <w:rPr>
                <w:szCs w:val="24"/>
              </w:rPr>
            </w:pPr>
            <w:r w:rsidRPr="00D31D98">
              <w:rPr>
                <w:b/>
                <w:bCs/>
                <w:szCs w:val="24"/>
              </w:rPr>
              <w:t>Ciljevi fakultativne nastave</w:t>
            </w:r>
          </w:p>
        </w:tc>
        <w:tc>
          <w:tcPr>
            <w:tcW w:w="6690" w:type="dxa"/>
            <w:vAlign w:val="center"/>
          </w:tcPr>
          <w:p w14:paraId="7BF8A49C" w14:textId="77777777" w:rsidR="00F40FE8" w:rsidRPr="00D31D98" w:rsidRDefault="00F40FE8" w:rsidP="00966809">
            <w:pPr>
              <w:rPr>
                <w:szCs w:val="24"/>
              </w:rPr>
            </w:pPr>
            <w:r w:rsidRPr="00D31D98">
              <w:rPr>
                <w:szCs w:val="24"/>
              </w:rPr>
              <w:t>Cilj fakultativne nastave umjetna inteligencija je osposobiti učenike za odgovornu, kritičku i kreativnu primjenu umjetne inteligencije i tehnologija u nastajanju. Učenici će upoznati temeljne koncepte umjetne inteligencije, mogućnosti i ograničenja njezine primjene te ulogu podataka u razvoju i korištenju AI sustava. Razvijat će vještine analize, kritičkog vrednovanja i donošenja utemeljenih odluka uz primjenu odgovarajućih alata umjetne inteligencije. Poseban fokus bit će na kreativnom rješavanju problema, razvoju računalnog razmišljanja i izradi vlastitih digitalnih rješenja i projekata temeljenih na umjetnoj inteligenciji. Aktivnosti će poticati samostalnost, inovativnost i kreativnost te primjenu umjetne inteligencije u učenju, istraživanju i svakodnevnom životu. Učenici će razvijati vještine suradnje, komunikacije i prezentiranja rezultata rada. Posebna će se pozornost posvetiti etičnoj i sigurnoj primjeni umjetne inteligencije, zaštiti privatnosti, sigurnosti podataka i digitalnoj dobrobiti.</w:t>
            </w:r>
          </w:p>
        </w:tc>
      </w:tr>
      <w:tr w:rsidR="00F40FE8" w:rsidRPr="00D31D98" w14:paraId="349FD90C" w14:textId="77777777" w:rsidTr="00F40FE8">
        <w:trPr>
          <w:cantSplit/>
        </w:trPr>
        <w:tc>
          <w:tcPr>
            <w:tcW w:w="2381" w:type="dxa"/>
            <w:vAlign w:val="center"/>
          </w:tcPr>
          <w:p w14:paraId="2139E3D1" w14:textId="77777777" w:rsidR="00F40FE8" w:rsidRPr="00D31D98" w:rsidRDefault="00F40FE8" w:rsidP="00966809">
            <w:pPr>
              <w:rPr>
                <w:szCs w:val="24"/>
              </w:rPr>
            </w:pPr>
            <w:r w:rsidRPr="00D31D98">
              <w:rPr>
                <w:b/>
                <w:bCs/>
                <w:szCs w:val="24"/>
              </w:rPr>
              <w:lastRenderedPageBreak/>
              <w:t>Namjena fakultativne nastave</w:t>
            </w:r>
          </w:p>
        </w:tc>
        <w:tc>
          <w:tcPr>
            <w:tcW w:w="6690" w:type="dxa"/>
            <w:vAlign w:val="center"/>
          </w:tcPr>
          <w:p w14:paraId="44E58804" w14:textId="77777777" w:rsidR="00F40FE8" w:rsidRPr="00D31D98" w:rsidRDefault="00F40FE8" w:rsidP="00966809">
            <w:pPr>
              <w:rPr>
                <w:szCs w:val="24"/>
              </w:rPr>
            </w:pPr>
            <w:r w:rsidRPr="00D31D98">
              <w:rPr>
                <w:szCs w:val="24"/>
              </w:rPr>
              <w:t>Fakultativna nastava umjetne inteligencije namijenjena je učenicima koji žele proširiti znanja i vještine iz područja umjetne inteligencije, podataka i tehnologija u nastajanju. Nastava omogućuje učenicima upoznavanje suvremenih AI alata i njihovu primjenu u učenju, istraživanju, rješavanju problema i stvaranju vlastitih digitalnih rješenja. Kroz praktične aktivnosti i projektni rad učenici će razvijati računalno razmišljanje, kreativnost, kritičko mišljenje, samostalnost i vještine suradnje. Poseban naglasak stavlja se na razumijevanje mogućnosti i ograničenja umjetne inteligencije te na njezinu sigurnu, odgovornu i etičnu primjenu. Nastava učenike priprema za daljnje obrazovanje, buduće zanimanje i aktivno sudjelovanje u društvu u kojem umjetna inteligencija i nove tehnologije imaju sve važniju ulogu.</w:t>
            </w:r>
          </w:p>
        </w:tc>
      </w:tr>
      <w:tr w:rsidR="00F40FE8" w:rsidRPr="00D31D98" w14:paraId="381B26BB" w14:textId="77777777" w:rsidTr="00F40FE8">
        <w:trPr>
          <w:cantSplit/>
        </w:trPr>
        <w:tc>
          <w:tcPr>
            <w:tcW w:w="2381" w:type="dxa"/>
            <w:vAlign w:val="center"/>
          </w:tcPr>
          <w:p w14:paraId="735661CB" w14:textId="77777777" w:rsidR="00F40FE8" w:rsidRPr="00D31D98" w:rsidRDefault="00F40FE8" w:rsidP="00966809">
            <w:pPr>
              <w:rPr>
                <w:szCs w:val="24"/>
              </w:rPr>
            </w:pPr>
            <w:r w:rsidRPr="00D31D98">
              <w:rPr>
                <w:b/>
                <w:bCs/>
                <w:szCs w:val="24"/>
              </w:rPr>
              <w:t>Nositelji fakultativne nastave i njihova odgovornost</w:t>
            </w:r>
          </w:p>
        </w:tc>
        <w:tc>
          <w:tcPr>
            <w:tcW w:w="6690" w:type="dxa"/>
            <w:vAlign w:val="center"/>
          </w:tcPr>
          <w:p w14:paraId="53F2B10A" w14:textId="77777777" w:rsidR="00F40FE8" w:rsidRPr="00D31D98" w:rsidRDefault="00F40FE8" w:rsidP="00966809">
            <w:pPr>
              <w:rPr>
                <w:szCs w:val="24"/>
              </w:rPr>
            </w:pPr>
            <w:r w:rsidRPr="00D31D98">
              <w:rPr>
                <w:szCs w:val="24"/>
              </w:rPr>
              <w:t xml:space="preserve">Jelena </w:t>
            </w:r>
            <w:proofErr w:type="spellStart"/>
            <w:r w:rsidRPr="00D31D98">
              <w:rPr>
                <w:szCs w:val="24"/>
              </w:rPr>
              <w:t>Radlović</w:t>
            </w:r>
            <w:proofErr w:type="spellEnd"/>
          </w:p>
          <w:p w14:paraId="207EB60F" w14:textId="77777777" w:rsidR="00F40FE8" w:rsidRPr="00D31D98" w:rsidRDefault="00F40FE8" w:rsidP="00966809">
            <w:pPr>
              <w:rPr>
                <w:szCs w:val="24"/>
              </w:rPr>
            </w:pPr>
            <w:r w:rsidRPr="00D31D98">
              <w:rPr>
                <w:szCs w:val="24"/>
              </w:rPr>
              <w:t>Nastavnik (mentor) je odgovoran za planiranje i vođenje svih aktivnosti, osiguravajući jasne upute i potrebne resurse za učenike. Njegova uloga uključuje pružanje stručne podrške, mentorstvo i usmjeravanje učenika tijekom rješavanja tehničkih problema i razvoja projekata. Nastavnik  također prati napredak učenika, vrednuje njihov rad te daje konstruktivne povratne informacije kako bi potaknuo daljnji razvoj vještina. Osim toga, nastavnik je odgovoran za poticanje suradnje među učenicima te stvaranje poticajnog okruženja za inovativnost i samostalnost.</w:t>
            </w:r>
          </w:p>
        </w:tc>
      </w:tr>
      <w:tr w:rsidR="00F40FE8" w:rsidRPr="00D31D98" w14:paraId="6303E33B" w14:textId="77777777" w:rsidTr="00F40FE8">
        <w:trPr>
          <w:cantSplit/>
        </w:trPr>
        <w:tc>
          <w:tcPr>
            <w:tcW w:w="2381" w:type="dxa"/>
            <w:vAlign w:val="center"/>
          </w:tcPr>
          <w:p w14:paraId="04A9A024" w14:textId="77777777" w:rsidR="00F40FE8" w:rsidRPr="00D31D98" w:rsidRDefault="00F40FE8" w:rsidP="00966809">
            <w:pPr>
              <w:rPr>
                <w:szCs w:val="24"/>
              </w:rPr>
            </w:pPr>
            <w:r w:rsidRPr="00D31D98">
              <w:rPr>
                <w:b/>
                <w:bCs/>
                <w:szCs w:val="24"/>
              </w:rPr>
              <w:t>Različite realizacije fakultativne nastave</w:t>
            </w:r>
          </w:p>
        </w:tc>
        <w:tc>
          <w:tcPr>
            <w:tcW w:w="6690" w:type="dxa"/>
            <w:vAlign w:val="center"/>
          </w:tcPr>
          <w:p w14:paraId="7A712E23" w14:textId="77777777" w:rsidR="00F40FE8" w:rsidRPr="00D31D98" w:rsidRDefault="00F40FE8" w:rsidP="00966809">
            <w:pPr>
              <w:rPr>
                <w:szCs w:val="24"/>
              </w:rPr>
            </w:pPr>
            <w:r w:rsidRPr="00D31D98">
              <w:rPr>
                <w:szCs w:val="24"/>
              </w:rPr>
              <w:t>Praktični rad, timski projekt, radionice, predavanja, samostalni rad</w:t>
            </w:r>
          </w:p>
        </w:tc>
      </w:tr>
      <w:tr w:rsidR="00F40FE8" w:rsidRPr="00D31D98" w14:paraId="2236163B" w14:textId="77777777" w:rsidTr="00F40FE8">
        <w:trPr>
          <w:cantSplit/>
        </w:trPr>
        <w:tc>
          <w:tcPr>
            <w:tcW w:w="2381" w:type="dxa"/>
            <w:vAlign w:val="center"/>
          </w:tcPr>
          <w:p w14:paraId="27314BA4" w14:textId="77777777" w:rsidR="00F40FE8" w:rsidRPr="00D31D98" w:rsidRDefault="00F40FE8" w:rsidP="00966809">
            <w:pPr>
              <w:rPr>
                <w:szCs w:val="24"/>
              </w:rPr>
            </w:pPr>
            <w:proofErr w:type="spellStart"/>
            <w:r w:rsidRPr="00D31D98">
              <w:rPr>
                <w:b/>
                <w:bCs/>
                <w:szCs w:val="24"/>
              </w:rPr>
              <w:t>Vremenik</w:t>
            </w:r>
            <w:proofErr w:type="spellEnd"/>
            <w:r w:rsidRPr="00D31D98">
              <w:rPr>
                <w:b/>
                <w:bCs/>
                <w:szCs w:val="24"/>
              </w:rPr>
              <w:t xml:space="preserve"> fakultativne nastave</w:t>
            </w:r>
          </w:p>
        </w:tc>
        <w:tc>
          <w:tcPr>
            <w:tcW w:w="6690" w:type="dxa"/>
            <w:vAlign w:val="center"/>
          </w:tcPr>
          <w:p w14:paraId="292F9A10" w14:textId="77777777" w:rsidR="00F40FE8" w:rsidRPr="00D31D98" w:rsidRDefault="00F40FE8" w:rsidP="00966809">
            <w:pPr>
              <w:rPr>
                <w:szCs w:val="24"/>
              </w:rPr>
            </w:pPr>
            <w:r w:rsidRPr="00D31D98">
              <w:rPr>
                <w:szCs w:val="24"/>
              </w:rPr>
              <w:t>Od rujna 2026. do lipnja 2027. (2 školska sata tjedno)</w:t>
            </w:r>
          </w:p>
        </w:tc>
      </w:tr>
      <w:tr w:rsidR="00F40FE8" w:rsidRPr="00D31D98" w14:paraId="619101A6" w14:textId="77777777" w:rsidTr="00F40FE8">
        <w:trPr>
          <w:cantSplit/>
        </w:trPr>
        <w:tc>
          <w:tcPr>
            <w:tcW w:w="2381" w:type="dxa"/>
            <w:vAlign w:val="center"/>
          </w:tcPr>
          <w:p w14:paraId="0FFF94AD" w14:textId="77777777" w:rsidR="00F40FE8" w:rsidRPr="00D31D98" w:rsidRDefault="00F40FE8" w:rsidP="00966809">
            <w:pPr>
              <w:rPr>
                <w:szCs w:val="24"/>
              </w:rPr>
            </w:pPr>
            <w:r w:rsidRPr="00D31D98">
              <w:rPr>
                <w:b/>
                <w:bCs/>
                <w:szCs w:val="24"/>
              </w:rPr>
              <w:t>Troškovnik fakultativne nastave</w:t>
            </w:r>
          </w:p>
        </w:tc>
        <w:tc>
          <w:tcPr>
            <w:tcW w:w="6690" w:type="dxa"/>
            <w:vAlign w:val="center"/>
          </w:tcPr>
          <w:p w14:paraId="5AF77003" w14:textId="77777777" w:rsidR="00F40FE8" w:rsidRPr="00D31D98" w:rsidRDefault="00F40FE8" w:rsidP="00966809">
            <w:pPr>
              <w:rPr>
                <w:szCs w:val="24"/>
              </w:rPr>
            </w:pPr>
            <w:r w:rsidRPr="00D31D98">
              <w:rPr>
                <w:szCs w:val="24"/>
              </w:rPr>
              <w:t>Nema</w:t>
            </w:r>
          </w:p>
        </w:tc>
      </w:tr>
      <w:tr w:rsidR="00F40FE8" w:rsidRPr="00D31D98" w14:paraId="53463C64" w14:textId="77777777" w:rsidTr="00F40FE8">
        <w:trPr>
          <w:cantSplit/>
        </w:trPr>
        <w:tc>
          <w:tcPr>
            <w:tcW w:w="2381" w:type="dxa"/>
            <w:vAlign w:val="center"/>
          </w:tcPr>
          <w:p w14:paraId="12F91FFD" w14:textId="77777777" w:rsidR="00F40FE8" w:rsidRPr="00D31D98" w:rsidRDefault="00F40FE8" w:rsidP="00966809">
            <w:pPr>
              <w:rPr>
                <w:szCs w:val="24"/>
              </w:rPr>
            </w:pPr>
            <w:r w:rsidRPr="00D31D98">
              <w:rPr>
                <w:b/>
                <w:bCs/>
                <w:szCs w:val="24"/>
              </w:rPr>
              <w:t>Način vrednovanja i korištenja rezultata vrednovanja</w:t>
            </w:r>
          </w:p>
        </w:tc>
        <w:tc>
          <w:tcPr>
            <w:tcW w:w="6690" w:type="dxa"/>
            <w:vAlign w:val="center"/>
          </w:tcPr>
          <w:p w14:paraId="7A4CE8D9" w14:textId="77777777" w:rsidR="00F40FE8" w:rsidRPr="00D31D98" w:rsidRDefault="00F40FE8" w:rsidP="00966809">
            <w:pPr>
              <w:rPr>
                <w:szCs w:val="24"/>
              </w:rPr>
            </w:pPr>
            <w:r w:rsidRPr="00D31D98">
              <w:rPr>
                <w:szCs w:val="24"/>
              </w:rPr>
              <w:t xml:space="preserve">Vrednovanje naučenoga se temelji na tri elementa: usvojenost znanja, rješavanje problema i digitalni sadržaji i suradnja. Učenici se ocjenjuju na temelju razumijevanja i primjene tehničkih koncepata, sposobnosti analiziranja i rješavanja tehničkih izazova te vještina izrade i prezentacije projekata. Vrednovanje uključuje praktične zadatke, grupne projekte i samostalne aktivnosti. </w:t>
            </w:r>
          </w:p>
          <w:p w14:paraId="738DD905" w14:textId="77777777" w:rsidR="00F40FE8" w:rsidRPr="00D31D98" w:rsidRDefault="00F40FE8" w:rsidP="00966809">
            <w:pPr>
              <w:rPr>
                <w:szCs w:val="24"/>
              </w:rPr>
            </w:pPr>
            <w:r w:rsidRPr="00D31D98">
              <w:rPr>
                <w:szCs w:val="24"/>
              </w:rPr>
              <w:t>Formativno vrednovanje se temelji na različitim metodama i tehnikama vrednovanja za učenje i vrednovanja kao učenja kroz kontinuirano prikupljanje informacija o napretku učenika tijekom nastavnog procesa.</w:t>
            </w:r>
          </w:p>
          <w:p w14:paraId="23CB8F54" w14:textId="77777777" w:rsidR="00F40FE8" w:rsidRPr="00D31D98" w:rsidRDefault="00F40FE8" w:rsidP="00966809">
            <w:pPr>
              <w:rPr>
                <w:szCs w:val="24"/>
              </w:rPr>
            </w:pPr>
            <w:r w:rsidRPr="00D31D98">
              <w:rPr>
                <w:szCs w:val="24"/>
              </w:rPr>
              <w:t>Rezultati vrednovanja koriste se za praćenje napretka učenika i prilagodbu nastavnih aktivnosti njihovim potrebama. Povratne informacije pomažu učenicima da prepoznaju svoja jaka područja i identificiraju gdje trebaju više razviti svoje vještine. Također, rezultati pomažu nastavniku u optimizaciji budućih aktivnosti i prilagodbi nastave specifičnim interesima i razinama znanja učenika.</w:t>
            </w:r>
          </w:p>
        </w:tc>
      </w:tr>
    </w:tbl>
    <w:p w14:paraId="4887AEFB" w14:textId="77777777" w:rsidR="00310619" w:rsidRPr="00D31D98" w:rsidRDefault="00310619">
      <w:pPr>
        <w:spacing w:after="0"/>
        <w:rPr>
          <w:szCs w:val="24"/>
        </w:rPr>
      </w:pPr>
    </w:p>
    <w:p w14:paraId="1850A72E" w14:textId="77777777" w:rsidR="00310619" w:rsidRPr="00D31D98" w:rsidRDefault="00310619" w:rsidP="00571F54">
      <w:pPr>
        <w:pBdr>
          <w:between w:val="single" w:sz="4" w:space="1" w:color="auto"/>
        </w:pBdr>
        <w:spacing w:after="0"/>
        <w:rPr>
          <w:szCs w:val="24"/>
        </w:rPr>
      </w:pPr>
    </w:p>
    <w:tbl>
      <w:tblPr>
        <w:tblStyle w:val="Reetkatablice"/>
        <w:tblW w:w="9071" w:type="dxa"/>
        <w:tblCellSpacing w:w="6"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90"/>
        <w:gridCol w:w="6681"/>
      </w:tblGrid>
      <w:tr w:rsidR="00310619" w:rsidRPr="00D31D98" w14:paraId="399EDCE7" w14:textId="77777777" w:rsidTr="00571F54">
        <w:trPr>
          <w:cantSplit/>
          <w:tblCellSpacing w:w="6" w:type="dxa"/>
        </w:trPr>
        <w:tc>
          <w:tcPr>
            <w:tcW w:w="2381" w:type="dxa"/>
            <w:vAlign w:val="center"/>
            <w:hideMark/>
          </w:tcPr>
          <w:p w14:paraId="692A5AF0" w14:textId="77777777" w:rsidR="00310619" w:rsidRPr="00D31D98" w:rsidRDefault="00310619" w:rsidP="00966809">
            <w:pPr>
              <w:keepNext/>
              <w:widowControl w:val="0"/>
              <w:rPr>
                <w:b/>
                <w:szCs w:val="24"/>
              </w:rPr>
            </w:pPr>
            <w:r w:rsidRPr="00D31D98">
              <w:rPr>
                <w:b/>
                <w:bCs/>
                <w:szCs w:val="24"/>
              </w:rPr>
              <w:t>AKTIVNOST</w:t>
            </w:r>
          </w:p>
        </w:tc>
        <w:tc>
          <w:tcPr>
            <w:tcW w:w="6690" w:type="dxa"/>
            <w:vAlign w:val="center"/>
            <w:hideMark/>
          </w:tcPr>
          <w:p w14:paraId="18EF911E" w14:textId="77777777" w:rsidR="00310619" w:rsidRPr="00D31D98" w:rsidRDefault="00310619" w:rsidP="00966809">
            <w:pPr>
              <w:keepNext/>
              <w:widowControl w:val="0"/>
              <w:rPr>
                <w:b/>
                <w:szCs w:val="24"/>
              </w:rPr>
            </w:pPr>
            <w:r w:rsidRPr="00D31D98">
              <w:rPr>
                <w:b/>
                <w:bCs/>
                <w:szCs w:val="24"/>
              </w:rPr>
              <w:t>Antička kultura i civilizacija</w:t>
            </w:r>
          </w:p>
        </w:tc>
      </w:tr>
      <w:tr w:rsidR="00310619" w:rsidRPr="00D31D98" w14:paraId="441441C9" w14:textId="77777777" w:rsidTr="00571F54">
        <w:trPr>
          <w:cantSplit/>
          <w:tblCellSpacing w:w="6" w:type="dxa"/>
        </w:trPr>
        <w:tc>
          <w:tcPr>
            <w:tcW w:w="2381" w:type="dxa"/>
            <w:vAlign w:val="center"/>
            <w:hideMark/>
          </w:tcPr>
          <w:p w14:paraId="1E8D5BD1" w14:textId="77777777" w:rsidR="00310619" w:rsidRPr="00D31D98" w:rsidRDefault="00310619" w:rsidP="00966809">
            <w:pPr>
              <w:widowControl w:val="0"/>
              <w:rPr>
                <w:b/>
                <w:szCs w:val="24"/>
              </w:rPr>
            </w:pPr>
            <w:r w:rsidRPr="00D31D98">
              <w:rPr>
                <w:b/>
                <w:bCs/>
                <w:szCs w:val="24"/>
              </w:rPr>
              <w:t>Ciljevi</w:t>
            </w:r>
          </w:p>
        </w:tc>
        <w:tc>
          <w:tcPr>
            <w:tcW w:w="6690" w:type="dxa"/>
            <w:vAlign w:val="center"/>
            <w:hideMark/>
          </w:tcPr>
          <w:p w14:paraId="300828DC" w14:textId="77777777" w:rsidR="00310619" w:rsidRPr="00D31D98" w:rsidRDefault="00310619" w:rsidP="00966809">
            <w:pPr>
              <w:widowControl w:val="0"/>
              <w:rPr>
                <w:szCs w:val="24"/>
              </w:rPr>
            </w:pPr>
            <w:r w:rsidRPr="00D31D98">
              <w:rPr>
                <w:szCs w:val="24"/>
              </w:rPr>
              <w:t>U korelaciji s drugim predmetima omogućiti učenicima stjecanje određenih znanja i poticati učenike na dodatno učenje izvan redovnog programa. U</w:t>
            </w:r>
            <w:r w:rsidRPr="00D31D98">
              <w:rPr>
                <w:color w:val="000000"/>
                <w:szCs w:val="24"/>
              </w:rPr>
              <w:t>čenici upoznavaju i usvajaju osnovne antičke pojmove i civilizacijske osobitosti kao dio obrazovnog i kulturnog znanja potrebnog za buduće fakultetsko obrazovanje</w:t>
            </w:r>
          </w:p>
        </w:tc>
      </w:tr>
      <w:tr w:rsidR="00310619" w:rsidRPr="00D31D98" w14:paraId="11081387" w14:textId="77777777" w:rsidTr="00571F54">
        <w:trPr>
          <w:cantSplit/>
          <w:tblCellSpacing w:w="6" w:type="dxa"/>
        </w:trPr>
        <w:tc>
          <w:tcPr>
            <w:tcW w:w="2381" w:type="dxa"/>
            <w:vAlign w:val="center"/>
            <w:hideMark/>
          </w:tcPr>
          <w:p w14:paraId="582C88E5" w14:textId="77777777" w:rsidR="00310619" w:rsidRPr="00D31D98" w:rsidRDefault="00310619" w:rsidP="00966809">
            <w:pPr>
              <w:widowControl w:val="0"/>
              <w:rPr>
                <w:b/>
                <w:szCs w:val="24"/>
              </w:rPr>
            </w:pPr>
            <w:r w:rsidRPr="00D31D98">
              <w:rPr>
                <w:b/>
                <w:bCs/>
                <w:szCs w:val="24"/>
              </w:rPr>
              <w:t>Namjena</w:t>
            </w:r>
          </w:p>
        </w:tc>
        <w:tc>
          <w:tcPr>
            <w:tcW w:w="6690" w:type="dxa"/>
            <w:vAlign w:val="center"/>
            <w:hideMark/>
          </w:tcPr>
          <w:p w14:paraId="3F8CA0F8" w14:textId="77777777" w:rsidR="00310619" w:rsidRPr="00D31D98" w:rsidRDefault="00310619" w:rsidP="00966809">
            <w:pPr>
              <w:widowControl w:val="0"/>
              <w:rPr>
                <w:szCs w:val="24"/>
              </w:rPr>
            </w:pPr>
            <w:r w:rsidRPr="00D31D98">
              <w:rPr>
                <w:szCs w:val="24"/>
              </w:rPr>
              <w:t>Poticati radoznalost za novim sadržajima</w:t>
            </w:r>
          </w:p>
        </w:tc>
      </w:tr>
      <w:tr w:rsidR="00310619" w:rsidRPr="00D31D98" w14:paraId="003C4FC1" w14:textId="77777777" w:rsidTr="00571F54">
        <w:trPr>
          <w:cantSplit/>
          <w:tblCellSpacing w:w="6" w:type="dxa"/>
        </w:trPr>
        <w:tc>
          <w:tcPr>
            <w:tcW w:w="2381" w:type="dxa"/>
            <w:vAlign w:val="center"/>
            <w:hideMark/>
          </w:tcPr>
          <w:p w14:paraId="7DE1D5D1" w14:textId="77777777" w:rsidR="00310619" w:rsidRPr="00D31D98" w:rsidRDefault="00310619" w:rsidP="00966809">
            <w:pPr>
              <w:widowControl w:val="0"/>
              <w:rPr>
                <w:b/>
                <w:szCs w:val="24"/>
              </w:rPr>
            </w:pPr>
            <w:r w:rsidRPr="00D31D98">
              <w:rPr>
                <w:b/>
                <w:bCs/>
                <w:szCs w:val="24"/>
              </w:rPr>
              <w:t>Nositelji aktivnosti</w:t>
            </w:r>
          </w:p>
        </w:tc>
        <w:tc>
          <w:tcPr>
            <w:tcW w:w="6690" w:type="dxa"/>
            <w:vAlign w:val="center"/>
            <w:hideMark/>
          </w:tcPr>
          <w:p w14:paraId="5BD4A078" w14:textId="77777777" w:rsidR="00310619" w:rsidRPr="00D31D98" w:rsidRDefault="00310619" w:rsidP="00966809">
            <w:pPr>
              <w:widowControl w:val="0"/>
              <w:rPr>
                <w:szCs w:val="24"/>
              </w:rPr>
            </w:pPr>
            <w:r w:rsidRPr="00D31D98">
              <w:rPr>
                <w:color w:val="000000"/>
                <w:szCs w:val="24"/>
              </w:rPr>
              <w:t>Pojedini</w:t>
            </w:r>
            <w:r w:rsidRPr="00D31D98">
              <w:rPr>
                <w:szCs w:val="24"/>
              </w:rPr>
              <w:t xml:space="preserve"> učenici </w:t>
            </w:r>
            <w:r w:rsidRPr="00D31D98">
              <w:rPr>
                <w:color w:val="000000"/>
                <w:szCs w:val="24"/>
              </w:rPr>
              <w:t>drugih</w:t>
            </w:r>
            <w:r w:rsidRPr="00D31D98">
              <w:rPr>
                <w:szCs w:val="24"/>
              </w:rPr>
              <w:t xml:space="preserve"> razreda.</w:t>
            </w:r>
          </w:p>
          <w:p w14:paraId="071D0B04" w14:textId="77777777" w:rsidR="00310619" w:rsidRPr="00D31D98" w:rsidRDefault="00310619" w:rsidP="00966809">
            <w:pPr>
              <w:widowControl w:val="0"/>
              <w:rPr>
                <w:szCs w:val="24"/>
              </w:rPr>
            </w:pPr>
            <w:r w:rsidRPr="00D31D98">
              <w:rPr>
                <w:szCs w:val="24"/>
              </w:rPr>
              <w:t>Prof. Jakov Šimatović</w:t>
            </w:r>
          </w:p>
        </w:tc>
      </w:tr>
      <w:tr w:rsidR="00310619" w:rsidRPr="00D31D98" w14:paraId="580AAFFA" w14:textId="77777777" w:rsidTr="00571F54">
        <w:trPr>
          <w:cantSplit/>
          <w:tblCellSpacing w:w="6" w:type="dxa"/>
        </w:trPr>
        <w:tc>
          <w:tcPr>
            <w:tcW w:w="2381" w:type="dxa"/>
            <w:vAlign w:val="center"/>
            <w:hideMark/>
          </w:tcPr>
          <w:p w14:paraId="24CC548A" w14:textId="77777777" w:rsidR="00310619" w:rsidRPr="00D31D98" w:rsidRDefault="00310619" w:rsidP="00966809">
            <w:pPr>
              <w:widowControl w:val="0"/>
              <w:rPr>
                <w:b/>
                <w:szCs w:val="24"/>
              </w:rPr>
            </w:pPr>
            <w:r w:rsidRPr="00D31D98">
              <w:rPr>
                <w:b/>
                <w:bCs/>
                <w:szCs w:val="24"/>
              </w:rPr>
              <w:t>Način realizacije</w:t>
            </w:r>
          </w:p>
        </w:tc>
        <w:tc>
          <w:tcPr>
            <w:tcW w:w="6690" w:type="dxa"/>
            <w:vAlign w:val="center"/>
            <w:hideMark/>
          </w:tcPr>
          <w:p w14:paraId="4DD3F92A" w14:textId="77777777" w:rsidR="00310619" w:rsidRPr="00D31D98" w:rsidRDefault="00310619" w:rsidP="00966809">
            <w:pPr>
              <w:widowControl w:val="0"/>
              <w:rPr>
                <w:szCs w:val="24"/>
              </w:rPr>
            </w:pPr>
            <w:r w:rsidRPr="00D31D98">
              <w:rPr>
                <w:szCs w:val="24"/>
              </w:rPr>
              <w:t>Predavanje na školskom satu, izlaganje učenika, terenska nastava, projektna nastava</w:t>
            </w:r>
          </w:p>
        </w:tc>
      </w:tr>
      <w:tr w:rsidR="00310619" w:rsidRPr="00D31D98" w14:paraId="486C414C" w14:textId="77777777" w:rsidTr="00571F54">
        <w:trPr>
          <w:cantSplit/>
          <w:tblCellSpacing w:w="6" w:type="dxa"/>
        </w:trPr>
        <w:tc>
          <w:tcPr>
            <w:tcW w:w="2381" w:type="dxa"/>
            <w:vAlign w:val="center"/>
            <w:hideMark/>
          </w:tcPr>
          <w:p w14:paraId="2D0DDCFE" w14:textId="77777777" w:rsidR="00310619" w:rsidRPr="00D31D98" w:rsidRDefault="00310619" w:rsidP="00966809">
            <w:pPr>
              <w:widowControl w:val="0"/>
              <w:rPr>
                <w:b/>
                <w:szCs w:val="24"/>
              </w:rPr>
            </w:pPr>
            <w:proofErr w:type="spellStart"/>
            <w:r w:rsidRPr="00D31D98">
              <w:rPr>
                <w:b/>
                <w:bCs/>
                <w:szCs w:val="24"/>
              </w:rPr>
              <w:t>Vremenik</w:t>
            </w:r>
            <w:proofErr w:type="spellEnd"/>
          </w:p>
        </w:tc>
        <w:tc>
          <w:tcPr>
            <w:tcW w:w="6690" w:type="dxa"/>
            <w:vAlign w:val="center"/>
            <w:hideMark/>
          </w:tcPr>
          <w:p w14:paraId="07E3C795" w14:textId="77777777" w:rsidR="00310619" w:rsidRPr="00D31D98" w:rsidRDefault="00310619" w:rsidP="00966809">
            <w:pPr>
              <w:widowControl w:val="0"/>
              <w:rPr>
                <w:szCs w:val="24"/>
              </w:rPr>
            </w:pPr>
            <w:r w:rsidRPr="00D31D98">
              <w:rPr>
                <w:szCs w:val="24"/>
              </w:rPr>
              <w:t>Tijekom školske godine</w:t>
            </w:r>
          </w:p>
        </w:tc>
      </w:tr>
      <w:tr w:rsidR="00310619" w:rsidRPr="00D31D98" w14:paraId="40B891F0" w14:textId="77777777" w:rsidTr="00571F54">
        <w:trPr>
          <w:cantSplit/>
          <w:tblCellSpacing w:w="6" w:type="dxa"/>
        </w:trPr>
        <w:tc>
          <w:tcPr>
            <w:tcW w:w="2381" w:type="dxa"/>
            <w:vAlign w:val="center"/>
            <w:hideMark/>
          </w:tcPr>
          <w:p w14:paraId="7C11D3DA" w14:textId="77777777" w:rsidR="00310619" w:rsidRPr="00D31D98" w:rsidRDefault="00310619" w:rsidP="00966809">
            <w:pPr>
              <w:widowControl w:val="0"/>
              <w:rPr>
                <w:b/>
                <w:szCs w:val="24"/>
              </w:rPr>
            </w:pPr>
            <w:r w:rsidRPr="00D31D98">
              <w:rPr>
                <w:b/>
                <w:bCs/>
                <w:szCs w:val="24"/>
              </w:rPr>
              <w:t>Vrednovanje</w:t>
            </w:r>
          </w:p>
        </w:tc>
        <w:tc>
          <w:tcPr>
            <w:tcW w:w="6690" w:type="dxa"/>
            <w:vAlign w:val="center"/>
            <w:hideMark/>
          </w:tcPr>
          <w:p w14:paraId="52F94AD4" w14:textId="77777777" w:rsidR="00310619" w:rsidRPr="00D31D98" w:rsidRDefault="00310619" w:rsidP="00966809">
            <w:pPr>
              <w:widowControl w:val="0"/>
              <w:rPr>
                <w:szCs w:val="24"/>
              </w:rPr>
            </w:pPr>
            <w:r w:rsidRPr="00D31D98">
              <w:rPr>
                <w:szCs w:val="24"/>
              </w:rPr>
              <w:t xml:space="preserve">Ocjena u nastavi fakultativnog predmeta </w:t>
            </w:r>
          </w:p>
        </w:tc>
      </w:tr>
      <w:tr w:rsidR="00310619" w:rsidRPr="00D31D98" w14:paraId="26EB461C" w14:textId="77777777" w:rsidTr="00571F54">
        <w:trPr>
          <w:cantSplit/>
          <w:tblCellSpacing w:w="6" w:type="dxa"/>
        </w:trPr>
        <w:tc>
          <w:tcPr>
            <w:tcW w:w="2381" w:type="dxa"/>
            <w:vAlign w:val="center"/>
            <w:hideMark/>
          </w:tcPr>
          <w:p w14:paraId="03C385C0" w14:textId="77777777" w:rsidR="00310619" w:rsidRPr="00D31D98" w:rsidRDefault="00310619" w:rsidP="00966809">
            <w:pPr>
              <w:widowControl w:val="0"/>
              <w:rPr>
                <w:b/>
                <w:szCs w:val="24"/>
              </w:rPr>
            </w:pPr>
            <w:r w:rsidRPr="00D31D98">
              <w:rPr>
                <w:b/>
                <w:bCs/>
                <w:szCs w:val="24"/>
              </w:rPr>
              <w:t>Troškovnik</w:t>
            </w:r>
          </w:p>
        </w:tc>
        <w:tc>
          <w:tcPr>
            <w:tcW w:w="6690" w:type="dxa"/>
            <w:vAlign w:val="center"/>
            <w:hideMark/>
          </w:tcPr>
          <w:p w14:paraId="7EEEB6E4" w14:textId="77777777" w:rsidR="00310619" w:rsidRPr="00D31D98" w:rsidRDefault="00310619" w:rsidP="00966809">
            <w:pPr>
              <w:widowControl w:val="0"/>
              <w:rPr>
                <w:szCs w:val="24"/>
              </w:rPr>
            </w:pPr>
            <w:r w:rsidRPr="00D31D98">
              <w:rPr>
                <w:szCs w:val="24"/>
              </w:rPr>
              <w:t>Nema troškova</w:t>
            </w:r>
          </w:p>
        </w:tc>
      </w:tr>
    </w:tbl>
    <w:p w14:paraId="2AED6EA0" w14:textId="77777777" w:rsidR="00310619" w:rsidRDefault="00310619" w:rsidP="00310619">
      <w:pPr>
        <w:spacing w:after="0"/>
        <w:rPr>
          <w:szCs w:val="24"/>
        </w:rPr>
      </w:pPr>
    </w:p>
    <w:p w14:paraId="71B9AA6B" w14:textId="77777777" w:rsidR="00966809" w:rsidRDefault="00966809" w:rsidP="00310619">
      <w:pPr>
        <w:spacing w:after="0"/>
        <w:rPr>
          <w:szCs w:val="24"/>
        </w:rPr>
      </w:pPr>
    </w:p>
    <w:p w14:paraId="7ACBB0D8" w14:textId="77777777" w:rsidR="00966809" w:rsidRPr="00D31D98" w:rsidRDefault="00966809" w:rsidP="00310619">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310619" w:rsidRPr="00D31D98" w14:paraId="236BADD7" w14:textId="77777777" w:rsidTr="00966809">
        <w:trPr>
          <w:cantSplit/>
        </w:trPr>
        <w:tc>
          <w:tcPr>
            <w:tcW w:w="2381" w:type="dxa"/>
            <w:vAlign w:val="center"/>
          </w:tcPr>
          <w:p w14:paraId="734C56E9" w14:textId="77777777" w:rsidR="00310619" w:rsidRPr="00D31D98" w:rsidRDefault="00310619" w:rsidP="00966809">
            <w:pPr>
              <w:pStyle w:val="Sadrajitablice"/>
              <w:keepNext/>
              <w:rPr>
                <w:rFonts w:eastAsia="Times New Roman" w:cs="Times New Roman"/>
                <w:b/>
                <w:lang w:val="hr-HR"/>
              </w:rPr>
            </w:pPr>
            <w:r w:rsidRPr="00D31D98">
              <w:rPr>
                <w:rFonts w:eastAsia="Times New Roman" w:cs="Times New Roman"/>
                <w:b/>
                <w:bCs/>
                <w:lang w:val="hr-HR"/>
              </w:rPr>
              <w:t>AKTIVNOST</w:t>
            </w:r>
          </w:p>
        </w:tc>
        <w:tc>
          <w:tcPr>
            <w:tcW w:w="6690" w:type="dxa"/>
            <w:vAlign w:val="center"/>
          </w:tcPr>
          <w:p w14:paraId="52AF2001" w14:textId="77777777" w:rsidR="00310619" w:rsidRPr="00D31D98" w:rsidRDefault="00310619" w:rsidP="00966809">
            <w:pPr>
              <w:pStyle w:val="Sadrajitablice"/>
              <w:keepNext/>
              <w:rPr>
                <w:rFonts w:eastAsia="Times New Roman" w:cs="Times New Roman"/>
                <w:b/>
                <w:lang w:val="hr-HR"/>
              </w:rPr>
            </w:pPr>
            <w:r w:rsidRPr="00D31D98">
              <w:rPr>
                <w:rFonts w:eastAsia="Times New Roman" w:cs="Times New Roman"/>
                <w:b/>
                <w:bCs/>
                <w:lang w:val="hr-HR"/>
              </w:rPr>
              <w:t>Etnologija</w:t>
            </w:r>
          </w:p>
        </w:tc>
      </w:tr>
      <w:tr w:rsidR="00310619" w:rsidRPr="00D31D98" w14:paraId="6F8D0197" w14:textId="77777777" w:rsidTr="00966809">
        <w:trPr>
          <w:cantSplit/>
        </w:trPr>
        <w:tc>
          <w:tcPr>
            <w:tcW w:w="2381" w:type="dxa"/>
            <w:vAlign w:val="center"/>
          </w:tcPr>
          <w:p w14:paraId="74F8E506"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Ciljevi</w:t>
            </w:r>
          </w:p>
        </w:tc>
        <w:tc>
          <w:tcPr>
            <w:tcW w:w="6690" w:type="dxa"/>
            <w:vAlign w:val="center"/>
          </w:tcPr>
          <w:p w14:paraId="0B7701CE" w14:textId="77777777" w:rsidR="00310619" w:rsidRPr="00D31D98" w:rsidRDefault="00310619" w:rsidP="00966809">
            <w:pPr>
              <w:widowControl w:val="0"/>
              <w:rPr>
                <w:szCs w:val="24"/>
              </w:rPr>
            </w:pPr>
            <w:r w:rsidRPr="00D31D98">
              <w:rPr>
                <w:szCs w:val="24"/>
              </w:rPr>
              <w:t>U korelaciji s drugim predmetima omogućiti učenicima stjecanje određenih znanja i poticati učenike na dodatno učenje izvan redovnog programa. Učenici prepoznaju društvene i osobne vrijednosti: toleranciju, suradnju i odgovornost. Uočavaju kulturne sličnosti i različitosti, prepoznaju društvene procese.</w:t>
            </w:r>
          </w:p>
        </w:tc>
      </w:tr>
      <w:tr w:rsidR="00310619" w:rsidRPr="00D31D98" w14:paraId="42969961" w14:textId="77777777" w:rsidTr="00966809">
        <w:trPr>
          <w:cantSplit/>
        </w:trPr>
        <w:tc>
          <w:tcPr>
            <w:tcW w:w="2381" w:type="dxa"/>
            <w:vAlign w:val="center"/>
          </w:tcPr>
          <w:p w14:paraId="0F83022F"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2FF77029" w14:textId="77777777" w:rsidR="00310619" w:rsidRPr="00D31D98" w:rsidRDefault="00310619" w:rsidP="00966809">
            <w:pPr>
              <w:pStyle w:val="Sadrajitablice"/>
              <w:rPr>
                <w:rFonts w:eastAsia="Times New Roman" w:cs="Times New Roman"/>
                <w:lang w:val="hr-HR"/>
              </w:rPr>
            </w:pPr>
            <w:r w:rsidRPr="00D31D98">
              <w:rPr>
                <w:rFonts w:eastAsia="Times New Roman" w:cs="Times New Roman"/>
                <w:lang w:val="hr-HR"/>
              </w:rPr>
              <w:t>Poticati radoznalost za novim sadržajima</w:t>
            </w:r>
          </w:p>
        </w:tc>
      </w:tr>
      <w:tr w:rsidR="00310619" w:rsidRPr="00D31D98" w14:paraId="1216D606" w14:textId="77777777" w:rsidTr="00966809">
        <w:trPr>
          <w:cantSplit/>
        </w:trPr>
        <w:tc>
          <w:tcPr>
            <w:tcW w:w="2381" w:type="dxa"/>
            <w:vAlign w:val="center"/>
          </w:tcPr>
          <w:p w14:paraId="2686F8D4"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2304A7A5" w14:textId="77777777" w:rsidR="00310619" w:rsidRPr="00D31D98" w:rsidRDefault="00310619" w:rsidP="00966809">
            <w:pPr>
              <w:pStyle w:val="Sadrajitablice"/>
              <w:rPr>
                <w:rFonts w:eastAsia="Times New Roman" w:cs="Times New Roman"/>
                <w:lang w:val="hr-HR"/>
              </w:rPr>
            </w:pPr>
            <w:r w:rsidRPr="00D31D98">
              <w:rPr>
                <w:rFonts w:eastAsia="Times New Roman" w:cs="Times New Roman"/>
                <w:lang w:val="hr-HR"/>
              </w:rPr>
              <w:t>Pojedini učenici trećih razreda.</w:t>
            </w:r>
          </w:p>
          <w:p w14:paraId="04A03B7D" w14:textId="77777777" w:rsidR="00310619" w:rsidRPr="00D31D98" w:rsidRDefault="00310619" w:rsidP="00966809">
            <w:pPr>
              <w:pStyle w:val="Sadrajitablice"/>
              <w:rPr>
                <w:rFonts w:eastAsia="Times New Roman" w:cs="Times New Roman"/>
                <w:lang w:val="hr-HR"/>
              </w:rPr>
            </w:pPr>
            <w:r w:rsidRPr="00D31D98">
              <w:rPr>
                <w:rFonts w:eastAsia="Times New Roman" w:cs="Times New Roman"/>
                <w:lang w:val="hr-HR"/>
              </w:rPr>
              <w:t>Prof. Jakov Šimatović</w:t>
            </w:r>
          </w:p>
        </w:tc>
      </w:tr>
      <w:tr w:rsidR="00310619" w:rsidRPr="00D31D98" w14:paraId="39C503BE" w14:textId="77777777" w:rsidTr="00966809">
        <w:trPr>
          <w:cantSplit/>
        </w:trPr>
        <w:tc>
          <w:tcPr>
            <w:tcW w:w="2381" w:type="dxa"/>
            <w:vAlign w:val="center"/>
          </w:tcPr>
          <w:p w14:paraId="111D4CB8"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2C14EC96" w14:textId="77777777" w:rsidR="00310619" w:rsidRPr="00D31D98" w:rsidRDefault="00310619" w:rsidP="00966809">
            <w:pPr>
              <w:widowControl w:val="0"/>
              <w:rPr>
                <w:szCs w:val="24"/>
              </w:rPr>
            </w:pPr>
            <w:r w:rsidRPr="00D31D98">
              <w:rPr>
                <w:szCs w:val="24"/>
              </w:rPr>
              <w:t>Predavanje na školskom satu, izlaganje učenika, terenska nastava, projektna nastava</w:t>
            </w:r>
          </w:p>
        </w:tc>
      </w:tr>
      <w:tr w:rsidR="00310619" w:rsidRPr="00D31D98" w14:paraId="33C35332" w14:textId="77777777" w:rsidTr="00966809">
        <w:trPr>
          <w:cantSplit/>
        </w:trPr>
        <w:tc>
          <w:tcPr>
            <w:tcW w:w="2381" w:type="dxa"/>
            <w:vAlign w:val="center"/>
          </w:tcPr>
          <w:p w14:paraId="562D7447" w14:textId="77777777" w:rsidR="00310619" w:rsidRPr="00D31D98" w:rsidRDefault="00310619" w:rsidP="00966809">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28D2A2FC" w14:textId="77777777" w:rsidR="00310619" w:rsidRPr="00D31D98" w:rsidRDefault="00310619" w:rsidP="00966809">
            <w:pPr>
              <w:widowControl w:val="0"/>
              <w:rPr>
                <w:szCs w:val="24"/>
              </w:rPr>
            </w:pPr>
            <w:r w:rsidRPr="00D31D98">
              <w:rPr>
                <w:szCs w:val="24"/>
              </w:rPr>
              <w:t>Tijekom školske godine</w:t>
            </w:r>
          </w:p>
        </w:tc>
      </w:tr>
      <w:tr w:rsidR="00310619" w:rsidRPr="00D31D98" w14:paraId="5FE19699" w14:textId="77777777" w:rsidTr="00966809">
        <w:trPr>
          <w:cantSplit/>
        </w:trPr>
        <w:tc>
          <w:tcPr>
            <w:tcW w:w="2381" w:type="dxa"/>
            <w:vAlign w:val="center"/>
          </w:tcPr>
          <w:p w14:paraId="675B8119"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3C74976A" w14:textId="77777777" w:rsidR="00310619" w:rsidRPr="00D31D98" w:rsidRDefault="00310619" w:rsidP="00966809">
            <w:pPr>
              <w:widowControl w:val="0"/>
              <w:rPr>
                <w:szCs w:val="24"/>
              </w:rPr>
            </w:pPr>
            <w:r w:rsidRPr="00D31D98">
              <w:rPr>
                <w:szCs w:val="24"/>
              </w:rPr>
              <w:t xml:space="preserve">Ocjena u nastavi fakultativnog predmeta </w:t>
            </w:r>
          </w:p>
        </w:tc>
      </w:tr>
      <w:tr w:rsidR="00310619" w:rsidRPr="00D31D98" w14:paraId="3D329663" w14:textId="77777777" w:rsidTr="00966809">
        <w:trPr>
          <w:cantSplit/>
        </w:trPr>
        <w:tc>
          <w:tcPr>
            <w:tcW w:w="2381" w:type="dxa"/>
            <w:vAlign w:val="center"/>
          </w:tcPr>
          <w:p w14:paraId="6C5B444B" w14:textId="77777777" w:rsidR="00310619" w:rsidRPr="00D31D98" w:rsidRDefault="00310619" w:rsidP="00966809">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0457F3DA" w14:textId="77777777" w:rsidR="00310619" w:rsidRPr="00D31D98" w:rsidRDefault="00310619" w:rsidP="00966809">
            <w:pPr>
              <w:pStyle w:val="Sadrajitablice"/>
              <w:rPr>
                <w:rFonts w:eastAsia="Times New Roman" w:cs="Times New Roman"/>
                <w:lang w:val="hr-HR"/>
              </w:rPr>
            </w:pPr>
            <w:r w:rsidRPr="00D31D98">
              <w:rPr>
                <w:rFonts w:eastAsia="Times New Roman" w:cs="Times New Roman"/>
                <w:lang w:val="hr-HR"/>
              </w:rPr>
              <w:t>Nema troškova</w:t>
            </w:r>
          </w:p>
        </w:tc>
      </w:tr>
    </w:tbl>
    <w:p w14:paraId="58C0238A" w14:textId="77777777" w:rsidR="00310619" w:rsidRPr="00D31D98" w:rsidRDefault="00310619" w:rsidP="00310619">
      <w:pPr>
        <w:spacing w:after="0"/>
        <w:rPr>
          <w:szCs w:val="24"/>
        </w:rPr>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310619" w:rsidRPr="00D31D98" w14:paraId="5AAA24D8" w14:textId="77777777" w:rsidTr="00966809">
        <w:trPr>
          <w:cantSplit/>
        </w:trPr>
        <w:tc>
          <w:tcPr>
            <w:tcW w:w="2381" w:type="dxa"/>
            <w:vAlign w:val="center"/>
          </w:tcPr>
          <w:p w14:paraId="5E203B39" w14:textId="77777777" w:rsidR="00310619" w:rsidRPr="00D31D98" w:rsidRDefault="00310619" w:rsidP="00966809">
            <w:pPr>
              <w:keepNext/>
              <w:widowControl w:val="0"/>
              <w:rPr>
                <w:b/>
                <w:szCs w:val="24"/>
              </w:rPr>
            </w:pPr>
            <w:r w:rsidRPr="00D31D98">
              <w:rPr>
                <w:b/>
                <w:bCs/>
                <w:szCs w:val="24"/>
              </w:rPr>
              <w:t>AKTIVNOST</w:t>
            </w:r>
          </w:p>
        </w:tc>
        <w:tc>
          <w:tcPr>
            <w:tcW w:w="6690" w:type="dxa"/>
            <w:vAlign w:val="center"/>
          </w:tcPr>
          <w:p w14:paraId="158CEE99" w14:textId="77777777" w:rsidR="00310619" w:rsidRPr="00D31D98" w:rsidRDefault="00310619" w:rsidP="00966809">
            <w:pPr>
              <w:keepNext/>
              <w:widowControl w:val="0"/>
              <w:rPr>
                <w:b/>
                <w:bCs/>
                <w:szCs w:val="24"/>
              </w:rPr>
            </w:pPr>
            <w:r w:rsidRPr="00D31D98">
              <w:rPr>
                <w:b/>
                <w:bCs/>
                <w:szCs w:val="24"/>
              </w:rPr>
              <w:t>Dodatna nastava iz psihologije/Psihologija u praksi</w:t>
            </w:r>
          </w:p>
        </w:tc>
      </w:tr>
      <w:tr w:rsidR="00310619" w:rsidRPr="00D31D98" w14:paraId="1EE09522" w14:textId="77777777" w:rsidTr="00966809">
        <w:trPr>
          <w:cantSplit/>
        </w:trPr>
        <w:tc>
          <w:tcPr>
            <w:tcW w:w="2381" w:type="dxa"/>
            <w:vAlign w:val="center"/>
          </w:tcPr>
          <w:p w14:paraId="4C545453" w14:textId="77777777" w:rsidR="00310619" w:rsidRPr="00D31D98" w:rsidRDefault="00310619" w:rsidP="00966809">
            <w:pPr>
              <w:widowControl w:val="0"/>
              <w:rPr>
                <w:b/>
                <w:szCs w:val="24"/>
              </w:rPr>
            </w:pPr>
            <w:r w:rsidRPr="00D31D98">
              <w:rPr>
                <w:b/>
                <w:bCs/>
                <w:szCs w:val="24"/>
              </w:rPr>
              <w:t>Ciljevi</w:t>
            </w:r>
          </w:p>
        </w:tc>
        <w:tc>
          <w:tcPr>
            <w:tcW w:w="6690" w:type="dxa"/>
            <w:vAlign w:val="center"/>
          </w:tcPr>
          <w:p w14:paraId="5A33D688" w14:textId="77777777" w:rsidR="00310619" w:rsidRPr="00D31D98" w:rsidRDefault="00310619" w:rsidP="00966809">
            <w:pPr>
              <w:pStyle w:val="Odlomakpopisa"/>
              <w:widowControl w:val="0"/>
              <w:numPr>
                <w:ilvl w:val="0"/>
                <w:numId w:val="9"/>
              </w:numPr>
              <w:ind w:left="255" w:hanging="142"/>
              <w:rPr>
                <w:szCs w:val="24"/>
              </w:rPr>
            </w:pPr>
            <w:r w:rsidRPr="00D31D98">
              <w:rPr>
                <w:szCs w:val="24"/>
              </w:rPr>
              <w:t>Proširiti raspon znanja iz psihologije .</w:t>
            </w:r>
          </w:p>
          <w:p w14:paraId="11BA0C35" w14:textId="77777777" w:rsidR="00310619" w:rsidRPr="00D31D98" w:rsidRDefault="00310619" w:rsidP="00966809">
            <w:pPr>
              <w:widowControl w:val="0"/>
              <w:numPr>
                <w:ilvl w:val="0"/>
                <w:numId w:val="9"/>
              </w:numPr>
              <w:ind w:left="255" w:hanging="142"/>
              <w:rPr>
                <w:szCs w:val="24"/>
              </w:rPr>
            </w:pPr>
            <w:r w:rsidRPr="00D31D98">
              <w:rPr>
                <w:szCs w:val="24"/>
              </w:rPr>
              <w:t>Razviti vještine znanstveno-istraživačkog rada</w:t>
            </w:r>
          </w:p>
          <w:p w14:paraId="2972F6D7" w14:textId="77777777" w:rsidR="00310619" w:rsidRPr="00D31D98" w:rsidRDefault="00310619" w:rsidP="00966809">
            <w:pPr>
              <w:widowControl w:val="0"/>
              <w:numPr>
                <w:ilvl w:val="0"/>
                <w:numId w:val="9"/>
              </w:numPr>
              <w:ind w:left="255" w:hanging="142"/>
              <w:rPr>
                <w:szCs w:val="24"/>
              </w:rPr>
            </w:pPr>
            <w:r w:rsidRPr="00D31D98">
              <w:rPr>
                <w:szCs w:val="24"/>
              </w:rPr>
              <w:t>Poticati analitičko i kritičko mišljenje.</w:t>
            </w:r>
          </w:p>
          <w:p w14:paraId="3A7468AD" w14:textId="77777777" w:rsidR="00310619" w:rsidRPr="00D31D98" w:rsidRDefault="00310619" w:rsidP="00966809">
            <w:pPr>
              <w:widowControl w:val="0"/>
              <w:numPr>
                <w:ilvl w:val="0"/>
                <w:numId w:val="9"/>
              </w:numPr>
              <w:ind w:left="255" w:hanging="142"/>
              <w:rPr>
                <w:szCs w:val="24"/>
              </w:rPr>
            </w:pPr>
            <w:r w:rsidRPr="00D31D98">
              <w:rPr>
                <w:szCs w:val="24"/>
              </w:rPr>
              <w:t>Razvijati empatiju i toleranciju</w:t>
            </w:r>
          </w:p>
        </w:tc>
      </w:tr>
      <w:tr w:rsidR="00310619" w:rsidRPr="00D31D98" w14:paraId="56BC7679" w14:textId="77777777" w:rsidTr="00966809">
        <w:trPr>
          <w:cantSplit/>
        </w:trPr>
        <w:tc>
          <w:tcPr>
            <w:tcW w:w="2381" w:type="dxa"/>
            <w:vAlign w:val="center"/>
          </w:tcPr>
          <w:p w14:paraId="28C5FC7D" w14:textId="77777777" w:rsidR="00310619" w:rsidRPr="00D31D98" w:rsidRDefault="00310619" w:rsidP="00966809">
            <w:pPr>
              <w:widowControl w:val="0"/>
              <w:rPr>
                <w:b/>
                <w:szCs w:val="24"/>
              </w:rPr>
            </w:pPr>
            <w:r w:rsidRPr="00D31D98">
              <w:rPr>
                <w:b/>
                <w:bCs/>
                <w:szCs w:val="24"/>
              </w:rPr>
              <w:lastRenderedPageBreak/>
              <w:t>Namjena aktivnosti</w:t>
            </w:r>
          </w:p>
        </w:tc>
        <w:tc>
          <w:tcPr>
            <w:tcW w:w="6690" w:type="dxa"/>
            <w:vAlign w:val="center"/>
          </w:tcPr>
          <w:p w14:paraId="4E7417A8" w14:textId="77777777" w:rsidR="00310619" w:rsidRPr="00D31D98" w:rsidRDefault="00310619" w:rsidP="00966809">
            <w:pPr>
              <w:widowControl w:val="0"/>
              <w:rPr>
                <w:szCs w:val="24"/>
              </w:rPr>
            </w:pPr>
            <w:r w:rsidRPr="00D31D98">
              <w:rPr>
                <w:szCs w:val="24"/>
              </w:rPr>
              <w:t xml:space="preserve">Pružiti učenicima šire znanje psihologije kao znanstvene i primijenjene discipline </w:t>
            </w:r>
          </w:p>
        </w:tc>
      </w:tr>
      <w:tr w:rsidR="00310619" w:rsidRPr="00D31D98" w14:paraId="5E1884B7" w14:textId="77777777" w:rsidTr="00966809">
        <w:trPr>
          <w:cantSplit/>
        </w:trPr>
        <w:tc>
          <w:tcPr>
            <w:tcW w:w="2381" w:type="dxa"/>
            <w:vAlign w:val="center"/>
          </w:tcPr>
          <w:p w14:paraId="1719F61F" w14:textId="77777777" w:rsidR="00310619" w:rsidRPr="00D31D98" w:rsidRDefault="00310619" w:rsidP="00966809">
            <w:pPr>
              <w:widowControl w:val="0"/>
              <w:rPr>
                <w:b/>
                <w:szCs w:val="24"/>
              </w:rPr>
            </w:pPr>
            <w:r w:rsidRPr="00D31D98">
              <w:rPr>
                <w:b/>
                <w:bCs/>
                <w:szCs w:val="24"/>
              </w:rPr>
              <w:t>Nositelji aktivnosti</w:t>
            </w:r>
          </w:p>
        </w:tc>
        <w:tc>
          <w:tcPr>
            <w:tcW w:w="6690" w:type="dxa"/>
            <w:vAlign w:val="center"/>
          </w:tcPr>
          <w:p w14:paraId="5A03C7E5" w14:textId="77777777" w:rsidR="00310619" w:rsidRPr="00D31D98" w:rsidRDefault="00310619" w:rsidP="00966809">
            <w:pPr>
              <w:widowControl w:val="0"/>
              <w:rPr>
                <w:szCs w:val="24"/>
              </w:rPr>
            </w:pPr>
            <w:r w:rsidRPr="00D31D98">
              <w:rPr>
                <w:szCs w:val="24"/>
              </w:rPr>
              <w:t xml:space="preserve">Ružica </w:t>
            </w:r>
            <w:proofErr w:type="spellStart"/>
            <w:r w:rsidRPr="00D31D98">
              <w:rPr>
                <w:szCs w:val="24"/>
              </w:rPr>
              <w:t>Trdin</w:t>
            </w:r>
            <w:proofErr w:type="spellEnd"/>
            <w:r w:rsidRPr="00D31D98">
              <w:rPr>
                <w:szCs w:val="24"/>
              </w:rPr>
              <w:t>, nastavnica psihologije</w:t>
            </w:r>
          </w:p>
        </w:tc>
      </w:tr>
      <w:tr w:rsidR="00310619" w:rsidRPr="00D31D98" w14:paraId="77E33192" w14:textId="77777777" w:rsidTr="00966809">
        <w:trPr>
          <w:cantSplit/>
        </w:trPr>
        <w:tc>
          <w:tcPr>
            <w:tcW w:w="2381" w:type="dxa"/>
            <w:vAlign w:val="center"/>
          </w:tcPr>
          <w:p w14:paraId="6DA8493A" w14:textId="77777777" w:rsidR="00310619" w:rsidRPr="00D31D98" w:rsidRDefault="00310619" w:rsidP="00966809">
            <w:pPr>
              <w:widowControl w:val="0"/>
              <w:rPr>
                <w:b/>
                <w:szCs w:val="24"/>
              </w:rPr>
            </w:pPr>
            <w:r w:rsidRPr="00D31D98">
              <w:rPr>
                <w:b/>
                <w:bCs/>
                <w:szCs w:val="24"/>
              </w:rPr>
              <w:t>Način realizacije</w:t>
            </w:r>
          </w:p>
        </w:tc>
        <w:tc>
          <w:tcPr>
            <w:tcW w:w="6690" w:type="dxa"/>
            <w:vAlign w:val="center"/>
          </w:tcPr>
          <w:p w14:paraId="6C0E33B9" w14:textId="77777777" w:rsidR="00310619" w:rsidRPr="00D31D98" w:rsidRDefault="00310619" w:rsidP="00966809">
            <w:pPr>
              <w:widowControl w:val="0"/>
              <w:rPr>
                <w:szCs w:val="24"/>
              </w:rPr>
            </w:pPr>
            <w:r w:rsidRPr="00D31D98">
              <w:rPr>
                <w:szCs w:val="24"/>
              </w:rPr>
              <w:t xml:space="preserve">32 sata </w:t>
            </w:r>
          </w:p>
        </w:tc>
      </w:tr>
      <w:tr w:rsidR="00310619" w:rsidRPr="00D31D98" w14:paraId="1BBDC744" w14:textId="77777777" w:rsidTr="00966809">
        <w:trPr>
          <w:cantSplit/>
        </w:trPr>
        <w:tc>
          <w:tcPr>
            <w:tcW w:w="2381" w:type="dxa"/>
            <w:vAlign w:val="center"/>
          </w:tcPr>
          <w:p w14:paraId="61F1A77F" w14:textId="77777777" w:rsidR="00310619" w:rsidRPr="00D31D98" w:rsidRDefault="00310619" w:rsidP="00966809">
            <w:pPr>
              <w:widowControl w:val="0"/>
              <w:rPr>
                <w:b/>
                <w:szCs w:val="24"/>
              </w:rPr>
            </w:pPr>
            <w:proofErr w:type="spellStart"/>
            <w:r w:rsidRPr="00D31D98">
              <w:rPr>
                <w:b/>
                <w:bCs/>
                <w:szCs w:val="24"/>
              </w:rPr>
              <w:t>Vremenik</w:t>
            </w:r>
            <w:proofErr w:type="spellEnd"/>
          </w:p>
        </w:tc>
        <w:tc>
          <w:tcPr>
            <w:tcW w:w="6690" w:type="dxa"/>
            <w:vAlign w:val="center"/>
          </w:tcPr>
          <w:p w14:paraId="0EB39DEA" w14:textId="77777777" w:rsidR="00310619" w:rsidRPr="00D31D98" w:rsidRDefault="00310619" w:rsidP="00966809">
            <w:pPr>
              <w:widowControl w:val="0"/>
              <w:rPr>
                <w:szCs w:val="24"/>
              </w:rPr>
            </w:pPr>
            <w:r w:rsidRPr="00D31D98">
              <w:rPr>
                <w:szCs w:val="24"/>
              </w:rPr>
              <w:t>Prvo i drugo polugodište</w:t>
            </w:r>
          </w:p>
        </w:tc>
      </w:tr>
      <w:tr w:rsidR="00310619" w:rsidRPr="00D31D98" w14:paraId="44E11E31" w14:textId="77777777" w:rsidTr="00966809">
        <w:trPr>
          <w:cantSplit/>
        </w:trPr>
        <w:tc>
          <w:tcPr>
            <w:tcW w:w="2381" w:type="dxa"/>
            <w:vAlign w:val="center"/>
          </w:tcPr>
          <w:p w14:paraId="5A924A74" w14:textId="77777777" w:rsidR="00310619" w:rsidRPr="00D31D98" w:rsidRDefault="00310619" w:rsidP="00966809">
            <w:pPr>
              <w:widowControl w:val="0"/>
              <w:rPr>
                <w:b/>
                <w:szCs w:val="24"/>
              </w:rPr>
            </w:pPr>
            <w:r w:rsidRPr="00D31D98">
              <w:rPr>
                <w:b/>
                <w:bCs/>
                <w:szCs w:val="24"/>
              </w:rPr>
              <w:t>Troškovnik</w:t>
            </w:r>
          </w:p>
        </w:tc>
        <w:tc>
          <w:tcPr>
            <w:tcW w:w="6690" w:type="dxa"/>
            <w:vAlign w:val="center"/>
          </w:tcPr>
          <w:p w14:paraId="393F1A4F" w14:textId="77777777" w:rsidR="00310619" w:rsidRPr="00D31D98" w:rsidRDefault="00310619" w:rsidP="00966809">
            <w:pPr>
              <w:widowControl w:val="0"/>
              <w:numPr>
                <w:ilvl w:val="0"/>
                <w:numId w:val="8"/>
              </w:numPr>
              <w:ind w:left="255" w:hanging="142"/>
              <w:rPr>
                <w:szCs w:val="24"/>
              </w:rPr>
            </w:pPr>
          </w:p>
        </w:tc>
      </w:tr>
      <w:tr w:rsidR="00310619" w:rsidRPr="00D31D98" w14:paraId="42028C89" w14:textId="77777777" w:rsidTr="00966809">
        <w:trPr>
          <w:cantSplit/>
        </w:trPr>
        <w:tc>
          <w:tcPr>
            <w:tcW w:w="2381" w:type="dxa"/>
            <w:vAlign w:val="center"/>
          </w:tcPr>
          <w:p w14:paraId="0B50214F" w14:textId="77777777" w:rsidR="00310619" w:rsidRPr="00D31D98" w:rsidRDefault="00310619" w:rsidP="00966809">
            <w:pPr>
              <w:widowControl w:val="0"/>
              <w:rPr>
                <w:b/>
                <w:szCs w:val="24"/>
              </w:rPr>
            </w:pPr>
            <w:r w:rsidRPr="00D31D98">
              <w:rPr>
                <w:b/>
                <w:bCs/>
                <w:szCs w:val="24"/>
              </w:rPr>
              <w:t xml:space="preserve">Način vrednovanja </w:t>
            </w:r>
          </w:p>
        </w:tc>
        <w:tc>
          <w:tcPr>
            <w:tcW w:w="6690" w:type="dxa"/>
            <w:vAlign w:val="center"/>
          </w:tcPr>
          <w:p w14:paraId="1C1A8F92" w14:textId="77777777" w:rsidR="00310619" w:rsidRPr="00D31D98" w:rsidRDefault="00310619" w:rsidP="00966809">
            <w:pPr>
              <w:widowControl w:val="0"/>
              <w:rPr>
                <w:szCs w:val="24"/>
              </w:rPr>
            </w:pPr>
            <w:r w:rsidRPr="00D31D98">
              <w:rPr>
                <w:szCs w:val="24"/>
              </w:rPr>
              <w:t xml:space="preserve">Formativno i </w:t>
            </w:r>
            <w:proofErr w:type="spellStart"/>
            <w:r w:rsidRPr="00D31D98">
              <w:rPr>
                <w:szCs w:val="24"/>
              </w:rPr>
              <w:t>sumativno</w:t>
            </w:r>
            <w:proofErr w:type="spellEnd"/>
            <w:r w:rsidRPr="00D31D98">
              <w:rPr>
                <w:szCs w:val="24"/>
              </w:rPr>
              <w:t xml:space="preserve"> vrednovanje</w:t>
            </w:r>
          </w:p>
        </w:tc>
      </w:tr>
    </w:tbl>
    <w:p w14:paraId="76D63BF5" w14:textId="77777777" w:rsidR="00DE16E0" w:rsidRPr="00D31D98" w:rsidRDefault="00DE16E0">
      <w:pPr>
        <w:spacing w:after="0"/>
      </w:pPr>
    </w:p>
    <w:p w14:paraId="13C71E31" w14:textId="77777777" w:rsidR="00DE16E0" w:rsidRPr="00D31D98" w:rsidRDefault="00DE16E0">
      <w:pPr>
        <w:spacing w:after="0"/>
      </w:pPr>
    </w:p>
    <w:p w14:paraId="58DDFEC3" w14:textId="77777777" w:rsidR="00DE16E0" w:rsidRPr="00D31D98" w:rsidRDefault="00DE16E0">
      <w:pPr>
        <w:spacing w:after="0"/>
      </w:pPr>
    </w:p>
    <w:p w14:paraId="57836B2F" w14:textId="77777777" w:rsidR="00DE16E0" w:rsidRPr="00D31D98" w:rsidRDefault="00DE16E0" w:rsidP="00DE16E0">
      <w:pPr>
        <w:keepNext/>
        <w:keepLines/>
        <w:spacing w:before="240" w:after="120"/>
        <w:outlineLvl w:val="0"/>
        <w:rPr>
          <w:b/>
          <w:bCs/>
          <w:kern w:val="36"/>
          <w:sz w:val="48"/>
          <w:szCs w:val="48"/>
        </w:rPr>
      </w:pPr>
      <w:r w:rsidRPr="00D31D98">
        <w:rPr>
          <w:b/>
          <w:bCs/>
          <w:kern w:val="36"/>
          <w:sz w:val="32"/>
          <w:szCs w:val="32"/>
        </w:rPr>
        <w:t>5. DODATNA NASTAVA</w:t>
      </w:r>
    </w:p>
    <w:p w14:paraId="67B3DCF0" w14:textId="77777777" w:rsidR="00DE16E0" w:rsidRPr="00D31D98" w:rsidRDefault="00DE16E0" w:rsidP="00DE16E0">
      <w:pPr>
        <w:spacing w:after="120"/>
        <w:rPr>
          <w:szCs w:val="24"/>
        </w:rPr>
      </w:pPr>
      <w:r w:rsidRPr="00D31D98">
        <w:rPr>
          <w:szCs w:val="24"/>
        </w:rPr>
        <w:t xml:space="preserve">Dodatna nastava organizira se da bi se produbila učenička znanja iz određenog područja. Učenici se u dodatnu nastavu uključuju na temelju vlastite odluke. Organizirana je kao pomoć učenicima pri polaganju ispita državne mature (za maturante), pripreme za natjecanja i produbljivanje znanja iz određenih predmetnih područja. </w:t>
      </w:r>
    </w:p>
    <w:tbl>
      <w:tblPr>
        <w:tblStyle w:val="Reetkatablice"/>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154"/>
        <w:gridCol w:w="2813"/>
        <w:gridCol w:w="1291"/>
        <w:gridCol w:w="2813"/>
      </w:tblGrid>
      <w:tr w:rsidR="00DE16E0" w:rsidRPr="00D31D98" w14:paraId="5965E147" w14:textId="77777777" w:rsidTr="00DE16E0">
        <w:trPr>
          <w:cantSplit/>
          <w:jc w:val="center"/>
        </w:trPr>
        <w:tc>
          <w:tcPr>
            <w:tcW w:w="2382" w:type="dxa"/>
            <w:shd w:val="clear" w:color="auto" w:fill="4F81BD" w:themeFill="accent1"/>
            <w:vAlign w:val="center"/>
          </w:tcPr>
          <w:p w14:paraId="7A2FCE7B" w14:textId="77777777" w:rsidR="00DE16E0" w:rsidRPr="00D31D98" w:rsidRDefault="00DE16E0" w:rsidP="00DE16E0">
            <w:pPr>
              <w:keepNext/>
              <w:widowControl w:val="0"/>
              <w:rPr>
                <w:b/>
                <w:bCs/>
              </w:rPr>
            </w:pPr>
            <w:r w:rsidRPr="00D31D98">
              <w:rPr>
                <w:b/>
                <w:bCs/>
                <w:szCs w:val="24"/>
              </w:rPr>
              <w:t>Nastavnik</w:t>
            </w:r>
          </w:p>
        </w:tc>
        <w:tc>
          <w:tcPr>
            <w:tcW w:w="3118" w:type="dxa"/>
            <w:shd w:val="clear" w:color="auto" w:fill="4F81BD" w:themeFill="accent1"/>
            <w:vAlign w:val="center"/>
          </w:tcPr>
          <w:p w14:paraId="17114916" w14:textId="77777777" w:rsidR="00DE16E0" w:rsidRPr="00D31D98" w:rsidRDefault="00DE16E0" w:rsidP="00DE16E0">
            <w:pPr>
              <w:keepNext/>
              <w:widowControl w:val="0"/>
              <w:rPr>
                <w:b/>
                <w:bCs/>
              </w:rPr>
            </w:pPr>
            <w:r w:rsidRPr="00D31D98">
              <w:rPr>
                <w:b/>
                <w:bCs/>
                <w:szCs w:val="24"/>
              </w:rPr>
              <w:t>Predmet</w:t>
            </w:r>
          </w:p>
        </w:tc>
        <w:tc>
          <w:tcPr>
            <w:tcW w:w="1417" w:type="dxa"/>
            <w:shd w:val="clear" w:color="auto" w:fill="4F81BD" w:themeFill="accent1"/>
            <w:vAlign w:val="center"/>
          </w:tcPr>
          <w:p w14:paraId="0D2D82F9" w14:textId="77777777" w:rsidR="00DE16E0" w:rsidRPr="00D31D98" w:rsidRDefault="00DE16E0" w:rsidP="00DE16E0">
            <w:pPr>
              <w:keepNext/>
              <w:widowControl w:val="0"/>
              <w:rPr>
                <w:b/>
                <w:bCs/>
              </w:rPr>
            </w:pPr>
            <w:r w:rsidRPr="00D31D98">
              <w:rPr>
                <w:b/>
                <w:bCs/>
                <w:szCs w:val="24"/>
              </w:rPr>
              <w:t>Razred</w:t>
            </w:r>
          </w:p>
        </w:tc>
        <w:tc>
          <w:tcPr>
            <w:tcW w:w="2154" w:type="dxa"/>
            <w:shd w:val="clear" w:color="auto" w:fill="4F81BD" w:themeFill="accent1"/>
            <w:vAlign w:val="center"/>
          </w:tcPr>
          <w:p w14:paraId="260643DB" w14:textId="77777777" w:rsidR="00DE16E0" w:rsidRPr="00D31D98" w:rsidRDefault="00DE16E0" w:rsidP="00DE16E0">
            <w:pPr>
              <w:keepNext/>
              <w:widowControl w:val="0"/>
              <w:rPr>
                <w:b/>
                <w:bCs/>
              </w:rPr>
            </w:pPr>
            <w:r w:rsidRPr="00D31D98">
              <w:rPr>
                <w:b/>
                <w:bCs/>
                <w:szCs w:val="24"/>
              </w:rPr>
              <w:t>Broj sati tjedno</w:t>
            </w:r>
          </w:p>
        </w:tc>
      </w:tr>
      <w:tr w:rsidR="00DE16E0" w:rsidRPr="00D31D98" w14:paraId="115390CA" w14:textId="77777777" w:rsidTr="00DE16E0">
        <w:trPr>
          <w:cantSplit/>
          <w:jc w:val="center"/>
        </w:trPr>
        <w:tc>
          <w:tcPr>
            <w:tcW w:w="2382" w:type="dxa"/>
            <w:shd w:val="clear" w:color="auto" w:fill="C6D9F1" w:themeFill="text2" w:themeFillTint="33"/>
            <w:vAlign w:val="center"/>
          </w:tcPr>
          <w:p w14:paraId="34804DE4" w14:textId="77777777" w:rsidR="00DE16E0" w:rsidRPr="00D31D98" w:rsidRDefault="00DE16E0" w:rsidP="00DE16E0">
            <w:pPr>
              <w:widowControl w:val="0"/>
              <w:rPr>
                <w:bCs/>
              </w:rPr>
            </w:pPr>
            <w:r w:rsidRPr="00D31D98">
              <w:rPr>
                <w:szCs w:val="24"/>
              </w:rPr>
              <w:t>Danijela Stanković</w:t>
            </w:r>
          </w:p>
        </w:tc>
        <w:tc>
          <w:tcPr>
            <w:tcW w:w="3118" w:type="dxa"/>
            <w:shd w:val="clear" w:color="auto" w:fill="C6D9F1" w:themeFill="text2" w:themeFillTint="33"/>
            <w:vAlign w:val="center"/>
          </w:tcPr>
          <w:p w14:paraId="3938E94A" w14:textId="77777777" w:rsidR="00DE16E0" w:rsidRPr="00D31D98" w:rsidRDefault="00DE16E0" w:rsidP="00DE16E0">
            <w:pPr>
              <w:widowControl w:val="0"/>
            </w:pPr>
            <w:r w:rsidRPr="00D31D98">
              <w:rPr>
                <w:szCs w:val="24"/>
              </w:rPr>
              <w:t>Hrvatski jezik – Godišnjak</w:t>
            </w:r>
          </w:p>
        </w:tc>
        <w:tc>
          <w:tcPr>
            <w:tcW w:w="1417" w:type="dxa"/>
            <w:shd w:val="clear" w:color="auto" w:fill="C6D9F1" w:themeFill="text2" w:themeFillTint="33"/>
            <w:vAlign w:val="center"/>
          </w:tcPr>
          <w:p w14:paraId="575A7DF8" w14:textId="77777777" w:rsidR="00DE16E0" w:rsidRPr="00D31D98" w:rsidRDefault="00DE16E0" w:rsidP="00DE16E0">
            <w:pPr>
              <w:widowControl w:val="0"/>
            </w:pPr>
            <w:r w:rsidRPr="00D31D98">
              <w:rPr>
                <w:szCs w:val="24"/>
              </w:rPr>
              <w:t>4.</w:t>
            </w:r>
          </w:p>
        </w:tc>
        <w:tc>
          <w:tcPr>
            <w:tcW w:w="2154" w:type="dxa"/>
            <w:shd w:val="clear" w:color="auto" w:fill="C6D9F1" w:themeFill="text2" w:themeFillTint="33"/>
            <w:vAlign w:val="center"/>
          </w:tcPr>
          <w:p w14:paraId="459F74E0" w14:textId="77777777" w:rsidR="00DE16E0" w:rsidRPr="00D31D98" w:rsidRDefault="00DE16E0" w:rsidP="00DE16E0">
            <w:pPr>
              <w:widowControl w:val="0"/>
            </w:pPr>
            <w:r w:rsidRPr="00D31D98">
              <w:rPr>
                <w:szCs w:val="24"/>
              </w:rPr>
              <w:t>1</w:t>
            </w:r>
          </w:p>
        </w:tc>
      </w:tr>
      <w:tr w:rsidR="00DE16E0" w:rsidRPr="00D31D98" w14:paraId="03A96BF6" w14:textId="77777777" w:rsidTr="00DE16E0">
        <w:trPr>
          <w:cantSplit/>
          <w:jc w:val="center"/>
        </w:trPr>
        <w:tc>
          <w:tcPr>
            <w:tcW w:w="2382" w:type="dxa"/>
            <w:shd w:val="clear" w:color="auto" w:fill="C6D9F1" w:themeFill="text2" w:themeFillTint="33"/>
            <w:vAlign w:val="center"/>
          </w:tcPr>
          <w:p w14:paraId="4DE65FF0" w14:textId="77777777" w:rsidR="00DE16E0" w:rsidRPr="00D31D98" w:rsidRDefault="00DE16E0" w:rsidP="00DE16E0">
            <w:pPr>
              <w:widowControl w:val="0"/>
              <w:rPr>
                <w:bCs/>
              </w:rPr>
            </w:pPr>
            <w:r w:rsidRPr="00D31D98">
              <w:rPr>
                <w:szCs w:val="24"/>
              </w:rPr>
              <w:t>Ivana Tolušić-Lacković</w:t>
            </w:r>
          </w:p>
        </w:tc>
        <w:tc>
          <w:tcPr>
            <w:tcW w:w="3118" w:type="dxa"/>
            <w:shd w:val="clear" w:color="auto" w:fill="C6D9F1" w:themeFill="text2" w:themeFillTint="33"/>
            <w:vAlign w:val="center"/>
          </w:tcPr>
          <w:p w14:paraId="19FB49C4" w14:textId="77777777" w:rsidR="00DE16E0" w:rsidRPr="00D31D98" w:rsidRDefault="00DE16E0" w:rsidP="00DE16E0">
            <w:pPr>
              <w:widowControl w:val="0"/>
            </w:pPr>
            <w:r w:rsidRPr="00D31D98">
              <w:rPr>
                <w:szCs w:val="24"/>
              </w:rPr>
              <w:t>Hrvatski jezik - pripreme</w:t>
            </w:r>
          </w:p>
        </w:tc>
        <w:tc>
          <w:tcPr>
            <w:tcW w:w="1417" w:type="dxa"/>
            <w:shd w:val="clear" w:color="auto" w:fill="C6D9F1" w:themeFill="text2" w:themeFillTint="33"/>
            <w:vAlign w:val="center"/>
          </w:tcPr>
          <w:p w14:paraId="584993EE" w14:textId="77777777" w:rsidR="00DE16E0" w:rsidRPr="00D31D98" w:rsidRDefault="00DE16E0" w:rsidP="00DE16E0">
            <w:pPr>
              <w:widowControl w:val="0"/>
            </w:pPr>
            <w:r w:rsidRPr="00D31D98">
              <w:rPr>
                <w:szCs w:val="24"/>
              </w:rPr>
              <w:t xml:space="preserve">4. </w:t>
            </w:r>
          </w:p>
        </w:tc>
        <w:tc>
          <w:tcPr>
            <w:tcW w:w="2154" w:type="dxa"/>
            <w:shd w:val="clear" w:color="auto" w:fill="C6D9F1" w:themeFill="text2" w:themeFillTint="33"/>
            <w:vAlign w:val="center"/>
          </w:tcPr>
          <w:p w14:paraId="19BD065A" w14:textId="77777777" w:rsidR="00DE16E0" w:rsidRPr="00D31D98" w:rsidRDefault="00DE16E0" w:rsidP="00DE16E0">
            <w:pPr>
              <w:widowControl w:val="0"/>
            </w:pPr>
            <w:r w:rsidRPr="00D31D98">
              <w:rPr>
                <w:szCs w:val="24"/>
              </w:rPr>
              <w:t>2</w:t>
            </w:r>
          </w:p>
        </w:tc>
      </w:tr>
      <w:tr w:rsidR="00DE16E0" w:rsidRPr="00D31D98" w14:paraId="59B88A86" w14:textId="77777777" w:rsidTr="00DE16E0">
        <w:trPr>
          <w:cantSplit/>
          <w:jc w:val="center"/>
        </w:trPr>
        <w:tc>
          <w:tcPr>
            <w:tcW w:w="2382" w:type="dxa"/>
            <w:shd w:val="clear" w:color="auto" w:fill="C6D9F1" w:themeFill="text2" w:themeFillTint="33"/>
            <w:vAlign w:val="center"/>
          </w:tcPr>
          <w:p w14:paraId="159F77DD" w14:textId="77777777" w:rsidR="00DE16E0" w:rsidRPr="00D31D98" w:rsidRDefault="00DE16E0" w:rsidP="00DE16E0">
            <w:pPr>
              <w:widowControl w:val="0"/>
              <w:rPr>
                <w:bCs/>
              </w:rPr>
            </w:pPr>
            <w:r w:rsidRPr="00D31D98">
              <w:rPr>
                <w:szCs w:val="24"/>
              </w:rPr>
              <w:t xml:space="preserve">Ružica </w:t>
            </w:r>
            <w:proofErr w:type="spellStart"/>
            <w:r w:rsidRPr="00D31D98">
              <w:rPr>
                <w:szCs w:val="24"/>
              </w:rPr>
              <w:t>Trdin</w:t>
            </w:r>
            <w:proofErr w:type="spellEnd"/>
          </w:p>
        </w:tc>
        <w:tc>
          <w:tcPr>
            <w:tcW w:w="3118" w:type="dxa"/>
            <w:shd w:val="clear" w:color="auto" w:fill="C6D9F1" w:themeFill="text2" w:themeFillTint="33"/>
            <w:vAlign w:val="center"/>
          </w:tcPr>
          <w:p w14:paraId="21C6154E" w14:textId="77777777" w:rsidR="00DE16E0" w:rsidRPr="00D31D98" w:rsidRDefault="00DE16E0" w:rsidP="00DE16E0">
            <w:pPr>
              <w:widowControl w:val="0"/>
            </w:pPr>
            <w:proofErr w:type="spellStart"/>
            <w:r w:rsidRPr="00D31D98">
              <w:rPr>
                <w:szCs w:val="24"/>
              </w:rPr>
              <w:t>Psiholoija</w:t>
            </w:r>
            <w:proofErr w:type="spellEnd"/>
            <w:r w:rsidRPr="00D31D98">
              <w:rPr>
                <w:szCs w:val="24"/>
              </w:rPr>
              <w:t xml:space="preserve"> - pripreme</w:t>
            </w:r>
          </w:p>
        </w:tc>
        <w:tc>
          <w:tcPr>
            <w:tcW w:w="1417" w:type="dxa"/>
            <w:shd w:val="clear" w:color="auto" w:fill="C6D9F1" w:themeFill="text2" w:themeFillTint="33"/>
            <w:vAlign w:val="center"/>
          </w:tcPr>
          <w:p w14:paraId="472C17C5" w14:textId="77777777" w:rsidR="00DE16E0" w:rsidRPr="00D31D98" w:rsidRDefault="00DE16E0" w:rsidP="00DE16E0">
            <w:pPr>
              <w:widowControl w:val="0"/>
            </w:pPr>
            <w:r w:rsidRPr="00D31D98">
              <w:rPr>
                <w:szCs w:val="24"/>
              </w:rPr>
              <w:t>4.</w:t>
            </w:r>
          </w:p>
        </w:tc>
        <w:tc>
          <w:tcPr>
            <w:tcW w:w="2154" w:type="dxa"/>
            <w:shd w:val="clear" w:color="auto" w:fill="C6D9F1" w:themeFill="text2" w:themeFillTint="33"/>
            <w:vAlign w:val="center"/>
          </w:tcPr>
          <w:p w14:paraId="0198B085" w14:textId="77777777" w:rsidR="00DE16E0" w:rsidRPr="00D31D98" w:rsidRDefault="00DE16E0" w:rsidP="00DE16E0">
            <w:pPr>
              <w:widowControl w:val="0"/>
            </w:pPr>
            <w:r w:rsidRPr="00D31D98">
              <w:rPr>
                <w:szCs w:val="24"/>
              </w:rPr>
              <w:t>1</w:t>
            </w:r>
          </w:p>
        </w:tc>
      </w:tr>
      <w:tr w:rsidR="00DE16E0" w:rsidRPr="00D31D98" w14:paraId="2522A56D" w14:textId="77777777" w:rsidTr="00DE16E0">
        <w:trPr>
          <w:cantSplit/>
          <w:jc w:val="center"/>
        </w:trPr>
        <w:tc>
          <w:tcPr>
            <w:tcW w:w="2382" w:type="dxa"/>
            <w:shd w:val="clear" w:color="auto" w:fill="C6D9F1" w:themeFill="text2" w:themeFillTint="33"/>
            <w:vAlign w:val="center"/>
          </w:tcPr>
          <w:p w14:paraId="17A716F7" w14:textId="77777777" w:rsidR="00DE16E0" w:rsidRPr="00D31D98" w:rsidRDefault="00DE16E0" w:rsidP="00DE16E0">
            <w:pPr>
              <w:widowControl w:val="0"/>
              <w:rPr>
                <w:bCs/>
              </w:rPr>
            </w:pPr>
            <w:r w:rsidRPr="00D31D98">
              <w:rPr>
                <w:szCs w:val="24"/>
              </w:rPr>
              <w:t xml:space="preserve">Ružica </w:t>
            </w:r>
            <w:proofErr w:type="spellStart"/>
            <w:r w:rsidRPr="00D31D98">
              <w:rPr>
                <w:szCs w:val="24"/>
              </w:rPr>
              <w:t>Trdin</w:t>
            </w:r>
            <w:proofErr w:type="spellEnd"/>
          </w:p>
        </w:tc>
        <w:tc>
          <w:tcPr>
            <w:tcW w:w="3118" w:type="dxa"/>
            <w:shd w:val="clear" w:color="auto" w:fill="C6D9F1" w:themeFill="text2" w:themeFillTint="33"/>
            <w:vAlign w:val="center"/>
          </w:tcPr>
          <w:p w14:paraId="0028D056" w14:textId="77777777" w:rsidR="00DE16E0" w:rsidRPr="00D31D98" w:rsidRDefault="00DE16E0" w:rsidP="00DE16E0">
            <w:pPr>
              <w:widowControl w:val="0"/>
            </w:pPr>
            <w:r w:rsidRPr="00D31D98">
              <w:rPr>
                <w:szCs w:val="24"/>
              </w:rPr>
              <w:t>Volonterski klub</w:t>
            </w:r>
          </w:p>
        </w:tc>
        <w:tc>
          <w:tcPr>
            <w:tcW w:w="1417" w:type="dxa"/>
            <w:shd w:val="clear" w:color="auto" w:fill="C6D9F1" w:themeFill="text2" w:themeFillTint="33"/>
            <w:vAlign w:val="center"/>
          </w:tcPr>
          <w:p w14:paraId="38CD151C" w14:textId="77777777" w:rsidR="00DE16E0" w:rsidRPr="00D31D98" w:rsidRDefault="00DE16E0" w:rsidP="00DE16E0">
            <w:pPr>
              <w:widowControl w:val="0"/>
            </w:pPr>
            <w:r w:rsidRPr="00D31D98">
              <w:rPr>
                <w:szCs w:val="24"/>
              </w:rPr>
              <w:t>1. - 4.</w:t>
            </w:r>
          </w:p>
        </w:tc>
        <w:tc>
          <w:tcPr>
            <w:tcW w:w="2154" w:type="dxa"/>
            <w:shd w:val="clear" w:color="auto" w:fill="C6D9F1" w:themeFill="text2" w:themeFillTint="33"/>
            <w:vAlign w:val="center"/>
          </w:tcPr>
          <w:p w14:paraId="2EAFB0E9" w14:textId="77777777" w:rsidR="00DE16E0" w:rsidRPr="00D31D98" w:rsidRDefault="00DE16E0" w:rsidP="00DE16E0">
            <w:pPr>
              <w:widowControl w:val="0"/>
            </w:pPr>
            <w:r w:rsidRPr="00D31D98">
              <w:rPr>
                <w:szCs w:val="24"/>
              </w:rPr>
              <w:t>1</w:t>
            </w:r>
          </w:p>
        </w:tc>
      </w:tr>
      <w:tr w:rsidR="00DE16E0" w:rsidRPr="00D31D98" w14:paraId="0B05939C" w14:textId="77777777" w:rsidTr="00DE16E0">
        <w:trPr>
          <w:cantSplit/>
          <w:jc w:val="center"/>
        </w:trPr>
        <w:tc>
          <w:tcPr>
            <w:tcW w:w="2382" w:type="dxa"/>
            <w:shd w:val="clear" w:color="auto" w:fill="C6D9F1" w:themeFill="text2" w:themeFillTint="33"/>
            <w:vAlign w:val="center"/>
          </w:tcPr>
          <w:p w14:paraId="3D3104B7" w14:textId="77777777" w:rsidR="00DE16E0" w:rsidRPr="00D31D98" w:rsidRDefault="00DE16E0" w:rsidP="00DE16E0">
            <w:pPr>
              <w:widowControl w:val="0"/>
              <w:rPr>
                <w:bCs/>
              </w:rPr>
            </w:pPr>
            <w:r w:rsidRPr="00D31D98">
              <w:rPr>
                <w:szCs w:val="24"/>
              </w:rPr>
              <w:t>Domagoj Jukić</w:t>
            </w:r>
          </w:p>
        </w:tc>
        <w:tc>
          <w:tcPr>
            <w:tcW w:w="3118" w:type="dxa"/>
            <w:shd w:val="clear" w:color="auto" w:fill="C6D9F1" w:themeFill="text2" w:themeFillTint="33"/>
            <w:vAlign w:val="center"/>
          </w:tcPr>
          <w:p w14:paraId="1C8EAA36" w14:textId="77777777" w:rsidR="00DE16E0" w:rsidRPr="00D31D98" w:rsidRDefault="00DE16E0" w:rsidP="00DE16E0">
            <w:pPr>
              <w:widowControl w:val="0"/>
            </w:pPr>
            <w:r w:rsidRPr="00D31D98">
              <w:rPr>
                <w:szCs w:val="24"/>
              </w:rPr>
              <w:t>Glazbena umjetnost - školski zbor</w:t>
            </w:r>
          </w:p>
        </w:tc>
        <w:tc>
          <w:tcPr>
            <w:tcW w:w="1417" w:type="dxa"/>
            <w:shd w:val="clear" w:color="auto" w:fill="C6D9F1" w:themeFill="text2" w:themeFillTint="33"/>
            <w:vAlign w:val="center"/>
          </w:tcPr>
          <w:p w14:paraId="2824A945" w14:textId="77777777" w:rsidR="00DE16E0" w:rsidRPr="00D31D98" w:rsidRDefault="00DE16E0" w:rsidP="00DE16E0">
            <w:pPr>
              <w:widowControl w:val="0"/>
            </w:pPr>
            <w:r w:rsidRPr="00D31D98">
              <w:rPr>
                <w:szCs w:val="24"/>
              </w:rPr>
              <w:t>1.–4.</w:t>
            </w:r>
          </w:p>
        </w:tc>
        <w:tc>
          <w:tcPr>
            <w:tcW w:w="2154" w:type="dxa"/>
            <w:shd w:val="clear" w:color="auto" w:fill="C6D9F1" w:themeFill="text2" w:themeFillTint="33"/>
            <w:vAlign w:val="center"/>
          </w:tcPr>
          <w:p w14:paraId="217E72C4" w14:textId="77777777" w:rsidR="00DE16E0" w:rsidRPr="00D31D98" w:rsidRDefault="00DE16E0" w:rsidP="00DE16E0">
            <w:pPr>
              <w:widowControl w:val="0"/>
            </w:pPr>
            <w:r w:rsidRPr="00D31D98">
              <w:rPr>
                <w:szCs w:val="24"/>
              </w:rPr>
              <w:t>1</w:t>
            </w:r>
          </w:p>
        </w:tc>
      </w:tr>
      <w:tr w:rsidR="00DE16E0" w:rsidRPr="00D31D98" w14:paraId="7DC68D59" w14:textId="77777777" w:rsidTr="00DE16E0">
        <w:trPr>
          <w:cantSplit/>
          <w:jc w:val="center"/>
        </w:trPr>
        <w:tc>
          <w:tcPr>
            <w:tcW w:w="2382" w:type="dxa"/>
            <w:shd w:val="clear" w:color="auto" w:fill="C6D9F1" w:themeFill="text2" w:themeFillTint="33"/>
            <w:vAlign w:val="center"/>
          </w:tcPr>
          <w:p w14:paraId="6FFC894E" w14:textId="77777777" w:rsidR="00DE16E0" w:rsidRPr="00D31D98" w:rsidRDefault="00DE16E0" w:rsidP="00DE16E0">
            <w:pPr>
              <w:widowControl w:val="0"/>
              <w:rPr>
                <w:bCs/>
              </w:rPr>
            </w:pPr>
            <w:r w:rsidRPr="00D31D98">
              <w:rPr>
                <w:szCs w:val="24"/>
              </w:rPr>
              <w:t>Filip Domaćinović</w:t>
            </w:r>
          </w:p>
        </w:tc>
        <w:tc>
          <w:tcPr>
            <w:tcW w:w="3118" w:type="dxa"/>
            <w:shd w:val="clear" w:color="auto" w:fill="C6D9F1" w:themeFill="text2" w:themeFillTint="33"/>
            <w:vAlign w:val="center"/>
          </w:tcPr>
          <w:p w14:paraId="462C7A09" w14:textId="77777777" w:rsidR="00DE16E0" w:rsidRPr="00D31D98" w:rsidRDefault="00DE16E0" w:rsidP="00DE16E0">
            <w:pPr>
              <w:widowControl w:val="0"/>
            </w:pPr>
            <w:r w:rsidRPr="00D31D98">
              <w:rPr>
                <w:szCs w:val="24"/>
              </w:rPr>
              <w:t>Geografija - dodatna</w:t>
            </w:r>
          </w:p>
        </w:tc>
        <w:tc>
          <w:tcPr>
            <w:tcW w:w="1417" w:type="dxa"/>
            <w:shd w:val="clear" w:color="auto" w:fill="C6D9F1" w:themeFill="text2" w:themeFillTint="33"/>
            <w:vAlign w:val="center"/>
          </w:tcPr>
          <w:p w14:paraId="3352791F" w14:textId="77777777" w:rsidR="00DE16E0" w:rsidRPr="00D31D98" w:rsidRDefault="00DE16E0" w:rsidP="00DE16E0">
            <w:pPr>
              <w:widowControl w:val="0"/>
            </w:pPr>
            <w:r w:rsidRPr="00D31D98">
              <w:rPr>
                <w:szCs w:val="24"/>
              </w:rPr>
              <w:t xml:space="preserve">1.r </w:t>
            </w:r>
          </w:p>
        </w:tc>
        <w:tc>
          <w:tcPr>
            <w:tcW w:w="2154" w:type="dxa"/>
            <w:shd w:val="clear" w:color="auto" w:fill="C6D9F1" w:themeFill="text2" w:themeFillTint="33"/>
            <w:vAlign w:val="center"/>
          </w:tcPr>
          <w:p w14:paraId="7DFD6988" w14:textId="77777777" w:rsidR="00DE16E0" w:rsidRPr="00D31D98" w:rsidRDefault="00DE16E0" w:rsidP="00DE16E0">
            <w:pPr>
              <w:widowControl w:val="0"/>
            </w:pPr>
            <w:r w:rsidRPr="00D31D98">
              <w:rPr>
                <w:szCs w:val="24"/>
              </w:rPr>
              <w:t>1</w:t>
            </w:r>
          </w:p>
        </w:tc>
      </w:tr>
      <w:tr w:rsidR="00DE16E0" w:rsidRPr="00D31D98" w14:paraId="30E9D094" w14:textId="77777777" w:rsidTr="00DE16E0">
        <w:trPr>
          <w:cantSplit/>
          <w:jc w:val="center"/>
        </w:trPr>
        <w:tc>
          <w:tcPr>
            <w:tcW w:w="2382" w:type="dxa"/>
            <w:shd w:val="clear" w:color="auto" w:fill="C6D9F1" w:themeFill="text2" w:themeFillTint="33"/>
            <w:vAlign w:val="center"/>
          </w:tcPr>
          <w:p w14:paraId="452994C8" w14:textId="77777777" w:rsidR="00DE16E0" w:rsidRPr="00D31D98" w:rsidRDefault="00DE16E0" w:rsidP="00DE16E0">
            <w:pPr>
              <w:widowControl w:val="0"/>
              <w:rPr>
                <w:bCs/>
              </w:rPr>
            </w:pPr>
            <w:r w:rsidRPr="00D31D98">
              <w:rPr>
                <w:szCs w:val="24"/>
              </w:rPr>
              <w:t>Filip Domaćinović</w:t>
            </w:r>
          </w:p>
        </w:tc>
        <w:tc>
          <w:tcPr>
            <w:tcW w:w="3118" w:type="dxa"/>
            <w:shd w:val="clear" w:color="auto" w:fill="C6D9F1" w:themeFill="text2" w:themeFillTint="33"/>
            <w:vAlign w:val="center"/>
          </w:tcPr>
          <w:p w14:paraId="673D8376" w14:textId="77777777" w:rsidR="00DE16E0" w:rsidRPr="00D31D98" w:rsidRDefault="00DE16E0" w:rsidP="00DE16E0">
            <w:pPr>
              <w:widowControl w:val="0"/>
            </w:pPr>
            <w:r w:rsidRPr="00D31D98">
              <w:rPr>
                <w:szCs w:val="24"/>
              </w:rPr>
              <w:t>Geografija - dodatna</w:t>
            </w:r>
          </w:p>
        </w:tc>
        <w:tc>
          <w:tcPr>
            <w:tcW w:w="1417" w:type="dxa"/>
            <w:shd w:val="clear" w:color="auto" w:fill="C6D9F1" w:themeFill="text2" w:themeFillTint="33"/>
            <w:vAlign w:val="center"/>
          </w:tcPr>
          <w:p w14:paraId="3DE938A8" w14:textId="77777777" w:rsidR="00DE16E0" w:rsidRPr="00D31D98" w:rsidRDefault="00DE16E0" w:rsidP="00DE16E0">
            <w:pPr>
              <w:widowControl w:val="0"/>
            </w:pPr>
            <w:r w:rsidRPr="00D31D98">
              <w:rPr>
                <w:szCs w:val="24"/>
              </w:rPr>
              <w:t xml:space="preserve">4.r </w:t>
            </w:r>
          </w:p>
        </w:tc>
        <w:tc>
          <w:tcPr>
            <w:tcW w:w="2154" w:type="dxa"/>
            <w:shd w:val="clear" w:color="auto" w:fill="C6D9F1" w:themeFill="text2" w:themeFillTint="33"/>
            <w:vAlign w:val="center"/>
          </w:tcPr>
          <w:p w14:paraId="372F695C" w14:textId="77777777" w:rsidR="00DE16E0" w:rsidRPr="00D31D98" w:rsidRDefault="00DE16E0" w:rsidP="00DE16E0">
            <w:pPr>
              <w:widowControl w:val="0"/>
            </w:pPr>
            <w:r w:rsidRPr="00D31D98">
              <w:rPr>
                <w:szCs w:val="24"/>
              </w:rPr>
              <w:t>1</w:t>
            </w:r>
          </w:p>
        </w:tc>
      </w:tr>
      <w:tr w:rsidR="00DE16E0" w:rsidRPr="00D31D98" w14:paraId="59BC91A5" w14:textId="77777777" w:rsidTr="00DE16E0">
        <w:trPr>
          <w:cantSplit/>
          <w:jc w:val="center"/>
        </w:trPr>
        <w:tc>
          <w:tcPr>
            <w:tcW w:w="2382" w:type="dxa"/>
            <w:shd w:val="clear" w:color="auto" w:fill="C6D9F1" w:themeFill="text2" w:themeFillTint="33"/>
            <w:vAlign w:val="center"/>
          </w:tcPr>
          <w:p w14:paraId="14F395A9" w14:textId="77777777" w:rsidR="00DE16E0" w:rsidRPr="00D31D98" w:rsidRDefault="00DE16E0" w:rsidP="00DE16E0">
            <w:pPr>
              <w:widowControl w:val="0"/>
              <w:rPr>
                <w:bCs/>
              </w:rPr>
            </w:pPr>
            <w:r w:rsidRPr="00D31D98">
              <w:rPr>
                <w:szCs w:val="24"/>
              </w:rPr>
              <w:t xml:space="preserve">Maja </w:t>
            </w:r>
            <w:proofErr w:type="spellStart"/>
            <w:r w:rsidRPr="00D31D98">
              <w:rPr>
                <w:szCs w:val="24"/>
              </w:rPr>
              <w:t>Abramić</w:t>
            </w:r>
            <w:proofErr w:type="spellEnd"/>
            <w:r w:rsidRPr="00D31D98">
              <w:rPr>
                <w:szCs w:val="24"/>
              </w:rPr>
              <w:t xml:space="preserve"> Peterlić</w:t>
            </w:r>
          </w:p>
        </w:tc>
        <w:tc>
          <w:tcPr>
            <w:tcW w:w="3118" w:type="dxa"/>
            <w:shd w:val="clear" w:color="auto" w:fill="C6D9F1" w:themeFill="text2" w:themeFillTint="33"/>
            <w:vAlign w:val="center"/>
          </w:tcPr>
          <w:p w14:paraId="5FC12A57" w14:textId="77777777" w:rsidR="00DE16E0" w:rsidRPr="00D31D98" w:rsidRDefault="00DE16E0" w:rsidP="00DE16E0">
            <w:pPr>
              <w:widowControl w:val="0"/>
            </w:pPr>
            <w:r w:rsidRPr="00D31D98">
              <w:rPr>
                <w:szCs w:val="24"/>
              </w:rPr>
              <w:t>Biologija – pripreme</w:t>
            </w:r>
          </w:p>
        </w:tc>
        <w:tc>
          <w:tcPr>
            <w:tcW w:w="1417" w:type="dxa"/>
            <w:shd w:val="clear" w:color="auto" w:fill="C6D9F1" w:themeFill="text2" w:themeFillTint="33"/>
            <w:vAlign w:val="center"/>
          </w:tcPr>
          <w:p w14:paraId="1082436B" w14:textId="77777777" w:rsidR="00DE16E0" w:rsidRPr="00D31D98" w:rsidRDefault="00DE16E0" w:rsidP="00DE16E0">
            <w:pPr>
              <w:widowControl w:val="0"/>
            </w:pPr>
            <w:r w:rsidRPr="00D31D98">
              <w:rPr>
                <w:szCs w:val="24"/>
              </w:rPr>
              <w:t xml:space="preserve">4. </w:t>
            </w:r>
          </w:p>
        </w:tc>
        <w:tc>
          <w:tcPr>
            <w:tcW w:w="2154" w:type="dxa"/>
            <w:shd w:val="clear" w:color="auto" w:fill="C6D9F1" w:themeFill="text2" w:themeFillTint="33"/>
            <w:vAlign w:val="center"/>
          </w:tcPr>
          <w:p w14:paraId="7061245A" w14:textId="77777777" w:rsidR="00DE16E0" w:rsidRPr="00D31D98" w:rsidRDefault="00DE16E0" w:rsidP="00DE16E0">
            <w:pPr>
              <w:widowControl w:val="0"/>
            </w:pPr>
            <w:r w:rsidRPr="00D31D98">
              <w:rPr>
                <w:szCs w:val="24"/>
              </w:rPr>
              <w:t>1</w:t>
            </w:r>
          </w:p>
        </w:tc>
      </w:tr>
      <w:tr w:rsidR="00DE16E0" w:rsidRPr="00D31D98" w14:paraId="284A765F" w14:textId="77777777" w:rsidTr="00DE16E0">
        <w:trPr>
          <w:cantSplit/>
          <w:jc w:val="center"/>
        </w:trPr>
        <w:tc>
          <w:tcPr>
            <w:tcW w:w="2382" w:type="dxa"/>
            <w:shd w:val="clear" w:color="auto" w:fill="C6D9F1" w:themeFill="text2" w:themeFillTint="33"/>
            <w:vAlign w:val="center"/>
          </w:tcPr>
          <w:p w14:paraId="322C5802" w14:textId="77777777" w:rsidR="00DE16E0" w:rsidRPr="00D31D98" w:rsidRDefault="00DE16E0" w:rsidP="00DE16E0">
            <w:pPr>
              <w:widowControl w:val="0"/>
              <w:rPr>
                <w:bCs/>
              </w:rPr>
            </w:pPr>
            <w:r w:rsidRPr="00D31D98">
              <w:rPr>
                <w:szCs w:val="24"/>
              </w:rPr>
              <w:t xml:space="preserve">Mirta </w:t>
            </w:r>
            <w:proofErr w:type="spellStart"/>
            <w:r w:rsidRPr="00D31D98">
              <w:rPr>
                <w:szCs w:val="24"/>
              </w:rPr>
              <w:t>Engelhart</w:t>
            </w:r>
            <w:proofErr w:type="spellEnd"/>
          </w:p>
        </w:tc>
        <w:tc>
          <w:tcPr>
            <w:tcW w:w="3118" w:type="dxa"/>
            <w:shd w:val="clear" w:color="auto" w:fill="C6D9F1" w:themeFill="text2" w:themeFillTint="33"/>
            <w:vAlign w:val="center"/>
          </w:tcPr>
          <w:p w14:paraId="6A39223C" w14:textId="77777777" w:rsidR="00DE16E0" w:rsidRPr="00D31D98" w:rsidRDefault="00DE16E0" w:rsidP="00DE16E0">
            <w:pPr>
              <w:widowControl w:val="0"/>
            </w:pPr>
            <w:r w:rsidRPr="00D31D98">
              <w:rPr>
                <w:szCs w:val="24"/>
              </w:rPr>
              <w:t xml:space="preserve">Kemija – pripreme </w:t>
            </w:r>
          </w:p>
        </w:tc>
        <w:tc>
          <w:tcPr>
            <w:tcW w:w="1417" w:type="dxa"/>
            <w:shd w:val="clear" w:color="auto" w:fill="C6D9F1" w:themeFill="text2" w:themeFillTint="33"/>
            <w:vAlign w:val="center"/>
          </w:tcPr>
          <w:p w14:paraId="2CE34C03" w14:textId="77777777" w:rsidR="00DE16E0" w:rsidRPr="00D31D98" w:rsidRDefault="00DE16E0" w:rsidP="00DE16E0">
            <w:pPr>
              <w:widowControl w:val="0"/>
            </w:pPr>
            <w:r w:rsidRPr="00D31D98">
              <w:rPr>
                <w:szCs w:val="24"/>
              </w:rPr>
              <w:t>4.</w:t>
            </w:r>
          </w:p>
        </w:tc>
        <w:tc>
          <w:tcPr>
            <w:tcW w:w="2154" w:type="dxa"/>
            <w:shd w:val="clear" w:color="auto" w:fill="C6D9F1" w:themeFill="text2" w:themeFillTint="33"/>
            <w:vAlign w:val="center"/>
          </w:tcPr>
          <w:p w14:paraId="26E7DE5E" w14:textId="77777777" w:rsidR="00DE16E0" w:rsidRPr="00D31D98" w:rsidRDefault="00DE16E0" w:rsidP="00DE16E0">
            <w:pPr>
              <w:widowControl w:val="0"/>
            </w:pPr>
            <w:r w:rsidRPr="00D31D98">
              <w:rPr>
                <w:szCs w:val="24"/>
              </w:rPr>
              <w:t>2</w:t>
            </w:r>
          </w:p>
        </w:tc>
      </w:tr>
      <w:tr w:rsidR="00DE16E0" w:rsidRPr="00D31D98" w14:paraId="46F251C9" w14:textId="77777777" w:rsidTr="00DE16E0">
        <w:trPr>
          <w:cantSplit/>
          <w:jc w:val="center"/>
        </w:trPr>
        <w:tc>
          <w:tcPr>
            <w:tcW w:w="2382" w:type="dxa"/>
            <w:shd w:val="clear" w:color="auto" w:fill="C6D9F1" w:themeFill="text2" w:themeFillTint="33"/>
            <w:vAlign w:val="center"/>
          </w:tcPr>
          <w:p w14:paraId="4BABD328" w14:textId="77777777" w:rsidR="00DE16E0" w:rsidRPr="00D31D98" w:rsidRDefault="00DE16E0" w:rsidP="00DE16E0">
            <w:pPr>
              <w:widowControl w:val="0"/>
              <w:rPr>
                <w:bCs/>
              </w:rPr>
            </w:pPr>
            <w:r w:rsidRPr="00D31D98">
              <w:rPr>
                <w:szCs w:val="24"/>
              </w:rPr>
              <w:t xml:space="preserve">Rudi </w:t>
            </w:r>
            <w:proofErr w:type="spellStart"/>
            <w:r w:rsidRPr="00D31D98">
              <w:rPr>
                <w:szCs w:val="24"/>
              </w:rPr>
              <w:t>Siber</w:t>
            </w:r>
            <w:proofErr w:type="spellEnd"/>
          </w:p>
        </w:tc>
        <w:tc>
          <w:tcPr>
            <w:tcW w:w="3118" w:type="dxa"/>
            <w:shd w:val="clear" w:color="auto" w:fill="C6D9F1" w:themeFill="text2" w:themeFillTint="33"/>
            <w:vAlign w:val="center"/>
          </w:tcPr>
          <w:p w14:paraId="19D08BA9" w14:textId="77777777" w:rsidR="00DE16E0" w:rsidRPr="00D31D98" w:rsidRDefault="00DE16E0" w:rsidP="00DE16E0">
            <w:pPr>
              <w:widowControl w:val="0"/>
            </w:pPr>
            <w:r w:rsidRPr="00D31D98">
              <w:rPr>
                <w:szCs w:val="24"/>
              </w:rPr>
              <w:t>TZK</w:t>
            </w:r>
          </w:p>
        </w:tc>
        <w:tc>
          <w:tcPr>
            <w:tcW w:w="1417" w:type="dxa"/>
            <w:shd w:val="clear" w:color="auto" w:fill="C6D9F1" w:themeFill="text2" w:themeFillTint="33"/>
            <w:vAlign w:val="center"/>
          </w:tcPr>
          <w:p w14:paraId="708A9BF9" w14:textId="77777777" w:rsidR="00DE16E0" w:rsidRPr="00D31D98" w:rsidRDefault="00DE16E0" w:rsidP="00DE16E0">
            <w:pPr>
              <w:widowControl w:val="0"/>
            </w:pPr>
            <w:r w:rsidRPr="00D31D98">
              <w:rPr>
                <w:szCs w:val="24"/>
              </w:rPr>
              <w:t>1.–4.</w:t>
            </w:r>
          </w:p>
        </w:tc>
        <w:tc>
          <w:tcPr>
            <w:tcW w:w="2154" w:type="dxa"/>
            <w:shd w:val="clear" w:color="auto" w:fill="C6D9F1" w:themeFill="text2" w:themeFillTint="33"/>
            <w:vAlign w:val="center"/>
          </w:tcPr>
          <w:p w14:paraId="108E8789" w14:textId="77777777" w:rsidR="00DE16E0" w:rsidRPr="00D31D98" w:rsidRDefault="00DE16E0" w:rsidP="00DE16E0">
            <w:pPr>
              <w:widowControl w:val="0"/>
            </w:pPr>
            <w:r w:rsidRPr="00D31D98">
              <w:rPr>
                <w:szCs w:val="24"/>
              </w:rPr>
              <w:t>1</w:t>
            </w:r>
          </w:p>
        </w:tc>
      </w:tr>
      <w:tr w:rsidR="00DE16E0" w:rsidRPr="00D31D98" w14:paraId="429380EC" w14:textId="77777777" w:rsidTr="00DE16E0">
        <w:trPr>
          <w:cantSplit/>
          <w:jc w:val="center"/>
        </w:trPr>
        <w:tc>
          <w:tcPr>
            <w:tcW w:w="2382" w:type="dxa"/>
            <w:shd w:val="clear" w:color="auto" w:fill="C6D9F1" w:themeFill="text2" w:themeFillTint="33"/>
            <w:vAlign w:val="center"/>
          </w:tcPr>
          <w:p w14:paraId="59385CA4" w14:textId="77777777" w:rsidR="00DE16E0" w:rsidRPr="00D31D98" w:rsidRDefault="00DE16E0" w:rsidP="00DE16E0">
            <w:pPr>
              <w:widowControl w:val="0"/>
              <w:rPr>
                <w:bCs/>
              </w:rPr>
            </w:pPr>
            <w:r w:rsidRPr="00D31D98">
              <w:rPr>
                <w:szCs w:val="24"/>
              </w:rPr>
              <w:t xml:space="preserve">Ella Rakovac </w:t>
            </w:r>
            <w:proofErr w:type="spellStart"/>
            <w:r w:rsidRPr="00D31D98">
              <w:rPr>
                <w:szCs w:val="24"/>
              </w:rPr>
              <w:t>Bekeš</w:t>
            </w:r>
            <w:proofErr w:type="spellEnd"/>
          </w:p>
        </w:tc>
        <w:tc>
          <w:tcPr>
            <w:tcW w:w="3118" w:type="dxa"/>
            <w:shd w:val="clear" w:color="auto" w:fill="C6D9F1" w:themeFill="text2" w:themeFillTint="33"/>
            <w:vAlign w:val="center"/>
          </w:tcPr>
          <w:p w14:paraId="6246EA80" w14:textId="77777777" w:rsidR="00DE16E0" w:rsidRPr="00D31D98" w:rsidRDefault="00DE16E0" w:rsidP="00DE16E0">
            <w:pPr>
              <w:widowControl w:val="0"/>
            </w:pPr>
            <w:r w:rsidRPr="00D31D98">
              <w:rPr>
                <w:szCs w:val="24"/>
              </w:rPr>
              <w:t>Matematika - pripreme</w:t>
            </w:r>
          </w:p>
        </w:tc>
        <w:tc>
          <w:tcPr>
            <w:tcW w:w="1417" w:type="dxa"/>
            <w:shd w:val="clear" w:color="auto" w:fill="C6D9F1" w:themeFill="text2" w:themeFillTint="33"/>
            <w:vAlign w:val="center"/>
          </w:tcPr>
          <w:p w14:paraId="559F120E" w14:textId="77777777" w:rsidR="00DE16E0" w:rsidRPr="00D31D98" w:rsidRDefault="00DE16E0" w:rsidP="00DE16E0">
            <w:pPr>
              <w:widowControl w:val="0"/>
            </w:pPr>
            <w:r w:rsidRPr="00D31D98">
              <w:rPr>
                <w:szCs w:val="24"/>
              </w:rPr>
              <w:t>4.</w:t>
            </w:r>
          </w:p>
        </w:tc>
        <w:tc>
          <w:tcPr>
            <w:tcW w:w="2154" w:type="dxa"/>
            <w:shd w:val="clear" w:color="auto" w:fill="C6D9F1" w:themeFill="text2" w:themeFillTint="33"/>
            <w:vAlign w:val="center"/>
          </w:tcPr>
          <w:p w14:paraId="52848FF5" w14:textId="77777777" w:rsidR="00DE16E0" w:rsidRPr="00D31D98" w:rsidRDefault="00DE16E0" w:rsidP="00DE16E0">
            <w:pPr>
              <w:widowControl w:val="0"/>
            </w:pPr>
            <w:r w:rsidRPr="00D31D98">
              <w:rPr>
                <w:szCs w:val="24"/>
              </w:rPr>
              <w:t>2</w:t>
            </w:r>
          </w:p>
        </w:tc>
      </w:tr>
      <w:tr w:rsidR="00982D66" w:rsidRPr="00D31D98" w14:paraId="41FB729F" w14:textId="77777777" w:rsidTr="00DE16E0">
        <w:trPr>
          <w:cantSplit/>
          <w:jc w:val="center"/>
        </w:trPr>
        <w:tc>
          <w:tcPr>
            <w:tcW w:w="2382" w:type="dxa"/>
            <w:shd w:val="clear" w:color="auto" w:fill="C6D9F1" w:themeFill="text2" w:themeFillTint="33"/>
            <w:vAlign w:val="center"/>
          </w:tcPr>
          <w:p w14:paraId="2FC5AC30" w14:textId="77777777" w:rsidR="00982D66" w:rsidRPr="00D31D98" w:rsidRDefault="00982D66" w:rsidP="00982D66">
            <w:pPr>
              <w:widowControl w:val="0"/>
              <w:rPr>
                <w:bCs/>
              </w:rPr>
            </w:pPr>
            <w:r>
              <w:rPr>
                <w:szCs w:val="24"/>
              </w:rPr>
              <w:t>Snježana Novaković</w:t>
            </w:r>
          </w:p>
        </w:tc>
        <w:tc>
          <w:tcPr>
            <w:tcW w:w="3118" w:type="dxa"/>
            <w:shd w:val="clear" w:color="auto" w:fill="C6D9F1" w:themeFill="text2" w:themeFillTint="33"/>
            <w:vAlign w:val="center"/>
          </w:tcPr>
          <w:p w14:paraId="4D6B67BB" w14:textId="77777777" w:rsidR="00982D66" w:rsidRPr="00D31D98" w:rsidRDefault="00982D66" w:rsidP="00982D66">
            <w:pPr>
              <w:widowControl w:val="0"/>
            </w:pPr>
            <w:r>
              <w:rPr>
                <w:szCs w:val="24"/>
              </w:rPr>
              <w:t>Fizika</w:t>
            </w:r>
            <w:r w:rsidRPr="00D31D98">
              <w:rPr>
                <w:szCs w:val="24"/>
              </w:rPr>
              <w:t xml:space="preserve"> - pripreme</w:t>
            </w:r>
          </w:p>
        </w:tc>
        <w:tc>
          <w:tcPr>
            <w:tcW w:w="1417" w:type="dxa"/>
            <w:shd w:val="clear" w:color="auto" w:fill="C6D9F1" w:themeFill="text2" w:themeFillTint="33"/>
            <w:vAlign w:val="center"/>
          </w:tcPr>
          <w:p w14:paraId="2C7756EA" w14:textId="77777777" w:rsidR="00982D66" w:rsidRPr="00D31D98" w:rsidRDefault="00982D66" w:rsidP="00982D66">
            <w:pPr>
              <w:widowControl w:val="0"/>
            </w:pPr>
            <w:r w:rsidRPr="00D31D98">
              <w:rPr>
                <w:szCs w:val="24"/>
              </w:rPr>
              <w:t>4.</w:t>
            </w:r>
          </w:p>
        </w:tc>
        <w:tc>
          <w:tcPr>
            <w:tcW w:w="2154" w:type="dxa"/>
            <w:shd w:val="clear" w:color="auto" w:fill="C6D9F1" w:themeFill="text2" w:themeFillTint="33"/>
            <w:vAlign w:val="center"/>
          </w:tcPr>
          <w:p w14:paraId="794E0AA6" w14:textId="77777777" w:rsidR="00982D66" w:rsidRPr="00D31D98" w:rsidRDefault="00982D66" w:rsidP="00982D66">
            <w:pPr>
              <w:widowControl w:val="0"/>
            </w:pPr>
            <w:r w:rsidRPr="00D31D98">
              <w:rPr>
                <w:szCs w:val="24"/>
              </w:rPr>
              <w:t>2</w:t>
            </w:r>
          </w:p>
        </w:tc>
      </w:tr>
      <w:tr w:rsidR="00982D66" w:rsidRPr="00D31D98" w14:paraId="6F58AE8F" w14:textId="77777777" w:rsidTr="00DE16E0">
        <w:trPr>
          <w:cantSplit/>
          <w:jc w:val="center"/>
        </w:trPr>
        <w:tc>
          <w:tcPr>
            <w:tcW w:w="2382" w:type="dxa"/>
            <w:shd w:val="clear" w:color="auto" w:fill="C6D9F1" w:themeFill="text2" w:themeFillTint="33"/>
            <w:vAlign w:val="center"/>
          </w:tcPr>
          <w:p w14:paraId="66692263" w14:textId="77777777" w:rsidR="00982D66" w:rsidRPr="00D31D98" w:rsidRDefault="00982D66" w:rsidP="00982D66">
            <w:pPr>
              <w:widowControl w:val="0"/>
              <w:rPr>
                <w:bCs/>
              </w:rPr>
            </w:pPr>
            <w:r w:rsidRPr="00D31D98">
              <w:rPr>
                <w:szCs w:val="24"/>
              </w:rPr>
              <w:t xml:space="preserve">Ivana </w:t>
            </w:r>
            <w:proofErr w:type="spellStart"/>
            <w:r w:rsidRPr="00D31D98">
              <w:rPr>
                <w:szCs w:val="24"/>
              </w:rPr>
              <w:t>Štiglec</w:t>
            </w:r>
            <w:proofErr w:type="spellEnd"/>
          </w:p>
        </w:tc>
        <w:tc>
          <w:tcPr>
            <w:tcW w:w="3118" w:type="dxa"/>
            <w:shd w:val="clear" w:color="auto" w:fill="C6D9F1" w:themeFill="text2" w:themeFillTint="33"/>
            <w:vAlign w:val="center"/>
          </w:tcPr>
          <w:p w14:paraId="6A592DFE" w14:textId="77777777" w:rsidR="00982D66" w:rsidRPr="00D31D98" w:rsidRDefault="00982D66" w:rsidP="00982D66">
            <w:pPr>
              <w:widowControl w:val="0"/>
            </w:pPr>
            <w:r w:rsidRPr="00D31D98">
              <w:rPr>
                <w:szCs w:val="24"/>
              </w:rPr>
              <w:t>Engleski jezik – pripreme</w:t>
            </w:r>
          </w:p>
        </w:tc>
        <w:tc>
          <w:tcPr>
            <w:tcW w:w="1417" w:type="dxa"/>
            <w:shd w:val="clear" w:color="auto" w:fill="C6D9F1" w:themeFill="text2" w:themeFillTint="33"/>
            <w:vAlign w:val="center"/>
          </w:tcPr>
          <w:p w14:paraId="7A46570A" w14:textId="77777777" w:rsidR="00982D66" w:rsidRPr="00D31D98" w:rsidRDefault="00982D66" w:rsidP="00982D66">
            <w:pPr>
              <w:widowControl w:val="0"/>
            </w:pPr>
            <w:r w:rsidRPr="00D31D98">
              <w:rPr>
                <w:szCs w:val="24"/>
              </w:rPr>
              <w:t>4.</w:t>
            </w:r>
          </w:p>
        </w:tc>
        <w:tc>
          <w:tcPr>
            <w:tcW w:w="2154" w:type="dxa"/>
            <w:shd w:val="clear" w:color="auto" w:fill="C6D9F1" w:themeFill="text2" w:themeFillTint="33"/>
            <w:vAlign w:val="center"/>
          </w:tcPr>
          <w:p w14:paraId="77861ECE" w14:textId="77777777" w:rsidR="00982D66" w:rsidRPr="00D31D98" w:rsidRDefault="00982D66" w:rsidP="00982D66">
            <w:pPr>
              <w:widowControl w:val="0"/>
            </w:pPr>
            <w:r w:rsidRPr="00D31D98">
              <w:rPr>
                <w:szCs w:val="24"/>
              </w:rPr>
              <w:t>2</w:t>
            </w:r>
          </w:p>
        </w:tc>
      </w:tr>
      <w:tr w:rsidR="00982D66" w:rsidRPr="00D31D98" w14:paraId="4C2076E7" w14:textId="77777777" w:rsidTr="00DE16E0">
        <w:trPr>
          <w:cantSplit/>
          <w:jc w:val="center"/>
        </w:trPr>
        <w:tc>
          <w:tcPr>
            <w:tcW w:w="2382" w:type="dxa"/>
            <w:shd w:val="clear" w:color="auto" w:fill="C6D9F1" w:themeFill="text2" w:themeFillTint="33"/>
            <w:vAlign w:val="center"/>
          </w:tcPr>
          <w:p w14:paraId="382D892E" w14:textId="77777777" w:rsidR="00982D66" w:rsidRPr="00D31D98" w:rsidRDefault="00982D66" w:rsidP="00982D66">
            <w:pPr>
              <w:widowControl w:val="0"/>
              <w:rPr>
                <w:bCs/>
              </w:rPr>
            </w:pPr>
            <w:r w:rsidRPr="00D31D98">
              <w:rPr>
                <w:szCs w:val="24"/>
              </w:rPr>
              <w:t xml:space="preserve">Radmila </w:t>
            </w:r>
            <w:proofErr w:type="spellStart"/>
            <w:r w:rsidRPr="00D31D98">
              <w:rPr>
                <w:szCs w:val="24"/>
              </w:rPr>
              <w:t>Završki</w:t>
            </w:r>
            <w:proofErr w:type="spellEnd"/>
          </w:p>
        </w:tc>
        <w:tc>
          <w:tcPr>
            <w:tcW w:w="3118" w:type="dxa"/>
            <w:shd w:val="clear" w:color="auto" w:fill="C6D9F1" w:themeFill="text2" w:themeFillTint="33"/>
            <w:vAlign w:val="center"/>
          </w:tcPr>
          <w:p w14:paraId="45F46C79" w14:textId="77777777" w:rsidR="00982D66" w:rsidRPr="00D31D98" w:rsidRDefault="00982D66" w:rsidP="00982D66">
            <w:pPr>
              <w:widowControl w:val="0"/>
            </w:pPr>
            <w:r w:rsidRPr="00D31D98">
              <w:rPr>
                <w:szCs w:val="24"/>
              </w:rPr>
              <w:t>Njemački jezik – Dramska skupina</w:t>
            </w:r>
          </w:p>
        </w:tc>
        <w:tc>
          <w:tcPr>
            <w:tcW w:w="1417" w:type="dxa"/>
            <w:shd w:val="clear" w:color="auto" w:fill="C6D9F1" w:themeFill="text2" w:themeFillTint="33"/>
            <w:vAlign w:val="center"/>
          </w:tcPr>
          <w:p w14:paraId="4CF231BA" w14:textId="77777777" w:rsidR="00982D66" w:rsidRPr="00D31D98" w:rsidRDefault="00982D66" w:rsidP="00982D66">
            <w:pPr>
              <w:widowControl w:val="0"/>
            </w:pPr>
            <w:r w:rsidRPr="00D31D98">
              <w:rPr>
                <w:szCs w:val="24"/>
              </w:rPr>
              <w:t>1.–4.</w:t>
            </w:r>
          </w:p>
        </w:tc>
        <w:tc>
          <w:tcPr>
            <w:tcW w:w="2154" w:type="dxa"/>
            <w:shd w:val="clear" w:color="auto" w:fill="C6D9F1" w:themeFill="text2" w:themeFillTint="33"/>
            <w:vAlign w:val="center"/>
          </w:tcPr>
          <w:p w14:paraId="026A8943" w14:textId="77777777" w:rsidR="00982D66" w:rsidRPr="00D31D98" w:rsidRDefault="00982D66" w:rsidP="00982D66">
            <w:pPr>
              <w:widowControl w:val="0"/>
            </w:pPr>
            <w:r w:rsidRPr="00D31D98">
              <w:rPr>
                <w:szCs w:val="24"/>
              </w:rPr>
              <w:t>1</w:t>
            </w:r>
          </w:p>
        </w:tc>
      </w:tr>
      <w:tr w:rsidR="00982D66" w:rsidRPr="00D31D98" w14:paraId="4E52B9BD" w14:textId="77777777" w:rsidTr="00DE16E0">
        <w:trPr>
          <w:cantSplit/>
          <w:jc w:val="center"/>
        </w:trPr>
        <w:tc>
          <w:tcPr>
            <w:tcW w:w="2382" w:type="dxa"/>
            <w:gridSpan w:val="3"/>
            <w:shd w:val="clear" w:color="auto" w:fill="C6D9F1" w:themeFill="text2" w:themeFillTint="33"/>
            <w:vAlign w:val="center"/>
          </w:tcPr>
          <w:p w14:paraId="147E522A" w14:textId="77777777" w:rsidR="00982D66" w:rsidRPr="00D31D98" w:rsidRDefault="00982D66" w:rsidP="00982D66">
            <w:pPr>
              <w:widowControl w:val="0"/>
            </w:pPr>
            <w:r w:rsidRPr="00D31D98">
              <w:rPr>
                <w:szCs w:val="24"/>
              </w:rPr>
              <w:lastRenderedPageBreak/>
              <w:t>UKUPNO:</w:t>
            </w:r>
          </w:p>
        </w:tc>
        <w:tc>
          <w:tcPr>
            <w:tcW w:w="3118" w:type="dxa"/>
            <w:shd w:val="clear" w:color="auto" w:fill="C6D9F1" w:themeFill="text2" w:themeFillTint="33"/>
            <w:vAlign w:val="center"/>
          </w:tcPr>
          <w:p w14:paraId="4D22E25C" w14:textId="77777777" w:rsidR="00982D66" w:rsidRPr="00D31D98" w:rsidRDefault="00982D66" w:rsidP="00982D66">
            <w:pPr>
              <w:widowControl w:val="0"/>
            </w:pPr>
            <w:r>
              <w:rPr>
                <w:szCs w:val="24"/>
              </w:rPr>
              <w:t>20</w:t>
            </w:r>
          </w:p>
        </w:tc>
      </w:tr>
    </w:tbl>
    <w:p w14:paraId="56AC6B17" w14:textId="77777777" w:rsidR="00DE16E0" w:rsidRPr="00D31D98" w:rsidRDefault="00DE16E0">
      <w:pPr>
        <w:spacing w:after="0"/>
        <w:rPr>
          <w:szCs w:val="24"/>
        </w:rPr>
      </w:pPr>
    </w:p>
    <w:p w14:paraId="2F952C9F"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DE16E0" w:rsidRPr="00D31D98" w14:paraId="7EB6176D" w14:textId="77777777" w:rsidTr="005A7CB0">
        <w:trPr>
          <w:cantSplit/>
        </w:trPr>
        <w:tc>
          <w:tcPr>
            <w:tcW w:w="2381" w:type="dxa"/>
            <w:vAlign w:val="center"/>
          </w:tcPr>
          <w:p w14:paraId="08DD8C62" w14:textId="77777777" w:rsidR="00DE16E0" w:rsidRPr="00D31D98" w:rsidRDefault="00DE16E0" w:rsidP="00DE16E0">
            <w:pPr>
              <w:pStyle w:val="Sadrajitablice"/>
              <w:keepNext/>
              <w:rPr>
                <w:rFonts w:eastAsia="Times New Roman" w:cs="Times New Roman"/>
                <w:b/>
                <w:lang w:val="hr-HR"/>
              </w:rPr>
            </w:pPr>
            <w:r w:rsidRPr="00D31D98">
              <w:rPr>
                <w:rFonts w:eastAsia="Times New Roman" w:cs="Times New Roman"/>
                <w:b/>
                <w:bCs/>
                <w:lang w:val="hr-HR"/>
              </w:rPr>
              <w:t>AKTIVNOST</w:t>
            </w:r>
          </w:p>
        </w:tc>
        <w:tc>
          <w:tcPr>
            <w:tcW w:w="6690" w:type="dxa"/>
            <w:vAlign w:val="center"/>
          </w:tcPr>
          <w:p w14:paraId="365F3D0E" w14:textId="77777777" w:rsidR="00DE16E0" w:rsidRPr="00D31D98" w:rsidRDefault="00DE16E0" w:rsidP="00DE16E0">
            <w:pPr>
              <w:pStyle w:val="Sadrajitablice"/>
              <w:keepNext/>
              <w:rPr>
                <w:rFonts w:eastAsia="Times New Roman" w:cs="Times New Roman"/>
                <w:b/>
                <w:lang w:val="hr-HR"/>
              </w:rPr>
            </w:pPr>
            <w:r w:rsidRPr="00D31D98">
              <w:rPr>
                <w:rFonts w:eastAsia="Times New Roman" w:cs="Times New Roman"/>
                <w:b/>
                <w:bCs/>
                <w:lang w:val="hr-HR"/>
              </w:rPr>
              <w:t xml:space="preserve">HRVATSKI JEZIK – ŠKOLSKE NOVINE / GODIŠNJAK </w:t>
            </w:r>
          </w:p>
        </w:tc>
      </w:tr>
      <w:tr w:rsidR="00DE16E0" w:rsidRPr="00D31D98" w14:paraId="49CBCD8B" w14:textId="77777777" w:rsidTr="005A7CB0">
        <w:trPr>
          <w:cantSplit/>
        </w:trPr>
        <w:tc>
          <w:tcPr>
            <w:tcW w:w="2381" w:type="dxa"/>
            <w:vAlign w:val="center"/>
          </w:tcPr>
          <w:p w14:paraId="2AADAC88"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 xml:space="preserve">Ciljevi i ishodi </w:t>
            </w:r>
          </w:p>
        </w:tc>
        <w:tc>
          <w:tcPr>
            <w:tcW w:w="6690" w:type="dxa"/>
            <w:vAlign w:val="center"/>
          </w:tcPr>
          <w:p w14:paraId="63C0A1AA" w14:textId="77777777" w:rsidR="00DE16E0" w:rsidRPr="00D31D98" w:rsidRDefault="00DE16E0" w:rsidP="00DE16E0">
            <w:pPr>
              <w:pStyle w:val="Default"/>
              <w:widowControl w:val="0"/>
              <w:rPr>
                <w:szCs w:val="22"/>
              </w:rPr>
            </w:pPr>
            <w:r w:rsidRPr="00D31D98">
              <w:t xml:space="preserve">Motivirati učenike za pisanje različitih književnih i neknjiževnih tekstova </w:t>
            </w:r>
          </w:p>
          <w:p w14:paraId="7006E2CD" w14:textId="77777777" w:rsidR="00DE16E0" w:rsidRPr="00D31D98" w:rsidRDefault="00DE16E0" w:rsidP="00DE16E0">
            <w:pPr>
              <w:pStyle w:val="Default"/>
              <w:widowControl w:val="0"/>
              <w:rPr>
                <w:szCs w:val="22"/>
              </w:rPr>
            </w:pPr>
            <w:r w:rsidRPr="00D31D98">
              <w:t xml:space="preserve">Pomoći učenicima organizirati vrijeme za učenje i dodatne aktivnosti </w:t>
            </w:r>
          </w:p>
          <w:p w14:paraId="5337CFD4" w14:textId="77777777" w:rsidR="00DE16E0" w:rsidRPr="00D31D98" w:rsidRDefault="00DE16E0" w:rsidP="00DE16E0">
            <w:pPr>
              <w:pStyle w:val="Default"/>
              <w:widowControl w:val="0"/>
              <w:rPr>
                <w:szCs w:val="22"/>
              </w:rPr>
            </w:pPr>
            <w:r w:rsidRPr="00D31D98">
              <w:t xml:space="preserve">Potaknuti učenike na kritičko promišljanje i zaključivanje </w:t>
            </w:r>
          </w:p>
          <w:p w14:paraId="1F2CCD83" w14:textId="77777777" w:rsidR="00DE16E0" w:rsidRPr="00D31D98" w:rsidRDefault="00DE16E0" w:rsidP="00DE16E0">
            <w:pPr>
              <w:pStyle w:val="Default"/>
              <w:widowControl w:val="0"/>
              <w:rPr>
                <w:szCs w:val="22"/>
              </w:rPr>
            </w:pPr>
            <w:r w:rsidRPr="00D31D98">
              <w:t xml:space="preserve">Učenik izražava svoj literarni doživljaj i objašnjava stav o književnom tekstu </w:t>
            </w:r>
          </w:p>
          <w:p w14:paraId="14D4D7BC" w14:textId="77777777" w:rsidR="00DE16E0" w:rsidRPr="00D31D98" w:rsidRDefault="00DE16E0" w:rsidP="00DE16E0">
            <w:pPr>
              <w:pStyle w:val="Default"/>
              <w:widowControl w:val="0"/>
              <w:rPr>
                <w:szCs w:val="22"/>
              </w:rPr>
            </w:pPr>
            <w:r w:rsidRPr="00D31D98">
              <w:t xml:space="preserve">Učenik se stvaralački izražava prema vlastitome interesu potaknut različitim iskustvima i doživljajima </w:t>
            </w:r>
          </w:p>
          <w:p w14:paraId="4465032A" w14:textId="77777777" w:rsidR="00DE16E0" w:rsidRPr="00D31D98" w:rsidRDefault="00DE16E0" w:rsidP="00DE16E0">
            <w:pPr>
              <w:pStyle w:val="Default"/>
              <w:widowControl w:val="0"/>
              <w:rPr>
                <w:szCs w:val="22"/>
              </w:rPr>
            </w:pPr>
            <w:r w:rsidRPr="00D31D98">
              <w:t xml:space="preserve">Učenik prosuđuje popularno kulturne tekstove s obzirom na književni kontekst i kontekst ostalih umjetnosti </w:t>
            </w:r>
          </w:p>
          <w:p w14:paraId="7237411D" w14:textId="77777777" w:rsidR="00DE16E0" w:rsidRPr="00D31D98" w:rsidRDefault="00DE16E0" w:rsidP="00DE16E0">
            <w:pPr>
              <w:pStyle w:val="Default"/>
              <w:widowControl w:val="0"/>
              <w:rPr>
                <w:szCs w:val="22"/>
              </w:rPr>
            </w:pPr>
            <w:r w:rsidRPr="00D31D98">
              <w:t xml:space="preserve">Učenik piše tekstove različitih funkcionalnih stilova </w:t>
            </w:r>
          </w:p>
          <w:p w14:paraId="4CC9F417" w14:textId="77777777" w:rsidR="00DE16E0" w:rsidRPr="00D31D98" w:rsidRDefault="00DE16E0" w:rsidP="00DE16E0">
            <w:pPr>
              <w:pStyle w:val="Default"/>
              <w:widowControl w:val="0"/>
              <w:rPr>
                <w:szCs w:val="22"/>
              </w:rPr>
            </w:pPr>
            <w:r w:rsidRPr="00D31D98">
              <w:t xml:space="preserve">Učenik piše u skladu s jezičnom normom hrvatskoga jezika </w:t>
            </w:r>
          </w:p>
          <w:p w14:paraId="7AA5E840" w14:textId="77777777" w:rsidR="00DE16E0" w:rsidRPr="00D31D98" w:rsidRDefault="00DE16E0" w:rsidP="00DE16E0">
            <w:pPr>
              <w:pStyle w:val="Default"/>
              <w:widowControl w:val="0"/>
              <w:rPr>
                <w:szCs w:val="22"/>
              </w:rPr>
            </w:pPr>
            <w:r w:rsidRPr="00D31D98">
              <w:t xml:space="preserve">Ishodi: A.1.1.; A.1.4; B.1.1.; C.1.1.; A.8.2.; B.8.2.B.8.4.; C.8.2. </w:t>
            </w:r>
          </w:p>
        </w:tc>
      </w:tr>
      <w:tr w:rsidR="00DE16E0" w:rsidRPr="00D31D98" w14:paraId="3F045736" w14:textId="77777777" w:rsidTr="005A7CB0">
        <w:trPr>
          <w:cantSplit/>
        </w:trPr>
        <w:tc>
          <w:tcPr>
            <w:tcW w:w="2381" w:type="dxa"/>
            <w:vAlign w:val="center"/>
          </w:tcPr>
          <w:p w14:paraId="2A9935B9"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52AEC715" w14:textId="77777777" w:rsidR="00DE16E0" w:rsidRPr="00D31D98" w:rsidRDefault="00DE16E0" w:rsidP="00DE16E0">
            <w:pPr>
              <w:pStyle w:val="Default"/>
              <w:widowControl w:val="0"/>
            </w:pPr>
            <w:r w:rsidRPr="00D31D98">
              <w:t xml:space="preserve">Namijenjeno učenicima 4. razreda. </w:t>
            </w:r>
          </w:p>
          <w:p w14:paraId="16185868" w14:textId="77777777" w:rsidR="00DE16E0" w:rsidRPr="00D31D98" w:rsidRDefault="00DE16E0" w:rsidP="00DE16E0">
            <w:pPr>
              <w:pStyle w:val="Default"/>
              <w:widowControl w:val="0"/>
              <w:rPr>
                <w:szCs w:val="22"/>
              </w:rPr>
            </w:pPr>
            <w:r w:rsidRPr="00D31D98">
              <w:t xml:space="preserve">Dodatna nastava namijenjena je učenicima koji žele više od usvajanja predviđenih sadržaja; kreativni su i skloni kritičkom promišljanju </w:t>
            </w:r>
          </w:p>
        </w:tc>
      </w:tr>
      <w:tr w:rsidR="00DE16E0" w:rsidRPr="00D31D98" w14:paraId="0BFBDD4E" w14:textId="77777777" w:rsidTr="005A7CB0">
        <w:trPr>
          <w:cantSplit/>
        </w:trPr>
        <w:tc>
          <w:tcPr>
            <w:tcW w:w="2381" w:type="dxa"/>
            <w:vAlign w:val="center"/>
          </w:tcPr>
          <w:p w14:paraId="24928CC2"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252EB5A9" w14:textId="77777777" w:rsidR="00DE16E0" w:rsidRPr="00D31D98" w:rsidRDefault="00DE16E0" w:rsidP="00DE16E0">
            <w:pPr>
              <w:pStyle w:val="Default"/>
              <w:widowControl w:val="0"/>
              <w:rPr>
                <w:szCs w:val="22"/>
              </w:rPr>
            </w:pPr>
            <w:r w:rsidRPr="00D31D98">
              <w:t>Danijela Stanković, prof.</w:t>
            </w:r>
          </w:p>
        </w:tc>
      </w:tr>
      <w:tr w:rsidR="00DE16E0" w:rsidRPr="00D31D98" w14:paraId="264CF4F3" w14:textId="77777777" w:rsidTr="005A7CB0">
        <w:trPr>
          <w:cantSplit/>
        </w:trPr>
        <w:tc>
          <w:tcPr>
            <w:tcW w:w="2381" w:type="dxa"/>
            <w:vAlign w:val="center"/>
          </w:tcPr>
          <w:p w14:paraId="5865A2B2"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4E1F6AB1" w14:textId="77777777" w:rsidR="00DE16E0" w:rsidRPr="00D31D98" w:rsidRDefault="00DE16E0" w:rsidP="00DE16E0">
            <w:pPr>
              <w:widowControl w:val="0"/>
            </w:pPr>
            <w:r w:rsidRPr="00D31D98">
              <w:rPr>
                <w:szCs w:val="24"/>
              </w:rPr>
              <w:t>Samostalan i grupni, istraživački rad učenika</w:t>
            </w:r>
          </w:p>
        </w:tc>
      </w:tr>
      <w:tr w:rsidR="00DE16E0" w:rsidRPr="00D31D98" w14:paraId="75D86932" w14:textId="77777777" w:rsidTr="005A7CB0">
        <w:trPr>
          <w:cantSplit/>
        </w:trPr>
        <w:tc>
          <w:tcPr>
            <w:tcW w:w="2381" w:type="dxa"/>
            <w:vAlign w:val="center"/>
          </w:tcPr>
          <w:p w14:paraId="715DD049" w14:textId="77777777" w:rsidR="00DE16E0" w:rsidRPr="00D31D98" w:rsidRDefault="00DE16E0" w:rsidP="00DE16E0">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370C81B2" w14:textId="77777777" w:rsidR="00DE16E0" w:rsidRPr="00D31D98" w:rsidRDefault="00DE16E0" w:rsidP="00DE16E0">
            <w:pPr>
              <w:pStyle w:val="Default"/>
              <w:widowControl w:val="0"/>
            </w:pPr>
            <w:r w:rsidRPr="00D31D98">
              <w:t>Od rujna 2026. do svibnja 2027.; 1 tjedno / 32 godišnje</w:t>
            </w:r>
          </w:p>
        </w:tc>
      </w:tr>
      <w:tr w:rsidR="00DE16E0" w:rsidRPr="00D31D98" w14:paraId="3B248446" w14:textId="77777777" w:rsidTr="005A7CB0">
        <w:trPr>
          <w:cantSplit/>
        </w:trPr>
        <w:tc>
          <w:tcPr>
            <w:tcW w:w="2381" w:type="dxa"/>
            <w:vAlign w:val="center"/>
          </w:tcPr>
          <w:p w14:paraId="0A4893B6"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1D575A00" w14:textId="77777777" w:rsidR="00DE16E0" w:rsidRPr="00D31D98" w:rsidRDefault="00DE16E0" w:rsidP="00DE16E0">
            <w:pPr>
              <w:pStyle w:val="Default"/>
              <w:widowControl w:val="0"/>
              <w:rPr>
                <w:szCs w:val="22"/>
              </w:rPr>
            </w:pPr>
            <w:r w:rsidRPr="00D31D98">
              <w:t xml:space="preserve">Kontinuirano praćenje učeničkih postignuća; sudjelovanja u radu – individualnom i grupnom; samostalno sudjelovanje i organizacija u radu </w:t>
            </w:r>
          </w:p>
        </w:tc>
      </w:tr>
      <w:tr w:rsidR="00DE16E0" w:rsidRPr="00D31D98" w14:paraId="143D4A53" w14:textId="77777777" w:rsidTr="005A7CB0">
        <w:trPr>
          <w:cantSplit/>
        </w:trPr>
        <w:tc>
          <w:tcPr>
            <w:tcW w:w="2381" w:type="dxa"/>
            <w:vAlign w:val="center"/>
          </w:tcPr>
          <w:p w14:paraId="02F335D8" w14:textId="77777777" w:rsidR="00DE16E0" w:rsidRPr="00D31D98" w:rsidRDefault="00DE16E0" w:rsidP="00DE16E0">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47654CBA" w14:textId="77777777" w:rsidR="00DE16E0" w:rsidRPr="00D31D98" w:rsidRDefault="00DE16E0" w:rsidP="00DE16E0">
            <w:pPr>
              <w:pStyle w:val="Default"/>
              <w:widowControl w:val="0"/>
              <w:rPr>
                <w:szCs w:val="22"/>
              </w:rPr>
            </w:pPr>
            <w:r w:rsidRPr="00D31D98">
              <w:t xml:space="preserve">Bit će naknadno sastavljen po izvedbi aktivnosti </w:t>
            </w:r>
          </w:p>
        </w:tc>
      </w:tr>
    </w:tbl>
    <w:p w14:paraId="0E5918F7"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DE16E0" w:rsidRPr="00D31D98" w14:paraId="2CEBF40F" w14:textId="77777777" w:rsidTr="005A7CB0">
        <w:trPr>
          <w:cantSplit/>
        </w:trPr>
        <w:tc>
          <w:tcPr>
            <w:tcW w:w="2381" w:type="dxa"/>
            <w:vAlign w:val="center"/>
          </w:tcPr>
          <w:p w14:paraId="0B1F61CC" w14:textId="77777777" w:rsidR="00DE16E0" w:rsidRPr="00D31D98" w:rsidRDefault="00DE16E0" w:rsidP="00DE16E0">
            <w:pPr>
              <w:pStyle w:val="Sadrajitablice"/>
              <w:keepNext/>
              <w:rPr>
                <w:rFonts w:eastAsia="Times New Roman" w:cs="Times New Roman"/>
                <w:b/>
                <w:bCs/>
                <w:lang w:val="hr-HR"/>
              </w:rPr>
            </w:pPr>
            <w:r w:rsidRPr="00D31D98">
              <w:rPr>
                <w:rFonts w:eastAsia="Times New Roman" w:cs="Times New Roman"/>
                <w:b/>
                <w:bCs/>
                <w:lang w:val="hr-HR"/>
              </w:rPr>
              <w:t>AKTIVNOST</w:t>
            </w:r>
          </w:p>
        </w:tc>
        <w:tc>
          <w:tcPr>
            <w:tcW w:w="6690" w:type="dxa"/>
            <w:vAlign w:val="center"/>
          </w:tcPr>
          <w:p w14:paraId="4DF78D13" w14:textId="77777777" w:rsidR="00DE16E0" w:rsidRPr="00D31D98" w:rsidRDefault="00DE16E0" w:rsidP="00DE16E0">
            <w:pPr>
              <w:pStyle w:val="Sadrajitablice"/>
              <w:keepNext/>
              <w:rPr>
                <w:rFonts w:eastAsia="Times New Roman" w:cs="Times New Roman"/>
                <w:b/>
                <w:bCs/>
                <w:lang w:val="hr-HR"/>
              </w:rPr>
            </w:pPr>
            <w:r w:rsidRPr="00D31D98">
              <w:rPr>
                <w:rFonts w:eastAsia="Times New Roman" w:cs="Times New Roman"/>
                <w:b/>
                <w:bCs/>
                <w:lang w:val="hr-HR"/>
              </w:rPr>
              <w:t>HRVATSKI JEZIK – PRIPREME ZA MATURU</w:t>
            </w:r>
          </w:p>
        </w:tc>
      </w:tr>
      <w:tr w:rsidR="00DE16E0" w:rsidRPr="00D31D98" w14:paraId="125FBE85" w14:textId="77777777" w:rsidTr="005A7CB0">
        <w:trPr>
          <w:cantSplit/>
        </w:trPr>
        <w:tc>
          <w:tcPr>
            <w:tcW w:w="2381" w:type="dxa"/>
            <w:vAlign w:val="center"/>
          </w:tcPr>
          <w:p w14:paraId="72FEBB56"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t xml:space="preserve">Ciljevi i ishodi </w:t>
            </w:r>
          </w:p>
        </w:tc>
        <w:tc>
          <w:tcPr>
            <w:tcW w:w="6690" w:type="dxa"/>
            <w:vAlign w:val="center"/>
          </w:tcPr>
          <w:p w14:paraId="3165D4EB" w14:textId="77777777" w:rsidR="00DE16E0" w:rsidRPr="00D31D98" w:rsidRDefault="00DE16E0" w:rsidP="00DE16E0">
            <w:pPr>
              <w:pStyle w:val="Odlomakpopisa"/>
              <w:widowControl w:val="0"/>
              <w:numPr>
                <w:ilvl w:val="0"/>
                <w:numId w:val="11"/>
              </w:numPr>
              <w:ind w:left="255" w:hanging="142"/>
              <w:rPr>
                <w:color w:val="000000" w:themeColor="text1"/>
              </w:rPr>
            </w:pPr>
            <w:r w:rsidRPr="00D31D98">
              <w:rPr>
                <w:color w:val="000000" w:themeColor="text1"/>
                <w:szCs w:val="24"/>
              </w:rPr>
              <w:t>pripremanje učenika za polaganje ispita državne mature – ponavljanje i usustavljivanje obrađenoga gradiva tijekom četverogodišnjega školovanja</w:t>
            </w:r>
          </w:p>
          <w:p w14:paraId="2AA60CD2" w14:textId="77777777" w:rsidR="00DE16E0" w:rsidRPr="00D31D98" w:rsidRDefault="00DE16E0" w:rsidP="00DE16E0">
            <w:pPr>
              <w:pStyle w:val="Odlomakpopisa"/>
              <w:widowControl w:val="0"/>
              <w:numPr>
                <w:ilvl w:val="0"/>
                <w:numId w:val="11"/>
              </w:numPr>
              <w:ind w:left="255" w:hanging="142"/>
              <w:rPr>
                <w:color w:val="000000" w:themeColor="text1"/>
              </w:rPr>
            </w:pPr>
            <w:r w:rsidRPr="00D31D98">
              <w:rPr>
                <w:color w:val="000000" w:themeColor="text1"/>
                <w:szCs w:val="24"/>
              </w:rPr>
              <w:t xml:space="preserve">ponavljanje gradiva propisanoga ispitnim katalogom </w:t>
            </w:r>
          </w:p>
          <w:p w14:paraId="3F4698C6" w14:textId="77777777" w:rsidR="00DE16E0" w:rsidRPr="00D31D98" w:rsidRDefault="00DE16E0" w:rsidP="00DE16E0">
            <w:pPr>
              <w:pStyle w:val="Odlomakpopisa"/>
              <w:widowControl w:val="0"/>
              <w:numPr>
                <w:ilvl w:val="0"/>
                <w:numId w:val="11"/>
              </w:numPr>
              <w:ind w:left="255" w:hanging="142"/>
              <w:rPr>
                <w:color w:val="000000" w:themeColor="text1"/>
              </w:rPr>
            </w:pPr>
            <w:r w:rsidRPr="00D31D98">
              <w:rPr>
                <w:color w:val="000000" w:themeColor="text1"/>
                <w:szCs w:val="24"/>
              </w:rPr>
              <w:t>vježbanje pisanja školskoga eseja i pisane vrste teksta propisane ispitnim katalogom s ciljem razvijanja sposobnosti logičkoga i kritičkoga mišljenja i zaključivanja, boljega razumijevanja povijesnih i književnih odnosa</w:t>
            </w:r>
          </w:p>
        </w:tc>
      </w:tr>
      <w:tr w:rsidR="00DE16E0" w:rsidRPr="00D31D98" w14:paraId="44A7FA8D" w14:textId="77777777" w:rsidTr="005A7CB0">
        <w:trPr>
          <w:cantSplit/>
        </w:trPr>
        <w:tc>
          <w:tcPr>
            <w:tcW w:w="2381" w:type="dxa"/>
            <w:vAlign w:val="center"/>
          </w:tcPr>
          <w:p w14:paraId="7E1CBEF1"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t>Namjena</w:t>
            </w:r>
          </w:p>
        </w:tc>
        <w:tc>
          <w:tcPr>
            <w:tcW w:w="6690" w:type="dxa"/>
            <w:vAlign w:val="center"/>
          </w:tcPr>
          <w:p w14:paraId="2FD62075" w14:textId="77777777" w:rsidR="00DE16E0" w:rsidRPr="00D31D98" w:rsidRDefault="00DE16E0" w:rsidP="00DE16E0">
            <w:pPr>
              <w:widowControl w:val="0"/>
            </w:pPr>
            <w:r w:rsidRPr="00D31D98">
              <w:rPr>
                <w:color w:val="000000" w:themeColor="text1"/>
                <w:szCs w:val="24"/>
              </w:rPr>
              <w:t>Pripremna nastava namijenjena je učenicima završnih razreda koji se žele bolje pripremiti za polaganje ispita državne mature</w:t>
            </w:r>
          </w:p>
        </w:tc>
      </w:tr>
      <w:tr w:rsidR="00DE16E0" w:rsidRPr="00D31D98" w14:paraId="26D1724F" w14:textId="77777777" w:rsidTr="005A7CB0">
        <w:trPr>
          <w:cantSplit/>
        </w:trPr>
        <w:tc>
          <w:tcPr>
            <w:tcW w:w="2381" w:type="dxa"/>
            <w:vAlign w:val="center"/>
          </w:tcPr>
          <w:p w14:paraId="7B43C916"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t>Nositelji aktivnosti</w:t>
            </w:r>
          </w:p>
        </w:tc>
        <w:tc>
          <w:tcPr>
            <w:tcW w:w="6690" w:type="dxa"/>
            <w:vAlign w:val="center"/>
          </w:tcPr>
          <w:p w14:paraId="72865756" w14:textId="77777777" w:rsidR="00DE16E0" w:rsidRPr="00D31D98" w:rsidRDefault="00DE16E0" w:rsidP="00DE16E0">
            <w:pPr>
              <w:widowControl w:val="0"/>
            </w:pPr>
            <w:r w:rsidRPr="00D31D98">
              <w:rPr>
                <w:color w:val="000000" w:themeColor="text1"/>
                <w:szCs w:val="24"/>
              </w:rPr>
              <w:t>učenici završnih razreda i Ivana Tolušić Lacković, prof.</w:t>
            </w:r>
          </w:p>
        </w:tc>
      </w:tr>
      <w:tr w:rsidR="00DE16E0" w:rsidRPr="00D31D98" w14:paraId="3F903D12" w14:textId="77777777" w:rsidTr="005A7CB0">
        <w:trPr>
          <w:cantSplit/>
        </w:trPr>
        <w:tc>
          <w:tcPr>
            <w:tcW w:w="2381" w:type="dxa"/>
            <w:vAlign w:val="center"/>
          </w:tcPr>
          <w:p w14:paraId="4C1B021C"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lastRenderedPageBreak/>
              <w:t>Način realizacije</w:t>
            </w:r>
          </w:p>
        </w:tc>
        <w:tc>
          <w:tcPr>
            <w:tcW w:w="6690" w:type="dxa"/>
            <w:vAlign w:val="center"/>
          </w:tcPr>
          <w:p w14:paraId="432CDBF7" w14:textId="77777777" w:rsidR="00DE16E0" w:rsidRPr="00D31D98" w:rsidRDefault="00DE16E0" w:rsidP="00DE16E0">
            <w:pPr>
              <w:pStyle w:val="Odlomakpopisa"/>
              <w:widowControl w:val="0"/>
              <w:numPr>
                <w:ilvl w:val="0"/>
                <w:numId w:val="10"/>
              </w:numPr>
              <w:ind w:left="255" w:hanging="142"/>
              <w:rPr>
                <w:color w:val="000000" w:themeColor="text1"/>
              </w:rPr>
            </w:pPr>
            <w:r w:rsidRPr="00D31D98">
              <w:rPr>
                <w:color w:val="000000" w:themeColor="text1"/>
                <w:szCs w:val="24"/>
              </w:rPr>
              <w:t>ponavljanje ranije obrađenih nastavnih sadržaja</w:t>
            </w:r>
          </w:p>
          <w:p w14:paraId="2AFF6CDF" w14:textId="77777777" w:rsidR="00DE16E0" w:rsidRPr="00D31D98" w:rsidRDefault="00DE16E0" w:rsidP="00DE16E0">
            <w:pPr>
              <w:pStyle w:val="Odlomakpopisa"/>
              <w:widowControl w:val="0"/>
              <w:numPr>
                <w:ilvl w:val="0"/>
                <w:numId w:val="10"/>
              </w:numPr>
              <w:ind w:left="255" w:hanging="142"/>
              <w:rPr>
                <w:color w:val="000000" w:themeColor="text1"/>
              </w:rPr>
            </w:pPr>
            <w:r w:rsidRPr="00D31D98">
              <w:rPr>
                <w:color w:val="000000" w:themeColor="text1"/>
                <w:szCs w:val="24"/>
              </w:rPr>
              <w:t>rješavanje ranije provedenih ispita DM</w:t>
            </w:r>
          </w:p>
          <w:p w14:paraId="24006E32" w14:textId="77777777" w:rsidR="00DE16E0" w:rsidRPr="00D31D98" w:rsidRDefault="00DE16E0" w:rsidP="00DE16E0">
            <w:pPr>
              <w:pStyle w:val="Odlomakpopisa"/>
              <w:widowControl w:val="0"/>
              <w:numPr>
                <w:ilvl w:val="0"/>
                <w:numId w:val="10"/>
              </w:numPr>
              <w:ind w:left="255" w:hanging="142"/>
              <w:rPr>
                <w:color w:val="000000" w:themeColor="text1"/>
              </w:rPr>
            </w:pPr>
            <w:r w:rsidRPr="00D31D98">
              <w:rPr>
                <w:color w:val="000000" w:themeColor="text1"/>
                <w:szCs w:val="24"/>
              </w:rPr>
              <w:t>pisanje školskih eseja i ostalih pisanih tekstova propisanih ispitnim katalogom</w:t>
            </w:r>
          </w:p>
        </w:tc>
      </w:tr>
      <w:tr w:rsidR="00DE16E0" w:rsidRPr="00D31D98" w14:paraId="3E63BBCB" w14:textId="77777777" w:rsidTr="005A7CB0">
        <w:trPr>
          <w:cantSplit/>
        </w:trPr>
        <w:tc>
          <w:tcPr>
            <w:tcW w:w="2381" w:type="dxa"/>
            <w:vAlign w:val="center"/>
          </w:tcPr>
          <w:p w14:paraId="1B83AB44" w14:textId="77777777" w:rsidR="00DE16E0" w:rsidRPr="00D31D98" w:rsidRDefault="00DE16E0" w:rsidP="00DE16E0">
            <w:pPr>
              <w:pStyle w:val="Sadrajitablice"/>
              <w:rPr>
                <w:rFonts w:eastAsia="Times New Roman" w:cs="Times New Roman"/>
                <w:b/>
                <w:bCs/>
                <w:lang w:val="hr-HR"/>
              </w:rPr>
            </w:pPr>
            <w:proofErr w:type="spellStart"/>
            <w:r w:rsidRPr="00D31D98">
              <w:rPr>
                <w:rFonts w:eastAsia="Times New Roman" w:cs="Times New Roman"/>
                <w:b/>
                <w:bCs/>
                <w:lang w:val="hr-HR"/>
              </w:rPr>
              <w:t>Vremenik</w:t>
            </w:r>
            <w:proofErr w:type="spellEnd"/>
          </w:p>
        </w:tc>
        <w:tc>
          <w:tcPr>
            <w:tcW w:w="6690" w:type="dxa"/>
            <w:vAlign w:val="center"/>
          </w:tcPr>
          <w:p w14:paraId="254E0D5F" w14:textId="77777777" w:rsidR="00DE16E0" w:rsidRPr="00D31D98" w:rsidRDefault="00EF7FB7" w:rsidP="00DE16E0">
            <w:pPr>
              <w:widowControl w:val="0"/>
            </w:pPr>
            <w:r w:rsidRPr="00D31D98">
              <w:rPr>
                <w:color w:val="000000" w:themeColor="text1"/>
                <w:szCs w:val="24"/>
              </w:rPr>
              <w:t>od rujna 2026.  do svibnja 2027</w:t>
            </w:r>
            <w:r w:rsidR="00DE16E0" w:rsidRPr="00D31D98">
              <w:rPr>
                <w:color w:val="000000" w:themeColor="text1"/>
                <w:szCs w:val="24"/>
              </w:rPr>
              <w:t>.</w:t>
            </w:r>
          </w:p>
        </w:tc>
      </w:tr>
      <w:tr w:rsidR="00DE16E0" w:rsidRPr="00D31D98" w14:paraId="4A7ED370" w14:textId="77777777" w:rsidTr="005A7CB0">
        <w:trPr>
          <w:cantSplit/>
        </w:trPr>
        <w:tc>
          <w:tcPr>
            <w:tcW w:w="2381" w:type="dxa"/>
            <w:vAlign w:val="center"/>
          </w:tcPr>
          <w:p w14:paraId="13284320"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t>Vrednovanje</w:t>
            </w:r>
          </w:p>
        </w:tc>
        <w:tc>
          <w:tcPr>
            <w:tcW w:w="6690" w:type="dxa"/>
            <w:vAlign w:val="center"/>
          </w:tcPr>
          <w:p w14:paraId="0AA3D714" w14:textId="77777777" w:rsidR="00DE16E0" w:rsidRPr="00D31D98" w:rsidRDefault="00DE16E0" w:rsidP="00DE16E0">
            <w:pPr>
              <w:widowControl w:val="0"/>
            </w:pPr>
            <w:r w:rsidRPr="00D31D98">
              <w:rPr>
                <w:color w:val="000000" w:themeColor="text1"/>
                <w:szCs w:val="24"/>
              </w:rPr>
              <w:t>evidencija nazočnosti učenika – vođenje bilješki u e-dnevniku</w:t>
            </w:r>
          </w:p>
        </w:tc>
      </w:tr>
      <w:tr w:rsidR="00DE16E0" w:rsidRPr="00D31D98" w14:paraId="51A57FCC" w14:textId="77777777" w:rsidTr="005A7CB0">
        <w:trPr>
          <w:cantSplit/>
        </w:trPr>
        <w:tc>
          <w:tcPr>
            <w:tcW w:w="2381" w:type="dxa"/>
            <w:vAlign w:val="center"/>
          </w:tcPr>
          <w:p w14:paraId="7E8239DD" w14:textId="77777777" w:rsidR="00DE16E0" w:rsidRPr="00D31D98" w:rsidRDefault="00DE16E0" w:rsidP="00DE16E0">
            <w:pPr>
              <w:pStyle w:val="Sadrajitablice"/>
              <w:rPr>
                <w:rFonts w:eastAsia="Times New Roman" w:cs="Times New Roman"/>
                <w:b/>
                <w:bCs/>
                <w:lang w:val="hr-HR"/>
              </w:rPr>
            </w:pPr>
            <w:r w:rsidRPr="00D31D98">
              <w:rPr>
                <w:rFonts w:eastAsia="Times New Roman" w:cs="Times New Roman"/>
                <w:b/>
                <w:bCs/>
                <w:lang w:val="hr-HR"/>
              </w:rPr>
              <w:t>Troškovnik</w:t>
            </w:r>
          </w:p>
        </w:tc>
        <w:tc>
          <w:tcPr>
            <w:tcW w:w="6690" w:type="dxa"/>
            <w:vAlign w:val="center"/>
          </w:tcPr>
          <w:p w14:paraId="64F2CCBE" w14:textId="77777777" w:rsidR="00DE16E0" w:rsidRPr="00D31D98" w:rsidRDefault="00DE16E0" w:rsidP="00DE16E0">
            <w:pPr>
              <w:pStyle w:val="Default"/>
              <w:widowControl w:val="0"/>
            </w:pPr>
            <w:r w:rsidRPr="00D31D98">
              <w:t>/</w:t>
            </w:r>
          </w:p>
        </w:tc>
      </w:tr>
    </w:tbl>
    <w:p w14:paraId="552488BA"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DE16E0" w:rsidRPr="00D31D98" w14:paraId="341CDDAB" w14:textId="77777777" w:rsidTr="005A7CB0">
        <w:trPr>
          <w:cantSplit/>
        </w:trPr>
        <w:tc>
          <w:tcPr>
            <w:tcW w:w="2381" w:type="dxa"/>
            <w:vAlign w:val="center"/>
          </w:tcPr>
          <w:p w14:paraId="759E3CAE" w14:textId="77777777" w:rsidR="00DE16E0" w:rsidRPr="00D31D98" w:rsidRDefault="00DE16E0" w:rsidP="00DE16E0">
            <w:pPr>
              <w:keepNext/>
              <w:widowControl w:val="0"/>
              <w:rPr>
                <w:b/>
                <w:szCs w:val="24"/>
              </w:rPr>
            </w:pPr>
            <w:r w:rsidRPr="00D31D98">
              <w:rPr>
                <w:b/>
                <w:bCs/>
                <w:szCs w:val="24"/>
              </w:rPr>
              <w:t>AKTIVNOST</w:t>
            </w:r>
          </w:p>
        </w:tc>
        <w:tc>
          <w:tcPr>
            <w:tcW w:w="6690" w:type="dxa"/>
            <w:vAlign w:val="center"/>
          </w:tcPr>
          <w:p w14:paraId="528ADBBE" w14:textId="77777777" w:rsidR="00DE16E0" w:rsidRPr="00D31D98" w:rsidRDefault="00DE16E0" w:rsidP="00DE16E0">
            <w:pPr>
              <w:keepNext/>
              <w:widowControl w:val="0"/>
              <w:rPr>
                <w:b/>
                <w:bCs/>
                <w:szCs w:val="24"/>
              </w:rPr>
            </w:pPr>
            <w:r w:rsidRPr="00D31D98">
              <w:rPr>
                <w:b/>
                <w:bCs/>
                <w:szCs w:val="24"/>
              </w:rPr>
              <w:t>Dodatna nastava iz psihologije/Pripreme za DM iz psihologije</w:t>
            </w:r>
          </w:p>
        </w:tc>
      </w:tr>
      <w:tr w:rsidR="00DE16E0" w:rsidRPr="00D31D98" w14:paraId="416F9E2E" w14:textId="77777777" w:rsidTr="005A7CB0">
        <w:trPr>
          <w:cantSplit/>
        </w:trPr>
        <w:tc>
          <w:tcPr>
            <w:tcW w:w="2381" w:type="dxa"/>
            <w:vAlign w:val="center"/>
          </w:tcPr>
          <w:p w14:paraId="5270B433" w14:textId="77777777" w:rsidR="00DE16E0" w:rsidRPr="00D31D98" w:rsidRDefault="00DE16E0" w:rsidP="00DE16E0">
            <w:pPr>
              <w:widowControl w:val="0"/>
              <w:rPr>
                <w:b/>
                <w:szCs w:val="24"/>
              </w:rPr>
            </w:pPr>
            <w:r w:rsidRPr="00D31D98">
              <w:rPr>
                <w:b/>
                <w:bCs/>
                <w:szCs w:val="24"/>
              </w:rPr>
              <w:t>Ciljevi</w:t>
            </w:r>
          </w:p>
        </w:tc>
        <w:tc>
          <w:tcPr>
            <w:tcW w:w="6690" w:type="dxa"/>
            <w:vAlign w:val="center"/>
          </w:tcPr>
          <w:p w14:paraId="48BDE284" w14:textId="77777777" w:rsidR="00DE16E0" w:rsidRPr="00D31D98" w:rsidRDefault="00DE16E0" w:rsidP="00DE16E0">
            <w:pPr>
              <w:pStyle w:val="Odlomakpopisa"/>
              <w:widowControl w:val="0"/>
              <w:numPr>
                <w:ilvl w:val="0"/>
                <w:numId w:val="9"/>
              </w:numPr>
              <w:ind w:left="255" w:hanging="142"/>
              <w:rPr>
                <w:szCs w:val="24"/>
              </w:rPr>
            </w:pPr>
            <w:r w:rsidRPr="00D31D98">
              <w:rPr>
                <w:szCs w:val="24"/>
              </w:rPr>
              <w:t>Ponoviti i povezati ključne sadržaje iz psihologije prema ispitnom katalogu.</w:t>
            </w:r>
          </w:p>
          <w:p w14:paraId="37A7C190" w14:textId="77777777" w:rsidR="00DE16E0" w:rsidRPr="00D31D98" w:rsidRDefault="00DE16E0" w:rsidP="00DE16E0">
            <w:pPr>
              <w:widowControl w:val="0"/>
              <w:numPr>
                <w:ilvl w:val="0"/>
                <w:numId w:val="9"/>
              </w:numPr>
              <w:ind w:left="255" w:hanging="142"/>
              <w:rPr>
                <w:szCs w:val="24"/>
              </w:rPr>
            </w:pPr>
            <w:r w:rsidRPr="00D31D98">
              <w:rPr>
                <w:szCs w:val="24"/>
              </w:rPr>
              <w:t>Razviti vještine rješavanja zadataka (višestruki izbor, kratki odgovor, problemski zadaci).</w:t>
            </w:r>
          </w:p>
          <w:p w14:paraId="39B98276" w14:textId="77777777" w:rsidR="00DE16E0" w:rsidRPr="00D31D98" w:rsidRDefault="00DE16E0" w:rsidP="00DE16E0">
            <w:pPr>
              <w:widowControl w:val="0"/>
              <w:numPr>
                <w:ilvl w:val="0"/>
                <w:numId w:val="9"/>
              </w:numPr>
              <w:ind w:left="255" w:hanging="142"/>
              <w:rPr>
                <w:szCs w:val="24"/>
              </w:rPr>
            </w:pPr>
            <w:r w:rsidRPr="00D31D98">
              <w:rPr>
                <w:szCs w:val="24"/>
              </w:rPr>
              <w:t>Poticati analitičko i kritičko mišljenje u pristupu zadacima.</w:t>
            </w:r>
          </w:p>
          <w:p w14:paraId="1CCEB7D8" w14:textId="77777777" w:rsidR="00DE16E0" w:rsidRPr="00D31D98" w:rsidRDefault="00DE16E0" w:rsidP="00DE16E0">
            <w:pPr>
              <w:widowControl w:val="0"/>
              <w:numPr>
                <w:ilvl w:val="0"/>
                <w:numId w:val="9"/>
              </w:numPr>
              <w:ind w:left="255" w:hanging="142"/>
              <w:rPr>
                <w:szCs w:val="24"/>
              </w:rPr>
            </w:pPr>
            <w:r w:rsidRPr="00D31D98">
              <w:rPr>
                <w:szCs w:val="24"/>
              </w:rPr>
              <w:t>Vježbati upravljanje vremenom i strategije polaganja ispita.</w:t>
            </w:r>
          </w:p>
        </w:tc>
      </w:tr>
      <w:tr w:rsidR="00DE16E0" w:rsidRPr="00D31D98" w14:paraId="3D7E1B0A" w14:textId="77777777" w:rsidTr="005A7CB0">
        <w:trPr>
          <w:cantSplit/>
        </w:trPr>
        <w:tc>
          <w:tcPr>
            <w:tcW w:w="2381" w:type="dxa"/>
            <w:vAlign w:val="center"/>
          </w:tcPr>
          <w:p w14:paraId="721413D7" w14:textId="77777777" w:rsidR="00DE16E0" w:rsidRPr="00D31D98" w:rsidRDefault="00DE16E0" w:rsidP="00DE16E0">
            <w:pPr>
              <w:widowControl w:val="0"/>
              <w:rPr>
                <w:b/>
                <w:szCs w:val="24"/>
              </w:rPr>
            </w:pPr>
            <w:r w:rsidRPr="00D31D98">
              <w:rPr>
                <w:b/>
                <w:bCs/>
                <w:szCs w:val="24"/>
              </w:rPr>
              <w:t>Namjena aktivnosti</w:t>
            </w:r>
          </w:p>
        </w:tc>
        <w:tc>
          <w:tcPr>
            <w:tcW w:w="6690" w:type="dxa"/>
            <w:vAlign w:val="center"/>
          </w:tcPr>
          <w:p w14:paraId="074A03BD" w14:textId="77777777" w:rsidR="00DE16E0" w:rsidRPr="00D31D98" w:rsidRDefault="00DE16E0" w:rsidP="00DE16E0">
            <w:pPr>
              <w:widowControl w:val="0"/>
              <w:rPr>
                <w:szCs w:val="24"/>
              </w:rPr>
            </w:pPr>
            <w:r w:rsidRPr="00D31D98">
              <w:rPr>
                <w:szCs w:val="24"/>
              </w:rPr>
              <w:t xml:space="preserve">Pružiti učenicima jasnu strukturu i plan ponavljanja gradiva te im omogućiti da kroz radionice i simulacije ispita </w:t>
            </w:r>
          </w:p>
        </w:tc>
      </w:tr>
      <w:tr w:rsidR="00DE16E0" w:rsidRPr="00D31D98" w14:paraId="5BE75F9B" w14:textId="77777777" w:rsidTr="005A7CB0">
        <w:trPr>
          <w:cantSplit/>
        </w:trPr>
        <w:tc>
          <w:tcPr>
            <w:tcW w:w="2381" w:type="dxa"/>
            <w:vAlign w:val="center"/>
          </w:tcPr>
          <w:p w14:paraId="29E01D02" w14:textId="77777777" w:rsidR="00DE16E0" w:rsidRPr="00D31D98" w:rsidRDefault="00DE16E0" w:rsidP="00DE16E0">
            <w:pPr>
              <w:widowControl w:val="0"/>
              <w:rPr>
                <w:b/>
                <w:szCs w:val="24"/>
              </w:rPr>
            </w:pPr>
            <w:r w:rsidRPr="00D31D98">
              <w:rPr>
                <w:b/>
                <w:bCs/>
                <w:szCs w:val="24"/>
              </w:rPr>
              <w:t>Nositelji aktivnosti</w:t>
            </w:r>
          </w:p>
        </w:tc>
        <w:tc>
          <w:tcPr>
            <w:tcW w:w="6690" w:type="dxa"/>
            <w:vAlign w:val="center"/>
          </w:tcPr>
          <w:p w14:paraId="15C5AF6B" w14:textId="77777777" w:rsidR="00DE16E0" w:rsidRPr="00D31D98" w:rsidRDefault="00DE16E0" w:rsidP="00DE16E0">
            <w:pPr>
              <w:widowControl w:val="0"/>
              <w:rPr>
                <w:szCs w:val="24"/>
              </w:rPr>
            </w:pPr>
            <w:r w:rsidRPr="00D31D98">
              <w:rPr>
                <w:szCs w:val="24"/>
              </w:rPr>
              <w:t xml:space="preserve">Ružica </w:t>
            </w:r>
            <w:proofErr w:type="spellStart"/>
            <w:r w:rsidRPr="00D31D98">
              <w:rPr>
                <w:szCs w:val="24"/>
              </w:rPr>
              <w:t>Trdin</w:t>
            </w:r>
            <w:proofErr w:type="spellEnd"/>
            <w:r w:rsidRPr="00D31D98">
              <w:rPr>
                <w:szCs w:val="24"/>
              </w:rPr>
              <w:t>, nastavnica psihologije</w:t>
            </w:r>
          </w:p>
        </w:tc>
      </w:tr>
      <w:tr w:rsidR="00DE16E0" w:rsidRPr="00D31D98" w14:paraId="35BA4C57" w14:textId="77777777" w:rsidTr="005A7CB0">
        <w:trPr>
          <w:cantSplit/>
        </w:trPr>
        <w:tc>
          <w:tcPr>
            <w:tcW w:w="2381" w:type="dxa"/>
            <w:vAlign w:val="center"/>
          </w:tcPr>
          <w:p w14:paraId="564B9EF0" w14:textId="77777777" w:rsidR="00DE16E0" w:rsidRPr="00D31D98" w:rsidRDefault="00DE16E0" w:rsidP="00DE16E0">
            <w:pPr>
              <w:widowControl w:val="0"/>
              <w:rPr>
                <w:b/>
                <w:szCs w:val="24"/>
              </w:rPr>
            </w:pPr>
            <w:r w:rsidRPr="00D31D98">
              <w:rPr>
                <w:b/>
                <w:bCs/>
                <w:szCs w:val="24"/>
              </w:rPr>
              <w:t>Način realizacije</w:t>
            </w:r>
          </w:p>
        </w:tc>
        <w:tc>
          <w:tcPr>
            <w:tcW w:w="6690" w:type="dxa"/>
            <w:vAlign w:val="center"/>
          </w:tcPr>
          <w:p w14:paraId="2E1D5107" w14:textId="77777777" w:rsidR="00DE16E0" w:rsidRPr="00D31D98" w:rsidRDefault="00DE16E0" w:rsidP="00DE16E0">
            <w:pPr>
              <w:widowControl w:val="0"/>
              <w:rPr>
                <w:szCs w:val="24"/>
              </w:rPr>
            </w:pPr>
            <w:r w:rsidRPr="00D31D98">
              <w:rPr>
                <w:szCs w:val="24"/>
              </w:rPr>
              <w:t xml:space="preserve">32 sata raspoređenih po drugom polugodištu </w:t>
            </w:r>
          </w:p>
        </w:tc>
      </w:tr>
      <w:tr w:rsidR="00DE16E0" w:rsidRPr="00D31D98" w14:paraId="0FB5F975" w14:textId="77777777" w:rsidTr="005A7CB0">
        <w:trPr>
          <w:cantSplit/>
        </w:trPr>
        <w:tc>
          <w:tcPr>
            <w:tcW w:w="2381" w:type="dxa"/>
            <w:vAlign w:val="center"/>
          </w:tcPr>
          <w:p w14:paraId="470F746E" w14:textId="77777777" w:rsidR="00DE16E0" w:rsidRPr="00D31D98" w:rsidRDefault="00DE16E0" w:rsidP="00DE16E0">
            <w:pPr>
              <w:widowControl w:val="0"/>
              <w:rPr>
                <w:b/>
                <w:szCs w:val="24"/>
              </w:rPr>
            </w:pPr>
            <w:proofErr w:type="spellStart"/>
            <w:r w:rsidRPr="00D31D98">
              <w:rPr>
                <w:b/>
                <w:bCs/>
                <w:szCs w:val="24"/>
              </w:rPr>
              <w:t>Vremenik</w:t>
            </w:r>
            <w:proofErr w:type="spellEnd"/>
          </w:p>
        </w:tc>
        <w:tc>
          <w:tcPr>
            <w:tcW w:w="6690" w:type="dxa"/>
            <w:vAlign w:val="center"/>
          </w:tcPr>
          <w:p w14:paraId="36F27D19" w14:textId="77777777" w:rsidR="00DE16E0" w:rsidRPr="00D31D98" w:rsidRDefault="00DE16E0" w:rsidP="00DE16E0">
            <w:pPr>
              <w:widowControl w:val="0"/>
              <w:rPr>
                <w:szCs w:val="24"/>
              </w:rPr>
            </w:pPr>
            <w:r w:rsidRPr="00D31D98">
              <w:rPr>
                <w:szCs w:val="24"/>
              </w:rPr>
              <w:t>Drugo polugodište</w:t>
            </w:r>
          </w:p>
        </w:tc>
      </w:tr>
      <w:tr w:rsidR="00DE16E0" w:rsidRPr="00D31D98" w14:paraId="07103E4D" w14:textId="77777777" w:rsidTr="005A7CB0">
        <w:trPr>
          <w:cantSplit/>
        </w:trPr>
        <w:tc>
          <w:tcPr>
            <w:tcW w:w="2381" w:type="dxa"/>
            <w:vAlign w:val="center"/>
          </w:tcPr>
          <w:p w14:paraId="532FBB05" w14:textId="77777777" w:rsidR="00DE16E0" w:rsidRPr="00D31D98" w:rsidRDefault="00DE16E0" w:rsidP="00DE16E0">
            <w:pPr>
              <w:widowControl w:val="0"/>
              <w:rPr>
                <w:b/>
                <w:szCs w:val="24"/>
              </w:rPr>
            </w:pPr>
            <w:r w:rsidRPr="00D31D98">
              <w:rPr>
                <w:b/>
                <w:bCs/>
                <w:szCs w:val="24"/>
              </w:rPr>
              <w:t>Troškovnik</w:t>
            </w:r>
          </w:p>
        </w:tc>
        <w:tc>
          <w:tcPr>
            <w:tcW w:w="6690" w:type="dxa"/>
            <w:vAlign w:val="center"/>
          </w:tcPr>
          <w:p w14:paraId="69268D86" w14:textId="77777777" w:rsidR="00DE16E0" w:rsidRPr="00D31D98" w:rsidRDefault="00DE16E0" w:rsidP="00DE16E0">
            <w:pPr>
              <w:widowControl w:val="0"/>
              <w:numPr>
                <w:ilvl w:val="0"/>
                <w:numId w:val="8"/>
              </w:numPr>
              <w:ind w:left="255" w:hanging="142"/>
              <w:rPr>
                <w:szCs w:val="24"/>
              </w:rPr>
            </w:pPr>
          </w:p>
        </w:tc>
      </w:tr>
      <w:tr w:rsidR="00DE16E0" w:rsidRPr="00D31D98" w14:paraId="519C26D7" w14:textId="77777777" w:rsidTr="005A7CB0">
        <w:trPr>
          <w:cantSplit/>
        </w:trPr>
        <w:tc>
          <w:tcPr>
            <w:tcW w:w="2381" w:type="dxa"/>
            <w:vAlign w:val="center"/>
          </w:tcPr>
          <w:p w14:paraId="1532C3AD" w14:textId="77777777" w:rsidR="00DE16E0" w:rsidRPr="00D31D98" w:rsidRDefault="00DE16E0" w:rsidP="00DE16E0">
            <w:pPr>
              <w:widowControl w:val="0"/>
              <w:rPr>
                <w:b/>
                <w:szCs w:val="24"/>
              </w:rPr>
            </w:pPr>
            <w:r w:rsidRPr="00D31D98">
              <w:rPr>
                <w:b/>
                <w:bCs/>
                <w:szCs w:val="24"/>
              </w:rPr>
              <w:t xml:space="preserve">Način vrednovanja </w:t>
            </w:r>
          </w:p>
        </w:tc>
        <w:tc>
          <w:tcPr>
            <w:tcW w:w="6690" w:type="dxa"/>
            <w:vAlign w:val="center"/>
          </w:tcPr>
          <w:p w14:paraId="5789840F" w14:textId="77777777" w:rsidR="00DE16E0" w:rsidRPr="00D31D98" w:rsidRDefault="00DE16E0" w:rsidP="00DE16E0">
            <w:pPr>
              <w:widowControl w:val="0"/>
              <w:rPr>
                <w:szCs w:val="24"/>
              </w:rPr>
            </w:pPr>
            <w:r w:rsidRPr="00D31D98">
              <w:rPr>
                <w:szCs w:val="24"/>
              </w:rPr>
              <w:t>Formativno vrednovanje</w:t>
            </w:r>
          </w:p>
        </w:tc>
      </w:tr>
    </w:tbl>
    <w:p w14:paraId="6E8AD574" w14:textId="77777777" w:rsidR="00DE16E0" w:rsidRPr="00D31D98" w:rsidRDefault="00DE16E0">
      <w:pPr>
        <w:spacing w:after="0"/>
      </w:pPr>
    </w:p>
    <w:p w14:paraId="5F2BAAB1"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DE16E0" w:rsidRPr="00D31D98" w14:paraId="23A68D64" w14:textId="77777777" w:rsidTr="005A7CB0">
        <w:trPr>
          <w:cantSplit/>
        </w:trPr>
        <w:tc>
          <w:tcPr>
            <w:tcW w:w="2381" w:type="dxa"/>
            <w:vAlign w:val="center"/>
          </w:tcPr>
          <w:p w14:paraId="29402357" w14:textId="77777777" w:rsidR="00DE16E0" w:rsidRPr="00D31D98" w:rsidRDefault="00DE16E0" w:rsidP="00DE16E0">
            <w:pPr>
              <w:keepNext/>
              <w:widowControl w:val="0"/>
              <w:rPr>
                <w:b/>
                <w:szCs w:val="24"/>
              </w:rPr>
            </w:pPr>
            <w:r w:rsidRPr="00D31D98">
              <w:rPr>
                <w:b/>
                <w:bCs/>
                <w:szCs w:val="24"/>
              </w:rPr>
              <w:t>AKTIVNOST</w:t>
            </w:r>
          </w:p>
        </w:tc>
        <w:tc>
          <w:tcPr>
            <w:tcW w:w="6690" w:type="dxa"/>
            <w:vAlign w:val="center"/>
          </w:tcPr>
          <w:p w14:paraId="1C988EAF" w14:textId="77777777" w:rsidR="00DE16E0" w:rsidRPr="00D31D98" w:rsidRDefault="00DE16E0" w:rsidP="00DE16E0">
            <w:pPr>
              <w:keepNext/>
              <w:widowControl w:val="0"/>
              <w:rPr>
                <w:b/>
                <w:bCs/>
                <w:szCs w:val="24"/>
              </w:rPr>
            </w:pPr>
            <w:r w:rsidRPr="00D31D98">
              <w:rPr>
                <w:b/>
                <w:bCs/>
                <w:szCs w:val="24"/>
              </w:rPr>
              <w:t>Dodatna nastava/Klub volontera</w:t>
            </w:r>
          </w:p>
        </w:tc>
      </w:tr>
      <w:tr w:rsidR="00DE16E0" w:rsidRPr="00D31D98" w14:paraId="3AFD27DC" w14:textId="77777777" w:rsidTr="005A7CB0">
        <w:trPr>
          <w:cantSplit/>
        </w:trPr>
        <w:tc>
          <w:tcPr>
            <w:tcW w:w="2381" w:type="dxa"/>
            <w:vAlign w:val="center"/>
          </w:tcPr>
          <w:p w14:paraId="478B098C" w14:textId="77777777" w:rsidR="00DE16E0" w:rsidRPr="00D31D98" w:rsidRDefault="00DE16E0" w:rsidP="00DE16E0">
            <w:pPr>
              <w:widowControl w:val="0"/>
              <w:rPr>
                <w:b/>
                <w:szCs w:val="24"/>
              </w:rPr>
            </w:pPr>
            <w:r w:rsidRPr="00D31D98">
              <w:rPr>
                <w:b/>
                <w:bCs/>
                <w:szCs w:val="24"/>
              </w:rPr>
              <w:t>Ciljevi</w:t>
            </w:r>
          </w:p>
        </w:tc>
        <w:tc>
          <w:tcPr>
            <w:tcW w:w="6690" w:type="dxa"/>
            <w:vAlign w:val="center"/>
          </w:tcPr>
          <w:p w14:paraId="3BFA1FFE" w14:textId="77777777" w:rsidR="00DE16E0" w:rsidRPr="00D31D98" w:rsidRDefault="00DE16E0" w:rsidP="00DE16E0">
            <w:pPr>
              <w:pStyle w:val="Odlomakpopisa"/>
              <w:widowControl w:val="0"/>
              <w:numPr>
                <w:ilvl w:val="0"/>
                <w:numId w:val="9"/>
              </w:numPr>
              <w:ind w:left="255" w:hanging="142"/>
              <w:rPr>
                <w:szCs w:val="24"/>
              </w:rPr>
            </w:pPr>
            <w:r w:rsidRPr="00D31D98">
              <w:rPr>
                <w:szCs w:val="24"/>
              </w:rPr>
              <w:t>Osvijestiti važnost volontiranja</w:t>
            </w:r>
          </w:p>
          <w:p w14:paraId="05AA2ED7" w14:textId="77777777" w:rsidR="00DE16E0" w:rsidRPr="00D31D98" w:rsidRDefault="00DE16E0" w:rsidP="00DE16E0">
            <w:pPr>
              <w:widowControl w:val="0"/>
              <w:numPr>
                <w:ilvl w:val="0"/>
                <w:numId w:val="9"/>
              </w:numPr>
              <w:ind w:left="255" w:hanging="142"/>
              <w:rPr>
                <w:szCs w:val="24"/>
              </w:rPr>
            </w:pPr>
            <w:r w:rsidRPr="00D31D98">
              <w:rPr>
                <w:szCs w:val="24"/>
              </w:rPr>
              <w:t>Poticati društvenu odgovornost učenika.</w:t>
            </w:r>
          </w:p>
          <w:p w14:paraId="6CD3A03B" w14:textId="77777777" w:rsidR="00DE16E0" w:rsidRPr="00D31D98" w:rsidRDefault="00DE16E0" w:rsidP="00DE16E0">
            <w:pPr>
              <w:widowControl w:val="0"/>
              <w:numPr>
                <w:ilvl w:val="0"/>
                <w:numId w:val="9"/>
              </w:numPr>
              <w:ind w:left="255" w:hanging="142"/>
              <w:rPr>
                <w:szCs w:val="24"/>
              </w:rPr>
            </w:pPr>
            <w:r w:rsidRPr="00D31D98">
              <w:rPr>
                <w:szCs w:val="24"/>
              </w:rPr>
              <w:t>Povezati znanja iz psihologije (motivacija, altruizam, empatija) s konkretnim iskustvima volontiranja.</w:t>
            </w:r>
          </w:p>
          <w:p w14:paraId="0DB6E522" w14:textId="77777777" w:rsidR="00DE16E0" w:rsidRPr="00D31D98" w:rsidRDefault="00DE16E0" w:rsidP="00DE16E0">
            <w:pPr>
              <w:widowControl w:val="0"/>
              <w:numPr>
                <w:ilvl w:val="0"/>
                <w:numId w:val="9"/>
              </w:numPr>
              <w:ind w:left="255" w:hanging="142"/>
              <w:rPr>
                <w:szCs w:val="24"/>
              </w:rPr>
            </w:pPr>
            <w:r w:rsidRPr="00D31D98">
              <w:rPr>
                <w:szCs w:val="24"/>
              </w:rPr>
              <w:t xml:space="preserve">Osnažiti učenike za aktivno uključivanje u volontersku zajednicu. </w:t>
            </w:r>
          </w:p>
          <w:p w14:paraId="3C80F9D5" w14:textId="77777777" w:rsidR="00DE16E0" w:rsidRPr="00D31D98" w:rsidRDefault="00DE16E0" w:rsidP="00DE16E0">
            <w:pPr>
              <w:widowControl w:val="0"/>
              <w:numPr>
                <w:ilvl w:val="0"/>
                <w:numId w:val="9"/>
              </w:numPr>
              <w:ind w:left="255" w:hanging="142"/>
              <w:rPr>
                <w:szCs w:val="24"/>
              </w:rPr>
            </w:pPr>
            <w:r w:rsidRPr="00D31D98">
              <w:rPr>
                <w:szCs w:val="24"/>
              </w:rPr>
              <w:t>Poticati razvoj empatije i tolerancije prema svim skupinama ljudi</w:t>
            </w:r>
          </w:p>
        </w:tc>
      </w:tr>
      <w:tr w:rsidR="00DE16E0" w:rsidRPr="00D31D98" w14:paraId="46BA5D04" w14:textId="77777777" w:rsidTr="005A7CB0">
        <w:trPr>
          <w:cantSplit/>
        </w:trPr>
        <w:tc>
          <w:tcPr>
            <w:tcW w:w="2381" w:type="dxa"/>
            <w:vAlign w:val="center"/>
          </w:tcPr>
          <w:p w14:paraId="1CEF07B4" w14:textId="77777777" w:rsidR="00DE16E0" w:rsidRPr="00D31D98" w:rsidRDefault="00DE16E0" w:rsidP="00DE16E0">
            <w:pPr>
              <w:widowControl w:val="0"/>
              <w:rPr>
                <w:b/>
                <w:szCs w:val="24"/>
              </w:rPr>
            </w:pPr>
            <w:r w:rsidRPr="00D31D98">
              <w:rPr>
                <w:b/>
                <w:bCs/>
                <w:szCs w:val="24"/>
              </w:rPr>
              <w:t>Namjena aktivnosti</w:t>
            </w:r>
          </w:p>
        </w:tc>
        <w:tc>
          <w:tcPr>
            <w:tcW w:w="6690" w:type="dxa"/>
            <w:vAlign w:val="center"/>
          </w:tcPr>
          <w:p w14:paraId="190743A2" w14:textId="77777777" w:rsidR="00DE16E0" w:rsidRPr="00D31D98" w:rsidRDefault="00DE16E0" w:rsidP="00DE16E0">
            <w:pPr>
              <w:widowControl w:val="0"/>
              <w:rPr>
                <w:szCs w:val="24"/>
              </w:rPr>
            </w:pPr>
            <w:r w:rsidRPr="00D31D98">
              <w:rPr>
                <w:szCs w:val="24"/>
              </w:rPr>
              <w:t>Omogućiti učenicima da istraže oblike volontiranja u lokalnoj zajednici i volontiraju u istoj</w:t>
            </w:r>
          </w:p>
        </w:tc>
      </w:tr>
      <w:tr w:rsidR="00DE16E0" w:rsidRPr="00D31D98" w14:paraId="13AF9DCA" w14:textId="77777777" w:rsidTr="005A7CB0">
        <w:trPr>
          <w:cantSplit/>
        </w:trPr>
        <w:tc>
          <w:tcPr>
            <w:tcW w:w="2381" w:type="dxa"/>
            <w:vAlign w:val="center"/>
          </w:tcPr>
          <w:p w14:paraId="768F4102" w14:textId="77777777" w:rsidR="00DE16E0" w:rsidRPr="00D31D98" w:rsidRDefault="00DE16E0" w:rsidP="00DE16E0">
            <w:pPr>
              <w:widowControl w:val="0"/>
              <w:rPr>
                <w:b/>
                <w:szCs w:val="24"/>
              </w:rPr>
            </w:pPr>
            <w:r w:rsidRPr="00D31D98">
              <w:rPr>
                <w:b/>
                <w:bCs/>
                <w:szCs w:val="24"/>
              </w:rPr>
              <w:t>Nositelji aktivnosti</w:t>
            </w:r>
          </w:p>
        </w:tc>
        <w:tc>
          <w:tcPr>
            <w:tcW w:w="6690" w:type="dxa"/>
            <w:vAlign w:val="center"/>
          </w:tcPr>
          <w:p w14:paraId="70BDF2C5" w14:textId="77777777" w:rsidR="00DE16E0" w:rsidRPr="00D31D98" w:rsidRDefault="00DE16E0" w:rsidP="00DE16E0">
            <w:pPr>
              <w:widowControl w:val="0"/>
              <w:rPr>
                <w:szCs w:val="24"/>
              </w:rPr>
            </w:pPr>
            <w:r w:rsidRPr="00D31D98">
              <w:rPr>
                <w:szCs w:val="24"/>
              </w:rPr>
              <w:t xml:space="preserve">Ružica </w:t>
            </w:r>
            <w:proofErr w:type="spellStart"/>
            <w:r w:rsidRPr="00D31D98">
              <w:rPr>
                <w:szCs w:val="24"/>
              </w:rPr>
              <w:t>Trdin</w:t>
            </w:r>
            <w:proofErr w:type="spellEnd"/>
            <w:r w:rsidRPr="00D31D98">
              <w:rPr>
                <w:szCs w:val="24"/>
              </w:rPr>
              <w:t>, nastavnica psihologije</w:t>
            </w:r>
          </w:p>
          <w:p w14:paraId="421751F3" w14:textId="77777777" w:rsidR="00DE16E0" w:rsidRPr="00D31D98" w:rsidRDefault="00DE16E0" w:rsidP="00DE16E0">
            <w:pPr>
              <w:widowControl w:val="0"/>
              <w:rPr>
                <w:szCs w:val="24"/>
              </w:rPr>
            </w:pPr>
            <w:r w:rsidRPr="00D31D98">
              <w:rPr>
                <w:szCs w:val="24"/>
              </w:rPr>
              <w:t>Suradnja s Volonterskim centrom Osijek</w:t>
            </w:r>
          </w:p>
        </w:tc>
      </w:tr>
      <w:tr w:rsidR="00DE16E0" w:rsidRPr="00D31D98" w14:paraId="0BCC4CE0" w14:textId="77777777" w:rsidTr="005A7CB0">
        <w:trPr>
          <w:cantSplit/>
        </w:trPr>
        <w:tc>
          <w:tcPr>
            <w:tcW w:w="2381" w:type="dxa"/>
            <w:vAlign w:val="center"/>
          </w:tcPr>
          <w:p w14:paraId="5344FEEF" w14:textId="77777777" w:rsidR="00DE16E0" w:rsidRPr="00D31D98" w:rsidRDefault="00DE16E0" w:rsidP="00DE16E0">
            <w:pPr>
              <w:widowControl w:val="0"/>
              <w:rPr>
                <w:b/>
                <w:szCs w:val="24"/>
              </w:rPr>
            </w:pPr>
            <w:r w:rsidRPr="00D31D98">
              <w:rPr>
                <w:b/>
                <w:bCs/>
                <w:szCs w:val="24"/>
              </w:rPr>
              <w:t>Način realizacije</w:t>
            </w:r>
          </w:p>
        </w:tc>
        <w:tc>
          <w:tcPr>
            <w:tcW w:w="6690" w:type="dxa"/>
            <w:vAlign w:val="center"/>
          </w:tcPr>
          <w:p w14:paraId="18F50BA4" w14:textId="77777777" w:rsidR="00DE16E0" w:rsidRPr="00D31D98" w:rsidRDefault="00DE16E0" w:rsidP="00DE16E0">
            <w:pPr>
              <w:widowControl w:val="0"/>
              <w:rPr>
                <w:szCs w:val="24"/>
              </w:rPr>
            </w:pPr>
            <w:r w:rsidRPr="00D31D98">
              <w:rPr>
                <w:szCs w:val="24"/>
              </w:rPr>
              <w:t>35 sati</w:t>
            </w:r>
          </w:p>
        </w:tc>
      </w:tr>
      <w:tr w:rsidR="00DE16E0" w:rsidRPr="00D31D98" w14:paraId="39900C53" w14:textId="77777777" w:rsidTr="005A7CB0">
        <w:trPr>
          <w:cantSplit/>
        </w:trPr>
        <w:tc>
          <w:tcPr>
            <w:tcW w:w="2381" w:type="dxa"/>
            <w:vAlign w:val="center"/>
          </w:tcPr>
          <w:p w14:paraId="37ADECFD" w14:textId="77777777" w:rsidR="00DE16E0" w:rsidRPr="00D31D98" w:rsidRDefault="00DE16E0" w:rsidP="00DE16E0">
            <w:pPr>
              <w:widowControl w:val="0"/>
              <w:rPr>
                <w:b/>
                <w:szCs w:val="24"/>
              </w:rPr>
            </w:pPr>
            <w:proofErr w:type="spellStart"/>
            <w:r w:rsidRPr="00D31D98">
              <w:rPr>
                <w:b/>
                <w:bCs/>
                <w:szCs w:val="24"/>
              </w:rPr>
              <w:t>Vremenik</w:t>
            </w:r>
            <w:proofErr w:type="spellEnd"/>
          </w:p>
        </w:tc>
        <w:tc>
          <w:tcPr>
            <w:tcW w:w="6690" w:type="dxa"/>
            <w:vAlign w:val="center"/>
          </w:tcPr>
          <w:p w14:paraId="266987EB" w14:textId="77777777" w:rsidR="00DE16E0" w:rsidRPr="00D31D98" w:rsidRDefault="00DE16E0" w:rsidP="00DE16E0">
            <w:pPr>
              <w:widowControl w:val="0"/>
              <w:rPr>
                <w:szCs w:val="24"/>
              </w:rPr>
            </w:pPr>
            <w:r w:rsidRPr="00D31D98">
              <w:rPr>
                <w:szCs w:val="24"/>
              </w:rPr>
              <w:t>Prvo i drugo polugodište</w:t>
            </w:r>
          </w:p>
        </w:tc>
      </w:tr>
      <w:tr w:rsidR="00DE16E0" w:rsidRPr="00D31D98" w14:paraId="19578DAC" w14:textId="77777777" w:rsidTr="005A7CB0">
        <w:trPr>
          <w:cantSplit/>
        </w:trPr>
        <w:tc>
          <w:tcPr>
            <w:tcW w:w="2381" w:type="dxa"/>
            <w:vAlign w:val="center"/>
          </w:tcPr>
          <w:p w14:paraId="6635B0B4" w14:textId="77777777" w:rsidR="00DE16E0" w:rsidRPr="00D31D98" w:rsidRDefault="00DE16E0" w:rsidP="00DE16E0">
            <w:pPr>
              <w:widowControl w:val="0"/>
              <w:rPr>
                <w:b/>
                <w:szCs w:val="24"/>
              </w:rPr>
            </w:pPr>
            <w:r w:rsidRPr="00D31D98">
              <w:rPr>
                <w:b/>
                <w:bCs/>
                <w:szCs w:val="24"/>
              </w:rPr>
              <w:lastRenderedPageBreak/>
              <w:t>Troškovnik</w:t>
            </w:r>
          </w:p>
        </w:tc>
        <w:tc>
          <w:tcPr>
            <w:tcW w:w="6690" w:type="dxa"/>
            <w:vAlign w:val="center"/>
          </w:tcPr>
          <w:p w14:paraId="34C8E074" w14:textId="77777777" w:rsidR="00DE16E0" w:rsidRPr="00D31D98" w:rsidRDefault="00DE16E0" w:rsidP="00DE16E0">
            <w:pPr>
              <w:widowControl w:val="0"/>
              <w:numPr>
                <w:ilvl w:val="0"/>
                <w:numId w:val="8"/>
              </w:numPr>
              <w:ind w:left="255" w:hanging="142"/>
              <w:rPr>
                <w:szCs w:val="24"/>
              </w:rPr>
            </w:pPr>
          </w:p>
        </w:tc>
      </w:tr>
      <w:tr w:rsidR="00DE16E0" w:rsidRPr="00D31D98" w14:paraId="24B088C7" w14:textId="77777777" w:rsidTr="005A7CB0">
        <w:trPr>
          <w:cantSplit/>
        </w:trPr>
        <w:tc>
          <w:tcPr>
            <w:tcW w:w="2381" w:type="dxa"/>
            <w:vAlign w:val="center"/>
          </w:tcPr>
          <w:p w14:paraId="4EE2B68E" w14:textId="77777777" w:rsidR="00DE16E0" w:rsidRPr="00D31D98" w:rsidRDefault="00DE16E0" w:rsidP="00DE16E0">
            <w:pPr>
              <w:widowControl w:val="0"/>
              <w:rPr>
                <w:b/>
                <w:szCs w:val="24"/>
              </w:rPr>
            </w:pPr>
            <w:r w:rsidRPr="00D31D98">
              <w:rPr>
                <w:b/>
                <w:bCs/>
                <w:szCs w:val="24"/>
              </w:rPr>
              <w:t xml:space="preserve">Način vrednovanja </w:t>
            </w:r>
          </w:p>
        </w:tc>
        <w:tc>
          <w:tcPr>
            <w:tcW w:w="6690" w:type="dxa"/>
            <w:vAlign w:val="center"/>
          </w:tcPr>
          <w:p w14:paraId="6A8252D4" w14:textId="77777777" w:rsidR="00DE16E0" w:rsidRPr="00D31D98" w:rsidRDefault="00DE16E0" w:rsidP="00DE16E0">
            <w:pPr>
              <w:widowControl w:val="0"/>
              <w:rPr>
                <w:szCs w:val="24"/>
              </w:rPr>
            </w:pPr>
            <w:r w:rsidRPr="00D31D98">
              <w:rPr>
                <w:szCs w:val="24"/>
              </w:rPr>
              <w:t>Formativno vrednovanje</w:t>
            </w:r>
          </w:p>
        </w:tc>
      </w:tr>
    </w:tbl>
    <w:p w14:paraId="237BF424" w14:textId="77777777" w:rsidR="00DE16E0" w:rsidRPr="00D31D98" w:rsidRDefault="00DE16E0">
      <w:pPr>
        <w:spacing w:after="0"/>
      </w:pPr>
    </w:p>
    <w:p w14:paraId="6551C53E"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EF7FB7" w:rsidRPr="00D31D98" w14:paraId="3BB331E5" w14:textId="77777777" w:rsidTr="005A7CB0">
        <w:trPr>
          <w:cantSplit/>
        </w:trPr>
        <w:tc>
          <w:tcPr>
            <w:tcW w:w="2381" w:type="dxa"/>
            <w:vAlign w:val="center"/>
          </w:tcPr>
          <w:p w14:paraId="0D08D642" w14:textId="77777777" w:rsidR="00EF7FB7" w:rsidRPr="00D31D98" w:rsidRDefault="00EF7FB7" w:rsidP="005A7CB0">
            <w:pPr>
              <w:keepNext/>
              <w:widowControl w:val="0"/>
              <w:rPr>
                <w:b/>
                <w:bCs/>
                <w:color w:val="000000" w:themeColor="text1"/>
              </w:rPr>
            </w:pPr>
            <w:r w:rsidRPr="00D31D98">
              <w:rPr>
                <w:b/>
                <w:bCs/>
                <w:color w:val="000000" w:themeColor="text1"/>
                <w:szCs w:val="24"/>
              </w:rPr>
              <w:t>AKTIVNOST </w:t>
            </w:r>
          </w:p>
        </w:tc>
        <w:tc>
          <w:tcPr>
            <w:tcW w:w="6690" w:type="dxa"/>
            <w:vAlign w:val="center"/>
          </w:tcPr>
          <w:p w14:paraId="271069AF" w14:textId="77777777" w:rsidR="00EF7FB7" w:rsidRPr="00D31D98" w:rsidRDefault="00EF7FB7" w:rsidP="005A7CB0">
            <w:pPr>
              <w:keepNext/>
              <w:widowControl w:val="0"/>
              <w:rPr>
                <w:b/>
                <w:bCs/>
                <w:color w:val="000000" w:themeColor="text1"/>
              </w:rPr>
            </w:pPr>
            <w:r w:rsidRPr="00D31D98">
              <w:rPr>
                <w:b/>
                <w:bCs/>
                <w:color w:val="000000" w:themeColor="text1"/>
                <w:szCs w:val="24"/>
              </w:rPr>
              <w:t>Školski zbor</w:t>
            </w:r>
          </w:p>
        </w:tc>
      </w:tr>
      <w:tr w:rsidR="00EF7FB7" w:rsidRPr="00D31D98" w14:paraId="5D2EE407" w14:textId="77777777" w:rsidTr="005A7CB0">
        <w:trPr>
          <w:cantSplit/>
        </w:trPr>
        <w:tc>
          <w:tcPr>
            <w:tcW w:w="2381" w:type="dxa"/>
            <w:vAlign w:val="center"/>
          </w:tcPr>
          <w:p w14:paraId="648DF76E" w14:textId="77777777" w:rsidR="00EF7FB7" w:rsidRPr="00D31D98" w:rsidRDefault="00EF7FB7" w:rsidP="005A7CB0">
            <w:pPr>
              <w:widowControl w:val="0"/>
              <w:rPr>
                <w:b/>
                <w:color w:val="000000" w:themeColor="text1"/>
              </w:rPr>
            </w:pPr>
            <w:r w:rsidRPr="00D31D98">
              <w:rPr>
                <w:b/>
                <w:bCs/>
                <w:color w:val="000000" w:themeColor="text1"/>
                <w:szCs w:val="24"/>
              </w:rPr>
              <w:t>Ciljevi </w:t>
            </w:r>
          </w:p>
        </w:tc>
        <w:tc>
          <w:tcPr>
            <w:tcW w:w="6690" w:type="dxa"/>
            <w:vAlign w:val="center"/>
          </w:tcPr>
          <w:p w14:paraId="355A1D9D" w14:textId="77777777" w:rsidR="00EF7FB7" w:rsidRPr="00D31D98" w:rsidRDefault="00EF7FB7" w:rsidP="005A7CB0">
            <w:pPr>
              <w:widowControl w:val="0"/>
              <w:rPr>
                <w:color w:val="000000" w:themeColor="text1"/>
              </w:rPr>
            </w:pPr>
            <w:r w:rsidRPr="00D31D98">
              <w:rPr>
                <w:color w:val="000000" w:themeColor="text1"/>
                <w:szCs w:val="24"/>
              </w:rPr>
              <w:t>Razvijanje glazbene kulture zborskog pjevanja, doprinos zajednici</w:t>
            </w:r>
          </w:p>
        </w:tc>
      </w:tr>
      <w:tr w:rsidR="00EF7FB7" w:rsidRPr="00D31D98" w14:paraId="112E5D3D" w14:textId="77777777" w:rsidTr="005A7CB0">
        <w:trPr>
          <w:cantSplit/>
        </w:trPr>
        <w:tc>
          <w:tcPr>
            <w:tcW w:w="2381" w:type="dxa"/>
            <w:vAlign w:val="center"/>
          </w:tcPr>
          <w:p w14:paraId="6AEED222" w14:textId="77777777" w:rsidR="00EF7FB7" w:rsidRPr="00D31D98" w:rsidRDefault="00EF7FB7" w:rsidP="005A7CB0">
            <w:pPr>
              <w:widowControl w:val="0"/>
              <w:rPr>
                <w:b/>
                <w:color w:val="000000" w:themeColor="text1"/>
              </w:rPr>
            </w:pPr>
            <w:r w:rsidRPr="00D31D98">
              <w:rPr>
                <w:b/>
                <w:bCs/>
                <w:color w:val="000000" w:themeColor="text1"/>
                <w:szCs w:val="24"/>
              </w:rPr>
              <w:t>Namjena aktivnosti </w:t>
            </w:r>
          </w:p>
        </w:tc>
        <w:tc>
          <w:tcPr>
            <w:tcW w:w="6690" w:type="dxa"/>
            <w:vAlign w:val="center"/>
          </w:tcPr>
          <w:p w14:paraId="67004A46" w14:textId="77777777" w:rsidR="00EF7FB7" w:rsidRPr="00D31D98" w:rsidRDefault="00EF7FB7" w:rsidP="005A7CB0">
            <w:pPr>
              <w:widowControl w:val="0"/>
              <w:rPr>
                <w:color w:val="000000" w:themeColor="text1"/>
              </w:rPr>
            </w:pPr>
            <w:r w:rsidRPr="00D31D98">
              <w:rPr>
                <w:color w:val="000000" w:themeColor="text1"/>
                <w:szCs w:val="24"/>
              </w:rPr>
              <w:t>Obogaćivanje glazbene kulture škole kroz sudjelovanje na školskim priredbama i svečanostima</w:t>
            </w:r>
          </w:p>
        </w:tc>
      </w:tr>
      <w:tr w:rsidR="00EF7FB7" w:rsidRPr="00D31D98" w14:paraId="67C7A346" w14:textId="77777777" w:rsidTr="005A7CB0">
        <w:trPr>
          <w:cantSplit/>
        </w:trPr>
        <w:tc>
          <w:tcPr>
            <w:tcW w:w="2381" w:type="dxa"/>
            <w:vAlign w:val="center"/>
          </w:tcPr>
          <w:p w14:paraId="3ABB9FAA" w14:textId="77777777" w:rsidR="00EF7FB7" w:rsidRPr="00D31D98" w:rsidRDefault="00EF7FB7" w:rsidP="005A7CB0">
            <w:pPr>
              <w:widowControl w:val="0"/>
              <w:rPr>
                <w:b/>
                <w:color w:val="000000" w:themeColor="text1"/>
              </w:rPr>
            </w:pPr>
            <w:r w:rsidRPr="00D31D98">
              <w:rPr>
                <w:b/>
                <w:bCs/>
                <w:color w:val="000000" w:themeColor="text1"/>
                <w:szCs w:val="24"/>
              </w:rPr>
              <w:t>Nositelji aktivnosti </w:t>
            </w:r>
          </w:p>
        </w:tc>
        <w:tc>
          <w:tcPr>
            <w:tcW w:w="6690" w:type="dxa"/>
            <w:vAlign w:val="center"/>
          </w:tcPr>
          <w:p w14:paraId="4AE90091" w14:textId="77777777" w:rsidR="00EF7FB7" w:rsidRPr="00D31D98" w:rsidRDefault="00EF7FB7" w:rsidP="005A7CB0">
            <w:pPr>
              <w:widowControl w:val="0"/>
              <w:rPr>
                <w:color w:val="000000" w:themeColor="text1"/>
              </w:rPr>
            </w:pPr>
            <w:r w:rsidRPr="00D31D98">
              <w:rPr>
                <w:color w:val="000000" w:themeColor="text1"/>
                <w:szCs w:val="24"/>
              </w:rPr>
              <w:t>Domagoj Jukić i učenici</w:t>
            </w:r>
          </w:p>
        </w:tc>
      </w:tr>
      <w:tr w:rsidR="00EF7FB7" w:rsidRPr="00D31D98" w14:paraId="6B9FFA45" w14:textId="77777777" w:rsidTr="005A7CB0">
        <w:trPr>
          <w:cantSplit/>
        </w:trPr>
        <w:tc>
          <w:tcPr>
            <w:tcW w:w="2381" w:type="dxa"/>
            <w:vAlign w:val="center"/>
          </w:tcPr>
          <w:p w14:paraId="70CFA425" w14:textId="77777777" w:rsidR="00EF7FB7" w:rsidRPr="00D31D98" w:rsidRDefault="00EF7FB7" w:rsidP="005A7CB0">
            <w:pPr>
              <w:widowControl w:val="0"/>
              <w:rPr>
                <w:b/>
                <w:color w:val="000000" w:themeColor="text1"/>
              </w:rPr>
            </w:pPr>
            <w:r w:rsidRPr="00D31D98">
              <w:rPr>
                <w:b/>
                <w:bCs/>
                <w:color w:val="000000" w:themeColor="text1"/>
                <w:szCs w:val="24"/>
              </w:rPr>
              <w:t>Način realizacije </w:t>
            </w:r>
          </w:p>
        </w:tc>
        <w:tc>
          <w:tcPr>
            <w:tcW w:w="6690" w:type="dxa"/>
            <w:vAlign w:val="center"/>
          </w:tcPr>
          <w:p w14:paraId="68D918F9" w14:textId="77777777" w:rsidR="00EF7FB7" w:rsidRPr="00D31D98" w:rsidRDefault="00EF7FB7" w:rsidP="005A7CB0">
            <w:pPr>
              <w:widowControl w:val="0"/>
              <w:rPr>
                <w:color w:val="000000" w:themeColor="text1"/>
              </w:rPr>
            </w:pPr>
            <w:r w:rsidRPr="00D31D98">
              <w:rPr>
                <w:color w:val="000000" w:themeColor="text1"/>
                <w:szCs w:val="24"/>
              </w:rPr>
              <w:t>Uvježbavanje zborskih skladbi, suradničko učenje</w:t>
            </w:r>
          </w:p>
        </w:tc>
      </w:tr>
      <w:tr w:rsidR="00EF7FB7" w:rsidRPr="00D31D98" w14:paraId="0D2607CA" w14:textId="77777777" w:rsidTr="005A7CB0">
        <w:trPr>
          <w:cantSplit/>
        </w:trPr>
        <w:tc>
          <w:tcPr>
            <w:tcW w:w="2381" w:type="dxa"/>
            <w:vAlign w:val="center"/>
          </w:tcPr>
          <w:p w14:paraId="735125E5" w14:textId="77777777" w:rsidR="00EF7FB7" w:rsidRPr="00D31D98" w:rsidRDefault="00EF7FB7" w:rsidP="005A7CB0">
            <w:pPr>
              <w:widowControl w:val="0"/>
              <w:rPr>
                <w:b/>
                <w:color w:val="000000" w:themeColor="text1"/>
              </w:rPr>
            </w:pPr>
            <w:proofErr w:type="spellStart"/>
            <w:r w:rsidRPr="00D31D98">
              <w:rPr>
                <w:b/>
                <w:bCs/>
                <w:color w:val="000000" w:themeColor="text1"/>
                <w:szCs w:val="24"/>
              </w:rPr>
              <w:t>Vremenik</w:t>
            </w:r>
            <w:proofErr w:type="spellEnd"/>
            <w:r w:rsidRPr="00D31D98">
              <w:rPr>
                <w:b/>
                <w:bCs/>
                <w:color w:val="000000" w:themeColor="text1"/>
                <w:szCs w:val="24"/>
              </w:rPr>
              <w:t> </w:t>
            </w:r>
          </w:p>
        </w:tc>
        <w:tc>
          <w:tcPr>
            <w:tcW w:w="6690" w:type="dxa"/>
            <w:vAlign w:val="center"/>
          </w:tcPr>
          <w:p w14:paraId="0B27B3B6" w14:textId="77777777" w:rsidR="00EF7FB7" w:rsidRPr="00D31D98" w:rsidRDefault="00EF7FB7" w:rsidP="005A7CB0">
            <w:pPr>
              <w:widowControl w:val="0"/>
              <w:rPr>
                <w:color w:val="000000" w:themeColor="text1"/>
              </w:rPr>
            </w:pPr>
            <w:r w:rsidRPr="00D31D98">
              <w:rPr>
                <w:color w:val="000000" w:themeColor="text1"/>
                <w:szCs w:val="24"/>
              </w:rPr>
              <w:t> rujan, 2026. – lipanj, 2027.</w:t>
            </w:r>
          </w:p>
        </w:tc>
      </w:tr>
      <w:tr w:rsidR="00EF7FB7" w:rsidRPr="00D31D98" w14:paraId="22481209" w14:textId="77777777" w:rsidTr="005A7CB0">
        <w:trPr>
          <w:cantSplit/>
        </w:trPr>
        <w:tc>
          <w:tcPr>
            <w:tcW w:w="2381" w:type="dxa"/>
            <w:vAlign w:val="center"/>
          </w:tcPr>
          <w:p w14:paraId="07058C7B" w14:textId="77777777" w:rsidR="00EF7FB7" w:rsidRPr="00D31D98" w:rsidRDefault="00EF7FB7" w:rsidP="005A7CB0">
            <w:pPr>
              <w:widowControl w:val="0"/>
              <w:rPr>
                <w:b/>
                <w:color w:val="000000" w:themeColor="text1"/>
              </w:rPr>
            </w:pPr>
            <w:r w:rsidRPr="00D31D98">
              <w:rPr>
                <w:b/>
                <w:bCs/>
                <w:color w:val="000000" w:themeColor="text1"/>
                <w:szCs w:val="24"/>
              </w:rPr>
              <w:t>Troškovnik </w:t>
            </w:r>
          </w:p>
        </w:tc>
        <w:tc>
          <w:tcPr>
            <w:tcW w:w="6690" w:type="dxa"/>
            <w:vAlign w:val="center"/>
          </w:tcPr>
          <w:p w14:paraId="7AEAF1B8" w14:textId="77777777" w:rsidR="00EF7FB7" w:rsidRPr="00D31D98" w:rsidRDefault="00EF7FB7" w:rsidP="005A7CB0">
            <w:pPr>
              <w:widowControl w:val="0"/>
              <w:rPr>
                <w:color w:val="000000" w:themeColor="text1"/>
              </w:rPr>
            </w:pPr>
            <w:r w:rsidRPr="00D31D98">
              <w:rPr>
                <w:color w:val="000000" w:themeColor="text1"/>
                <w:szCs w:val="24"/>
              </w:rPr>
              <w:t>/ </w:t>
            </w:r>
          </w:p>
        </w:tc>
      </w:tr>
      <w:tr w:rsidR="00EF7FB7" w:rsidRPr="00D31D98" w14:paraId="6BC4A5EA" w14:textId="77777777" w:rsidTr="005A7CB0">
        <w:trPr>
          <w:cantSplit/>
        </w:trPr>
        <w:tc>
          <w:tcPr>
            <w:tcW w:w="2381" w:type="dxa"/>
            <w:vAlign w:val="center"/>
          </w:tcPr>
          <w:p w14:paraId="41E8B637" w14:textId="77777777" w:rsidR="00EF7FB7" w:rsidRPr="00D31D98" w:rsidRDefault="00EF7FB7" w:rsidP="005A7CB0">
            <w:pPr>
              <w:widowControl w:val="0"/>
              <w:rPr>
                <w:b/>
                <w:color w:val="000000" w:themeColor="text1"/>
              </w:rPr>
            </w:pPr>
            <w:r w:rsidRPr="00D31D98">
              <w:rPr>
                <w:b/>
                <w:bCs/>
                <w:color w:val="000000" w:themeColor="text1"/>
                <w:szCs w:val="24"/>
              </w:rPr>
              <w:t>Način vrednovanja  </w:t>
            </w:r>
          </w:p>
        </w:tc>
        <w:tc>
          <w:tcPr>
            <w:tcW w:w="6690" w:type="dxa"/>
            <w:vAlign w:val="center"/>
          </w:tcPr>
          <w:p w14:paraId="17A338BF" w14:textId="77777777" w:rsidR="00EF7FB7" w:rsidRPr="00D31D98" w:rsidRDefault="00EF7FB7" w:rsidP="005A7CB0">
            <w:pPr>
              <w:widowControl w:val="0"/>
              <w:rPr>
                <w:color w:val="000000" w:themeColor="text1"/>
              </w:rPr>
            </w:pPr>
            <w:r w:rsidRPr="00D31D98">
              <w:rPr>
                <w:color w:val="000000" w:themeColor="text1"/>
                <w:szCs w:val="24"/>
              </w:rPr>
              <w:t>Kontinuirano praćenje aktivnosti učenika</w:t>
            </w:r>
          </w:p>
        </w:tc>
      </w:tr>
    </w:tbl>
    <w:p w14:paraId="721DFA7D" w14:textId="77777777" w:rsidR="00DE16E0" w:rsidRPr="00D31D98" w:rsidRDefault="00DE16E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EF7FB7" w:rsidRPr="00D31D98" w14:paraId="094E11A6" w14:textId="77777777" w:rsidTr="005A7CB0">
        <w:trPr>
          <w:cantSplit/>
        </w:trPr>
        <w:tc>
          <w:tcPr>
            <w:tcW w:w="2381" w:type="dxa"/>
            <w:vAlign w:val="center"/>
          </w:tcPr>
          <w:p w14:paraId="031F909D" w14:textId="77777777" w:rsidR="00EF7FB7" w:rsidRPr="00D31D98" w:rsidRDefault="00EF7FB7" w:rsidP="005A7CB0">
            <w:pPr>
              <w:keepNext/>
              <w:widowControl w:val="0"/>
              <w:rPr>
                <w:b/>
                <w:szCs w:val="24"/>
              </w:rPr>
            </w:pPr>
            <w:r w:rsidRPr="00D31D98">
              <w:rPr>
                <w:b/>
                <w:bCs/>
                <w:szCs w:val="24"/>
              </w:rPr>
              <w:t>AKTIVNOST</w:t>
            </w:r>
          </w:p>
        </w:tc>
        <w:tc>
          <w:tcPr>
            <w:tcW w:w="6690" w:type="dxa"/>
            <w:vAlign w:val="center"/>
          </w:tcPr>
          <w:p w14:paraId="6CFB8C9B" w14:textId="77777777" w:rsidR="00EF7FB7" w:rsidRPr="00D31D98" w:rsidRDefault="00EF7FB7" w:rsidP="005A7CB0">
            <w:pPr>
              <w:keepNext/>
              <w:widowControl w:val="0"/>
              <w:rPr>
                <w:b/>
                <w:szCs w:val="24"/>
              </w:rPr>
            </w:pPr>
            <w:r w:rsidRPr="00D31D98">
              <w:rPr>
                <w:b/>
                <w:bCs/>
                <w:szCs w:val="24"/>
              </w:rPr>
              <w:t>DODATNA NASTAVA IZ GEOGRAFIJE</w:t>
            </w:r>
          </w:p>
        </w:tc>
      </w:tr>
      <w:tr w:rsidR="00EF7FB7" w:rsidRPr="00D31D98" w14:paraId="7790602E" w14:textId="77777777" w:rsidTr="005A7CB0">
        <w:trPr>
          <w:cantSplit/>
        </w:trPr>
        <w:tc>
          <w:tcPr>
            <w:tcW w:w="2381" w:type="dxa"/>
            <w:vAlign w:val="center"/>
          </w:tcPr>
          <w:p w14:paraId="1307B0C0" w14:textId="77777777" w:rsidR="00EF7FB7" w:rsidRPr="00D31D98" w:rsidRDefault="00EF7FB7" w:rsidP="005A7CB0">
            <w:pPr>
              <w:widowControl w:val="0"/>
              <w:rPr>
                <w:b/>
                <w:szCs w:val="24"/>
              </w:rPr>
            </w:pPr>
            <w:r w:rsidRPr="00D31D98">
              <w:rPr>
                <w:b/>
                <w:bCs/>
                <w:szCs w:val="24"/>
              </w:rPr>
              <w:t>Cilj</w:t>
            </w:r>
          </w:p>
        </w:tc>
        <w:tc>
          <w:tcPr>
            <w:tcW w:w="6690" w:type="dxa"/>
            <w:vAlign w:val="center"/>
          </w:tcPr>
          <w:p w14:paraId="29146601" w14:textId="77777777" w:rsidR="00EF7FB7" w:rsidRPr="00D31D98" w:rsidRDefault="00EF7FB7" w:rsidP="005A7CB0">
            <w:pPr>
              <w:widowControl w:val="0"/>
              <w:rPr>
                <w:szCs w:val="24"/>
              </w:rPr>
            </w:pPr>
            <w:r w:rsidRPr="00D31D98">
              <w:rPr>
                <w:szCs w:val="24"/>
              </w:rPr>
              <w:t>-Pripremiti učenike za državnu maturu i natjecanje</w:t>
            </w:r>
          </w:p>
          <w:p w14:paraId="0E9A0D4E" w14:textId="77777777" w:rsidR="00EF7FB7" w:rsidRPr="00D31D98" w:rsidRDefault="00EF7FB7" w:rsidP="005A7CB0">
            <w:pPr>
              <w:widowControl w:val="0"/>
              <w:rPr>
                <w:szCs w:val="24"/>
              </w:rPr>
            </w:pPr>
            <w:r w:rsidRPr="00D31D98">
              <w:rPr>
                <w:szCs w:val="24"/>
              </w:rPr>
              <w:t xml:space="preserve">-Primijeniti znanja u područjima kartografije, geomorfologije, klimatologije, </w:t>
            </w:r>
            <w:proofErr w:type="spellStart"/>
            <w:r w:rsidRPr="00D31D98">
              <w:rPr>
                <w:szCs w:val="24"/>
              </w:rPr>
              <w:t>hidrogeografije</w:t>
            </w:r>
            <w:proofErr w:type="spellEnd"/>
            <w:r w:rsidRPr="00D31D98">
              <w:rPr>
                <w:szCs w:val="24"/>
              </w:rPr>
              <w:t xml:space="preserve"> i pedologije, </w:t>
            </w:r>
            <w:proofErr w:type="spellStart"/>
            <w:r w:rsidRPr="00D31D98">
              <w:rPr>
                <w:szCs w:val="24"/>
              </w:rPr>
              <w:t>demogeografije</w:t>
            </w:r>
            <w:proofErr w:type="spellEnd"/>
            <w:r w:rsidRPr="00D31D98">
              <w:rPr>
                <w:szCs w:val="24"/>
              </w:rPr>
              <w:t>, geografije naselja, gospodarstva i regionalne geografije – koristeći geografske metode i geografske vještine</w:t>
            </w:r>
          </w:p>
          <w:p w14:paraId="46FD341D" w14:textId="77777777" w:rsidR="00EF7FB7" w:rsidRPr="00D31D98" w:rsidRDefault="00EF7FB7" w:rsidP="005A7CB0">
            <w:pPr>
              <w:widowControl w:val="0"/>
              <w:rPr>
                <w:szCs w:val="24"/>
              </w:rPr>
            </w:pPr>
            <w:r w:rsidRPr="00D31D98">
              <w:rPr>
                <w:szCs w:val="24"/>
              </w:rPr>
              <w:t>-Razvijati kod učenika ekološki odgoj i obrazovanje</w:t>
            </w:r>
          </w:p>
          <w:p w14:paraId="7AC52103" w14:textId="77777777" w:rsidR="00EF7FB7" w:rsidRPr="00D31D98" w:rsidRDefault="00EF7FB7" w:rsidP="005A7CB0">
            <w:pPr>
              <w:widowControl w:val="0"/>
              <w:rPr>
                <w:szCs w:val="24"/>
              </w:rPr>
            </w:pPr>
            <w:r w:rsidRPr="00D31D98">
              <w:rPr>
                <w:szCs w:val="24"/>
              </w:rPr>
              <w:t>-Osuvremenjivati nastavu istraživačkim radom i korištenjem različitih metoda: kartografska, terenska nastava, statistička,  grafička,...</w:t>
            </w:r>
          </w:p>
        </w:tc>
      </w:tr>
      <w:tr w:rsidR="00EF7FB7" w:rsidRPr="00D31D98" w14:paraId="5076896A" w14:textId="77777777" w:rsidTr="005A7CB0">
        <w:trPr>
          <w:cantSplit/>
        </w:trPr>
        <w:tc>
          <w:tcPr>
            <w:tcW w:w="2381" w:type="dxa"/>
            <w:vAlign w:val="center"/>
          </w:tcPr>
          <w:p w14:paraId="78C6BAB8" w14:textId="77777777" w:rsidR="00EF7FB7" w:rsidRPr="00D31D98" w:rsidRDefault="00EF7FB7" w:rsidP="005A7CB0">
            <w:pPr>
              <w:widowControl w:val="0"/>
              <w:rPr>
                <w:b/>
                <w:szCs w:val="24"/>
              </w:rPr>
            </w:pPr>
            <w:r w:rsidRPr="00D31D98">
              <w:rPr>
                <w:b/>
                <w:bCs/>
                <w:szCs w:val="24"/>
              </w:rPr>
              <w:t>Namjena</w:t>
            </w:r>
          </w:p>
        </w:tc>
        <w:tc>
          <w:tcPr>
            <w:tcW w:w="6690" w:type="dxa"/>
            <w:vAlign w:val="center"/>
          </w:tcPr>
          <w:p w14:paraId="7AF62857" w14:textId="77777777" w:rsidR="00EF7FB7" w:rsidRPr="00D31D98" w:rsidRDefault="00EF7FB7" w:rsidP="005A7CB0">
            <w:pPr>
              <w:widowControl w:val="0"/>
              <w:rPr>
                <w:szCs w:val="24"/>
              </w:rPr>
            </w:pPr>
            <w:r w:rsidRPr="00D31D98">
              <w:rPr>
                <w:szCs w:val="24"/>
              </w:rPr>
              <w:t>Razvijati kod učenika ljubav prema prostoru, kojeg treba upoznati i čuvati</w:t>
            </w:r>
          </w:p>
        </w:tc>
      </w:tr>
      <w:tr w:rsidR="00EF7FB7" w:rsidRPr="00D31D98" w14:paraId="68E81FF9" w14:textId="77777777" w:rsidTr="005A7CB0">
        <w:trPr>
          <w:cantSplit/>
        </w:trPr>
        <w:tc>
          <w:tcPr>
            <w:tcW w:w="2381" w:type="dxa"/>
            <w:vAlign w:val="center"/>
          </w:tcPr>
          <w:p w14:paraId="6E82926E" w14:textId="77777777" w:rsidR="00EF7FB7" w:rsidRPr="00D31D98" w:rsidRDefault="00EF7FB7" w:rsidP="005A7CB0">
            <w:pPr>
              <w:widowControl w:val="0"/>
              <w:rPr>
                <w:b/>
                <w:szCs w:val="24"/>
              </w:rPr>
            </w:pPr>
            <w:r w:rsidRPr="00D31D98">
              <w:rPr>
                <w:b/>
                <w:bCs/>
                <w:szCs w:val="24"/>
              </w:rPr>
              <w:t>Nositelj</w:t>
            </w:r>
          </w:p>
        </w:tc>
        <w:tc>
          <w:tcPr>
            <w:tcW w:w="6690" w:type="dxa"/>
            <w:vAlign w:val="center"/>
          </w:tcPr>
          <w:p w14:paraId="22386785" w14:textId="77777777" w:rsidR="00EF7FB7" w:rsidRPr="00D31D98" w:rsidRDefault="00EF7FB7" w:rsidP="005A7CB0">
            <w:pPr>
              <w:widowControl w:val="0"/>
              <w:rPr>
                <w:szCs w:val="24"/>
              </w:rPr>
            </w:pPr>
            <w:r w:rsidRPr="00D31D98">
              <w:rPr>
                <w:szCs w:val="24"/>
              </w:rPr>
              <w:t>Profesori geografije i učenici 1. i 4.r</w:t>
            </w:r>
          </w:p>
        </w:tc>
      </w:tr>
      <w:tr w:rsidR="00EF7FB7" w:rsidRPr="00D31D98" w14:paraId="173EE457" w14:textId="77777777" w:rsidTr="005A7CB0">
        <w:trPr>
          <w:cantSplit/>
        </w:trPr>
        <w:tc>
          <w:tcPr>
            <w:tcW w:w="2381" w:type="dxa"/>
            <w:vAlign w:val="center"/>
          </w:tcPr>
          <w:p w14:paraId="2C1F7850" w14:textId="77777777" w:rsidR="00EF7FB7" w:rsidRPr="00D31D98" w:rsidRDefault="00EF7FB7" w:rsidP="005A7CB0">
            <w:pPr>
              <w:widowControl w:val="0"/>
              <w:rPr>
                <w:b/>
                <w:szCs w:val="24"/>
                <w:highlight w:val="lightGray"/>
              </w:rPr>
            </w:pPr>
            <w:r w:rsidRPr="00D31D98">
              <w:rPr>
                <w:b/>
                <w:bCs/>
                <w:szCs w:val="24"/>
              </w:rPr>
              <w:t>Način realizacije</w:t>
            </w:r>
          </w:p>
        </w:tc>
        <w:tc>
          <w:tcPr>
            <w:tcW w:w="6690" w:type="dxa"/>
            <w:vAlign w:val="center"/>
          </w:tcPr>
          <w:p w14:paraId="4E575B45" w14:textId="77777777" w:rsidR="00EF7FB7" w:rsidRPr="00D31D98" w:rsidRDefault="00EF7FB7" w:rsidP="005A7CB0">
            <w:pPr>
              <w:widowControl w:val="0"/>
              <w:rPr>
                <w:szCs w:val="24"/>
              </w:rPr>
            </w:pPr>
            <w:r w:rsidRPr="00D31D98">
              <w:rPr>
                <w:szCs w:val="24"/>
              </w:rPr>
              <w:t xml:space="preserve">Sudjelovanje u izradi plakata u povodu obilježavanja važnih nadnevaka: </w:t>
            </w:r>
          </w:p>
          <w:p w14:paraId="0855477A" w14:textId="77777777" w:rsidR="00EF7FB7" w:rsidRPr="00D31D98" w:rsidRDefault="00EF7FB7" w:rsidP="005A7CB0">
            <w:pPr>
              <w:widowControl w:val="0"/>
              <w:rPr>
                <w:szCs w:val="24"/>
              </w:rPr>
            </w:pPr>
            <w:r w:rsidRPr="00D31D98">
              <w:rPr>
                <w:szCs w:val="24"/>
              </w:rPr>
              <w:t>Dan planeta Zemlje -  Svjetski dan voda, 22. ožujka</w:t>
            </w:r>
          </w:p>
          <w:p w14:paraId="4AA3CBE4" w14:textId="77777777" w:rsidR="00EF7FB7" w:rsidRPr="00D31D98" w:rsidRDefault="00EF7FB7" w:rsidP="005A7CB0">
            <w:pPr>
              <w:widowControl w:val="0"/>
              <w:rPr>
                <w:szCs w:val="24"/>
              </w:rPr>
            </w:pPr>
            <w:r w:rsidRPr="00D31D98">
              <w:rPr>
                <w:szCs w:val="24"/>
              </w:rPr>
              <w:t>- Dan planeta Zemlje,  22. Travnja</w:t>
            </w:r>
          </w:p>
          <w:p w14:paraId="08D1C8FE" w14:textId="77777777" w:rsidR="00EF7FB7" w:rsidRPr="00D31D98" w:rsidRDefault="00EF7FB7" w:rsidP="005A7CB0">
            <w:pPr>
              <w:widowControl w:val="0"/>
              <w:rPr>
                <w:szCs w:val="24"/>
              </w:rPr>
            </w:pPr>
            <w:r w:rsidRPr="00D31D98">
              <w:rPr>
                <w:szCs w:val="24"/>
              </w:rPr>
              <w:t>- Svjetski dan ekologije i okoliša, 5. lipnja</w:t>
            </w:r>
          </w:p>
          <w:p w14:paraId="73185F9C" w14:textId="77777777" w:rsidR="00EF7FB7" w:rsidRPr="00D31D98" w:rsidRDefault="00EF7FB7" w:rsidP="005A7CB0">
            <w:pPr>
              <w:widowControl w:val="0"/>
              <w:rPr>
                <w:szCs w:val="24"/>
              </w:rPr>
            </w:pPr>
            <w:r w:rsidRPr="00D31D98">
              <w:rPr>
                <w:szCs w:val="24"/>
              </w:rPr>
              <w:t>- Međunarodni dan planina, 11. prosinca</w:t>
            </w:r>
          </w:p>
          <w:p w14:paraId="0918CB60" w14:textId="77777777" w:rsidR="00EF7FB7" w:rsidRPr="00D31D98" w:rsidRDefault="00EF7FB7" w:rsidP="005A7CB0">
            <w:pPr>
              <w:widowControl w:val="0"/>
              <w:rPr>
                <w:szCs w:val="24"/>
                <w:highlight w:val="lightGray"/>
              </w:rPr>
            </w:pPr>
            <w:r w:rsidRPr="00D31D98">
              <w:rPr>
                <w:szCs w:val="24"/>
              </w:rPr>
              <w:t xml:space="preserve">- </w:t>
            </w:r>
          </w:p>
        </w:tc>
      </w:tr>
      <w:tr w:rsidR="00EF7FB7" w:rsidRPr="00D31D98" w14:paraId="612D8C7C" w14:textId="77777777" w:rsidTr="005A7CB0">
        <w:trPr>
          <w:cantSplit/>
        </w:trPr>
        <w:tc>
          <w:tcPr>
            <w:tcW w:w="2381" w:type="dxa"/>
            <w:vAlign w:val="center"/>
          </w:tcPr>
          <w:p w14:paraId="62CA9580" w14:textId="77777777" w:rsidR="00EF7FB7" w:rsidRPr="00D31D98" w:rsidRDefault="00EF7FB7" w:rsidP="005A7CB0">
            <w:pPr>
              <w:widowControl w:val="0"/>
              <w:rPr>
                <w:b/>
                <w:szCs w:val="24"/>
              </w:rPr>
            </w:pPr>
            <w:r w:rsidRPr="00D31D98">
              <w:rPr>
                <w:b/>
                <w:bCs/>
                <w:szCs w:val="24"/>
              </w:rPr>
              <w:t>Literatura</w:t>
            </w:r>
          </w:p>
        </w:tc>
        <w:tc>
          <w:tcPr>
            <w:tcW w:w="6690" w:type="dxa"/>
            <w:vAlign w:val="center"/>
          </w:tcPr>
          <w:p w14:paraId="10D63CAC" w14:textId="77777777" w:rsidR="00EF7FB7" w:rsidRPr="00D31D98" w:rsidRDefault="00EF7FB7" w:rsidP="005A7CB0">
            <w:pPr>
              <w:widowControl w:val="0"/>
              <w:rPr>
                <w:szCs w:val="24"/>
              </w:rPr>
            </w:pPr>
            <w:r w:rsidRPr="00D31D98">
              <w:rPr>
                <w:szCs w:val="24"/>
              </w:rPr>
              <w:t>Svi alternativni udžbenici geografije</w:t>
            </w:r>
          </w:p>
          <w:p w14:paraId="05E25EEA" w14:textId="77777777" w:rsidR="00EF7FB7" w:rsidRPr="00D31D98" w:rsidRDefault="00EF7FB7" w:rsidP="005A7CB0">
            <w:pPr>
              <w:widowControl w:val="0"/>
              <w:rPr>
                <w:szCs w:val="24"/>
              </w:rPr>
            </w:pPr>
            <w:r w:rsidRPr="00D31D98">
              <w:rPr>
                <w:szCs w:val="24"/>
              </w:rPr>
              <w:t>Atlasi</w:t>
            </w:r>
          </w:p>
          <w:p w14:paraId="585FF4F9" w14:textId="77777777" w:rsidR="00EF7FB7" w:rsidRPr="00D31D98" w:rsidRDefault="00EF7FB7" w:rsidP="005A7CB0">
            <w:pPr>
              <w:widowControl w:val="0"/>
              <w:rPr>
                <w:szCs w:val="24"/>
              </w:rPr>
            </w:pPr>
            <w:r w:rsidRPr="00D31D98">
              <w:rPr>
                <w:szCs w:val="24"/>
              </w:rPr>
              <w:t>Časopis „Meridijani“</w:t>
            </w:r>
          </w:p>
          <w:p w14:paraId="7445D69C" w14:textId="77777777" w:rsidR="00EF7FB7" w:rsidRPr="00D31D98" w:rsidRDefault="00EF7FB7" w:rsidP="005A7CB0">
            <w:pPr>
              <w:widowControl w:val="0"/>
              <w:rPr>
                <w:szCs w:val="24"/>
              </w:rPr>
            </w:pPr>
            <w:r w:rsidRPr="00D31D98">
              <w:rPr>
                <w:szCs w:val="24"/>
              </w:rPr>
              <w:t>Ostala stručna geografska literatura</w:t>
            </w:r>
          </w:p>
          <w:p w14:paraId="36471CED" w14:textId="77777777" w:rsidR="00EF7FB7" w:rsidRPr="00D31D98" w:rsidRDefault="00EF7FB7" w:rsidP="005A7CB0">
            <w:pPr>
              <w:widowControl w:val="0"/>
              <w:rPr>
                <w:szCs w:val="24"/>
              </w:rPr>
            </w:pPr>
            <w:r w:rsidRPr="00D31D98">
              <w:rPr>
                <w:szCs w:val="24"/>
              </w:rPr>
              <w:t>Internet</w:t>
            </w:r>
          </w:p>
        </w:tc>
      </w:tr>
      <w:tr w:rsidR="00EF7FB7" w:rsidRPr="00D31D98" w14:paraId="605E162E" w14:textId="77777777" w:rsidTr="005A7CB0">
        <w:trPr>
          <w:cantSplit/>
        </w:trPr>
        <w:tc>
          <w:tcPr>
            <w:tcW w:w="2381" w:type="dxa"/>
            <w:vAlign w:val="center"/>
          </w:tcPr>
          <w:p w14:paraId="2B734977" w14:textId="77777777" w:rsidR="00EF7FB7" w:rsidRPr="00D31D98" w:rsidRDefault="00EF7FB7" w:rsidP="005A7CB0">
            <w:pPr>
              <w:widowControl w:val="0"/>
              <w:rPr>
                <w:b/>
                <w:szCs w:val="24"/>
              </w:rPr>
            </w:pPr>
            <w:proofErr w:type="spellStart"/>
            <w:r w:rsidRPr="00D31D98">
              <w:rPr>
                <w:b/>
                <w:bCs/>
                <w:szCs w:val="24"/>
              </w:rPr>
              <w:lastRenderedPageBreak/>
              <w:t>Vremenik</w:t>
            </w:r>
            <w:proofErr w:type="spellEnd"/>
          </w:p>
        </w:tc>
        <w:tc>
          <w:tcPr>
            <w:tcW w:w="6690" w:type="dxa"/>
            <w:vAlign w:val="center"/>
          </w:tcPr>
          <w:p w14:paraId="00D61A99" w14:textId="77777777" w:rsidR="00EF7FB7" w:rsidRPr="00D31D98" w:rsidRDefault="00EF7FB7" w:rsidP="005A7CB0">
            <w:pPr>
              <w:widowControl w:val="0"/>
              <w:rPr>
                <w:szCs w:val="24"/>
              </w:rPr>
            </w:pPr>
            <w:r w:rsidRPr="00D31D98">
              <w:rPr>
                <w:szCs w:val="24"/>
              </w:rPr>
              <w:t>-Tijekom nastavne godine – jednom mjesečno pripreme</w:t>
            </w:r>
          </w:p>
          <w:p w14:paraId="30C7142F" w14:textId="77777777" w:rsidR="00EF7FB7" w:rsidRPr="00D31D98" w:rsidRDefault="00EF7FB7" w:rsidP="005A7CB0">
            <w:pPr>
              <w:widowControl w:val="0"/>
              <w:rPr>
                <w:szCs w:val="24"/>
              </w:rPr>
            </w:pPr>
            <w:r w:rsidRPr="00D31D98">
              <w:rPr>
                <w:szCs w:val="24"/>
              </w:rPr>
              <w:t>-U vremenu obilježavanja Dana škole i važnih nadnevaka</w:t>
            </w:r>
          </w:p>
        </w:tc>
      </w:tr>
      <w:tr w:rsidR="00EF7FB7" w:rsidRPr="00D31D98" w14:paraId="5F8993C2" w14:textId="77777777" w:rsidTr="005A7CB0">
        <w:trPr>
          <w:cantSplit/>
        </w:trPr>
        <w:tc>
          <w:tcPr>
            <w:tcW w:w="2381" w:type="dxa"/>
            <w:vAlign w:val="center"/>
          </w:tcPr>
          <w:p w14:paraId="1485D684" w14:textId="77777777" w:rsidR="00EF7FB7" w:rsidRPr="00D31D98" w:rsidRDefault="00EF7FB7" w:rsidP="005A7CB0">
            <w:pPr>
              <w:widowControl w:val="0"/>
              <w:rPr>
                <w:b/>
                <w:szCs w:val="24"/>
              </w:rPr>
            </w:pPr>
            <w:r w:rsidRPr="00D31D98">
              <w:rPr>
                <w:b/>
                <w:bCs/>
                <w:szCs w:val="24"/>
              </w:rPr>
              <w:t>Način vrednovanja</w:t>
            </w:r>
          </w:p>
        </w:tc>
        <w:tc>
          <w:tcPr>
            <w:tcW w:w="6690" w:type="dxa"/>
            <w:vAlign w:val="center"/>
          </w:tcPr>
          <w:p w14:paraId="6D83420B" w14:textId="77777777" w:rsidR="00EF7FB7" w:rsidRPr="00D31D98" w:rsidRDefault="00EF7FB7" w:rsidP="005A7CB0">
            <w:pPr>
              <w:widowControl w:val="0"/>
              <w:rPr>
                <w:szCs w:val="24"/>
              </w:rPr>
            </w:pPr>
            <w:r w:rsidRPr="00D31D98">
              <w:rPr>
                <w:szCs w:val="24"/>
              </w:rPr>
              <w:t xml:space="preserve">Vrednovati formativno i </w:t>
            </w:r>
            <w:proofErr w:type="spellStart"/>
            <w:r w:rsidRPr="00D31D98">
              <w:rPr>
                <w:szCs w:val="24"/>
              </w:rPr>
              <w:t>sumativno</w:t>
            </w:r>
            <w:proofErr w:type="spellEnd"/>
            <w:r w:rsidRPr="00D31D98">
              <w:rPr>
                <w:szCs w:val="24"/>
              </w:rPr>
              <w:t xml:space="preserve"> u nastavi geografije</w:t>
            </w:r>
          </w:p>
        </w:tc>
      </w:tr>
    </w:tbl>
    <w:p w14:paraId="3BF66BBE" w14:textId="77777777" w:rsidR="00EF7FB7" w:rsidRPr="00D31D98" w:rsidRDefault="00EF7FB7">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00" w:firstRow="0" w:lastRow="0" w:firstColumn="0" w:lastColumn="0" w:noHBand="0" w:noVBand="1"/>
      </w:tblPr>
      <w:tblGrid>
        <w:gridCol w:w="2381"/>
        <w:gridCol w:w="6690"/>
      </w:tblGrid>
      <w:tr w:rsidR="00EF7FB7" w:rsidRPr="00D31D98" w14:paraId="1E05465D"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779031EF" w14:textId="77777777" w:rsidR="00EF7FB7" w:rsidRPr="00D31D98" w:rsidRDefault="00EF7FB7" w:rsidP="005A7CB0">
            <w:pPr>
              <w:pStyle w:val="Normal2"/>
              <w:keepNext/>
              <w:widowControl w:val="0"/>
              <w:spacing w:after="0"/>
              <w:rPr>
                <w:rFonts w:eastAsia="Times New Roman" w:cs="Times New Roman"/>
                <w:b/>
              </w:rPr>
            </w:pPr>
            <w:r w:rsidRPr="00D31D98">
              <w:rPr>
                <w:rFonts w:eastAsia="Times New Roman" w:cs="Times New Roman"/>
                <w:b/>
                <w:bCs/>
              </w:rPr>
              <w:t>AKTIVNOST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71D89CD3" w14:textId="77777777" w:rsidR="00EF7FB7" w:rsidRPr="00D31D98" w:rsidRDefault="00EF7FB7" w:rsidP="005A7CB0">
            <w:pPr>
              <w:pStyle w:val="Normal2"/>
              <w:keepNext/>
              <w:widowControl w:val="0"/>
              <w:spacing w:after="0"/>
              <w:rPr>
                <w:rFonts w:eastAsia="Times New Roman" w:cs="Times New Roman"/>
                <w:b/>
              </w:rPr>
            </w:pPr>
            <w:r w:rsidRPr="00D31D98">
              <w:rPr>
                <w:rFonts w:eastAsia="Times New Roman" w:cs="Times New Roman"/>
                <w:b/>
                <w:bCs/>
              </w:rPr>
              <w:t>DODATNA NASTAVA  –  BIOLOGIJA</w:t>
            </w:r>
          </w:p>
        </w:tc>
      </w:tr>
      <w:tr w:rsidR="00EF7FB7" w:rsidRPr="00D31D98" w14:paraId="0A3E5E8F"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4B690D11"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Ciljevi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18271042" w14:textId="77777777" w:rsidR="00EF7FB7" w:rsidRPr="00D31D98" w:rsidRDefault="00EF7FB7" w:rsidP="005A7CB0">
            <w:pPr>
              <w:pStyle w:val="Normal2"/>
              <w:widowControl w:val="0"/>
              <w:shd w:val="clear" w:color="auto" w:fill="FFFFFF"/>
              <w:spacing w:after="0"/>
              <w:rPr>
                <w:rFonts w:eastAsia="Times New Roman" w:cs="Times New Roman"/>
                <w:shd w:val="clear" w:color="auto" w:fill="C6C6C6"/>
              </w:rPr>
            </w:pPr>
            <w:r w:rsidRPr="00D31D98">
              <w:rPr>
                <w:rFonts w:eastAsia="Times New Roman" w:cs="Times New Roman"/>
              </w:rPr>
              <w:t>Pripremiti učenike za uspješno polaganje ispita iz Biologije na Državnoj maturi obradom, ponavljanjem i provjeravanjem nastavnih sadržaja iz 1., 2. i 3. razreda prema Ispitnom katalogu. Razvijati samostalnost i kreativnost kod rješavanja problemskih zadataka.</w:t>
            </w:r>
          </w:p>
          <w:p w14:paraId="2DA7679B" w14:textId="77777777" w:rsidR="00EF7FB7" w:rsidRPr="00D31D98" w:rsidRDefault="00EF7FB7" w:rsidP="005A7CB0">
            <w:pPr>
              <w:pStyle w:val="Normal2"/>
              <w:widowControl w:val="0"/>
              <w:shd w:val="clear" w:color="auto" w:fill="FFFFFF"/>
              <w:spacing w:after="0"/>
              <w:rPr>
                <w:rFonts w:eastAsia="Times New Roman" w:cs="Times New Roman"/>
              </w:rPr>
            </w:pPr>
            <w:r w:rsidRPr="00D31D98">
              <w:rPr>
                <w:rFonts w:eastAsia="Times New Roman" w:cs="Times New Roman"/>
              </w:rPr>
              <w:t xml:space="preserve">Pripremati učenike za natjecanja. </w:t>
            </w:r>
          </w:p>
        </w:tc>
      </w:tr>
      <w:tr w:rsidR="00EF7FB7" w:rsidRPr="00D31D98" w14:paraId="56611F23"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15BE3EBC"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Namjena aktivnosti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3E798146"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Sistematizacija, produbljivanje i primjena bioloških znanja radi ostvarivanja što boljeg rezultata na ispitu državne mature.</w:t>
            </w:r>
          </w:p>
        </w:tc>
      </w:tr>
      <w:tr w:rsidR="00EF7FB7" w:rsidRPr="00D31D98" w14:paraId="25B7CFC5"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66F47135"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Nositelji aktivnosti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4AA7E2E2"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 xml:space="preserve">Maja </w:t>
            </w:r>
            <w:proofErr w:type="spellStart"/>
            <w:r w:rsidRPr="00D31D98">
              <w:rPr>
                <w:rFonts w:eastAsia="Times New Roman" w:cs="Times New Roman"/>
              </w:rPr>
              <w:t>Abramić</w:t>
            </w:r>
            <w:proofErr w:type="spellEnd"/>
            <w:r w:rsidRPr="00D31D98">
              <w:rPr>
                <w:rFonts w:eastAsia="Times New Roman" w:cs="Times New Roman"/>
              </w:rPr>
              <w:t xml:space="preserve"> Peterlić, prof. </w:t>
            </w:r>
          </w:p>
        </w:tc>
      </w:tr>
      <w:tr w:rsidR="00EF7FB7" w:rsidRPr="00D31D98" w14:paraId="24C6876E"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17AA7FFA"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Način realizacije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02FC5145"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Jedan sat tjedno, rad u skupini.</w:t>
            </w:r>
          </w:p>
        </w:tc>
      </w:tr>
      <w:tr w:rsidR="00EF7FB7" w:rsidRPr="00D31D98" w14:paraId="65A80C99"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6F4645C0" w14:textId="77777777" w:rsidR="00EF7FB7" w:rsidRPr="00D31D98" w:rsidRDefault="00EF7FB7" w:rsidP="005A7CB0">
            <w:pPr>
              <w:pStyle w:val="Normal2"/>
              <w:widowControl w:val="0"/>
              <w:spacing w:after="0"/>
              <w:rPr>
                <w:rFonts w:eastAsia="Times New Roman" w:cs="Times New Roman"/>
                <w:b/>
              </w:rPr>
            </w:pPr>
            <w:proofErr w:type="spellStart"/>
            <w:r w:rsidRPr="00D31D98">
              <w:rPr>
                <w:rFonts w:eastAsia="Times New Roman" w:cs="Times New Roman"/>
                <w:b/>
                <w:bCs/>
              </w:rPr>
              <w:t>Vremenik</w:t>
            </w:r>
            <w:proofErr w:type="spellEnd"/>
            <w:r w:rsidRPr="00D31D98">
              <w:rPr>
                <w:rFonts w:eastAsia="Times New Roman" w:cs="Times New Roman"/>
                <w:b/>
                <w:bCs/>
              </w:rPr>
              <w:t>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75EECFD5"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 xml:space="preserve">Listopad 2026. - svibanj 2027. </w:t>
            </w:r>
          </w:p>
        </w:tc>
      </w:tr>
      <w:tr w:rsidR="00EF7FB7" w:rsidRPr="00D31D98" w14:paraId="31E475E3"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7AF82AE9"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Troškovnik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1D932AFA"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Troškovi pripreme nastave i dodatnih nastavnih materijala.  </w:t>
            </w:r>
          </w:p>
        </w:tc>
      </w:tr>
      <w:tr w:rsidR="00EF7FB7" w:rsidRPr="00D31D98" w14:paraId="3D0AD30A" w14:textId="77777777" w:rsidTr="005A7CB0">
        <w:trPr>
          <w:cantSplit/>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248B60BB" w14:textId="77777777" w:rsidR="00EF7FB7" w:rsidRPr="00D31D98" w:rsidRDefault="00EF7FB7" w:rsidP="005A7CB0">
            <w:pPr>
              <w:pStyle w:val="Normal2"/>
              <w:widowControl w:val="0"/>
              <w:spacing w:after="0"/>
              <w:rPr>
                <w:rFonts w:eastAsia="Times New Roman" w:cs="Times New Roman"/>
                <w:b/>
              </w:rPr>
            </w:pPr>
            <w:r w:rsidRPr="00D31D98">
              <w:rPr>
                <w:rFonts w:eastAsia="Times New Roman" w:cs="Times New Roman"/>
                <w:b/>
                <w:bCs/>
              </w:rPr>
              <w:t>Način vrednovanja  </w:t>
            </w:r>
          </w:p>
        </w:tc>
        <w:tc>
          <w:tcPr>
            <w:tcW w:w="6690" w:type="dxa"/>
            <w:tcBorders>
              <w:top w:val="single" w:sz="4" w:space="0" w:color="000000"/>
              <w:left w:val="single" w:sz="4" w:space="0" w:color="000000"/>
              <w:bottom w:val="single" w:sz="4" w:space="0" w:color="000000"/>
              <w:right w:val="single" w:sz="4" w:space="0" w:color="000000"/>
            </w:tcBorders>
            <w:vAlign w:val="center"/>
            <w:hideMark/>
          </w:tcPr>
          <w:p w14:paraId="120AA28E" w14:textId="77777777" w:rsidR="00EF7FB7" w:rsidRPr="00D31D98" w:rsidRDefault="00EF7FB7" w:rsidP="005A7CB0">
            <w:pPr>
              <w:pStyle w:val="Normal2"/>
              <w:widowControl w:val="0"/>
              <w:spacing w:after="0"/>
              <w:rPr>
                <w:rFonts w:eastAsia="Times New Roman" w:cs="Times New Roman"/>
              </w:rPr>
            </w:pPr>
            <w:r w:rsidRPr="00D31D98">
              <w:rPr>
                <w:rFonts w:eastAsia="Times New Roman" w:cs="Times New Roman"/>
              </w:rPr>
              <w:t xml:space="preserve">Kontinuirano praćenje učeničkih postignuća. Sudjelovanje na školskim, županijskim i državnim natjecanjima iz biologije. Uspjeh na državnoj maturi. </w:t>
            </w:r>
          </w:p>
        </w:tc>
      </w:tr>
    </w:tbl>
    <w:p w14:paraId="634EFBF9" w14:textId="77777777" w:rsidR="00EF7FB7" w:rsidRPr="00D31D98" w:rsidRDefault="00EF7FB7">
      <w:pPr>
        <w:spacing w:after="0"/>
      </w:pPr>
    </w:p>
    <w:p w14:paraId="68257B63" w14:textId="77777777" w:rsidR="00EF7FB7" w:rsidRPr="00D31D98" w:rsidRDefault="00EF7FB7">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EF7FB7" w:rsidRPr="00D31D98" w14:paraId="12F1E659" w14:textId="77777777" w:rsidTr="005A7CB0">
        <w:trPr>
          <w:cantSplit/>
        </w:trPr>
        <w:tc>
          <w:tcPr>
            <w:tcW w:w="2381" w:type="dxa"/>
            <w:vAlign w:val="center"/>
            <w:hideMark/>
          </w:tcPr>
          <w:p w14:paraId="00FB6F71" w14:textId="77777777" w:rsidR="00EF7FB7" w:rsidRPr="00D31D98" w:rsidRDefault="00EF7FB7" w:rsidP="005A7CB0">
            <w:pPr>
              <w:keepNext/>
              <w:widowControl w:val="0"/>
              <w:textAlignment w:val="baseline"/>
              <w:rPr>
                <w:b/>
                <w:szCs w:val="24"/>
              </w:rPr>
            </w:pPr>
            <w:r w:rsidRPr="00D31D98">
              <w:rPr>
                <w:b/>
                <w:bCs/>
                <w:szCs w:val="24"/>
              </w:rPr>
              <w:t>AKTIVNOST </w:t>
            </w:r>
          </w:p>
        </w:tc>
        <w:tc>
          <w:tcPr>
            <w:tcW w:w="6690" w:type="dxa"/>
            <w:vAlign w:val="center"/>
            <w:hideMark/>
          </w:tcPr>
          <w:p w14:paraId="48EEF9CC" w14:textId="77777777" w:rsidR="00EF7FB7" w:rsidRPr="00D31D98" w:rsidRDefault="00EF7FB7" w:rsidP="005A7CB0">
            <w:pPr>
              <w:keepNext/>
              <w:widowControl w:val="0"/>
              <w:textAlignment w:val="baseline"/>
              <w:rPr>
                <w:b/>
                <w:szCs w:val="24"/>
              </w:rPr>
            </w:pPr>
            <w:r w:rsidRPr="00D31D98">
              <w:rPr>
                <w:b/>
                <w:bCs/>
                <w:szCs w:val="24"/>
              </w:rPr>
              <w:t>Priprema za državnu maturu</w:t>
            </w:r>
          </w:p>
        </w:tc>
      </w:tr>
      <w:tr w:rsidR="00EF7FB7" w:rsidRPr="00D31D98" w14:paraId="1F073BAE" w14:textId="77777777" w:rsidTr="005A7CB0">
        <w:trPr>
          <w:cantSplit/>
        </w:trPr>
        <w:tc>
          <w:tcPr>
            <w:tcW w:w="2381" w:type="dxa"/>
            <w:vAlign w:val="center"/>
            <w:hideMark/>
          </w:tcPr>
          <w:p w14:paraId="651E9E1A" w14:textId="77777777" w:rsidR="00EF7FB7" w:rsidRPr="00D31D98" w:rsidRDefault="00EF7FB7" w:rsidP="005A7CB0">
            <w:pPr>
              <w:widowControl w:val="0"/>
              <w:textAlignment w:val="baseline"/>
              <w:rPr>
                <w:b/>
                <w:szCs w:val="24"/>
              </w:rPr>
            </w:pPr>
            <w:r w:rsidRPr="00D31D98">
              <w:rPr>
                <w:b/>
                <w:bCs/>
                <w:szCs w:val="24"/>
              </w:rPr>
              <w:t>Ciljevi </w:t>
            </w:r>
          </w:p>
        </w:tc>
        <w:tc>
          <w:tcPr>
            <w:tcW w:w="6690" w:type="dxa"/>
            <w:vAlign w:val="center"/>
            <w:hideMark/>
          </w:tcPr>
          <w:p w14:paraId="62A42702" w14:textId="77777777" w:rsidR="00EF7FB7" w:rsidRPr="00D31D98" w:rsidRDefault="00EF7FB7" w:rsidP="005A7CB0">
            <w:pPr>
              <w:pStyle w:val="paragraph"/>
              <w:widowControl w:val="0"/>
              <w:spacing w:before="0" w:after="0"/>
              <w:textAlignment w:val="baseline"/>
            </w:pPr>
            <w:r w:rsidRPr="00D31D98">
              <w:rPr>
                <w:rStyle w:val="normaltextrun"/>
              </w:rPr>
              <w:t>Pripremiti učenike za uspješnije polaganje ispita iz Kemije na Državnoj maturi obradom, ponavljanjem i provjeravanjem nastavnih sadržaja iz 1., 2. i 3. razreda prema Ispitnom katalogu.</w:t>
            </w:r>
            <w:r w:rsidRPr="00D31D98">
              <w:rPr>
                <w:rStyle w:val="eop"/>
              </w:rPr>
              <w:t> </w:t>
            </w:r>
          </w:p>
          <w:p w14:paraId="4E795037" w14:textId="77777777" w:rsidR="00EF7FB7" w:rsidRPr="00D31D98" w:rsidRDefault="00EF7FB7" w:rsidP="005A7CB0">
            <w:pPr>
              <w:pStyle w:val="paragraph"/>
              <w:widowControl w:val="0"/>
              <w:spacing w:before="0" w:after="0"/>
              <w:textAlignment w:val="baseline"/>
            </w:pPr>
            <w:r w:rsidRPr="00D31D98">
              <w:rPr>
                <w:rStyle w:val="normaltextrun"/>
              </w:rPr>
              <w:t>Priprema za natjecanje iz kemije.</w:t>
            </w:r>
          </w:p>
        </w:tc>
      </w:tr>
      <w:tr w:rsidR="00EF7FB7" w:rsidRPr="00D31D98" w14:paraId="1C821896" w14:textId="77777777" w:rsidTr="005A7CB0">
        <w:trPr>
          <w:cantSplit/>
        </w:trPr>
        <w:tc>
          <w:tcPr>
            <w:tcW w:w="2381" w:type="dxa"/>
            <w:vAlign w:val="center"/>
            <w:hideMark/>
          </w:tcPr>
          <w:p w14:paraId="738932B0" w14:textId="77777777" w:rsidR="00EF7FB7" w:rsidRPr="00D31D98" w:rsidRDefault="00EF7FB7" w:rsidP="005A7CB0">
            <w:pPr>
              <w:widowControl w:val="0"/>
              <w:textAlignment w:val="baseline"/>
              <w:rPr>
                <w:b/>
                <w:szCs w:val="24"/>
              </w:rPr>
            </w:pPr>
            <w:r w:rsidRPr="00D31D98">
              <w:rPr>
                <w:b/>
                <w:bCs/>
                <w:szCs w:val="24"/>
              </w:rPr>
              <w:t>Namjena aktivnosti </w:t>
            </w:r>
          </w:p>
        </w:tc>
        <w:tc>
          <w:tcPr>
            <w:tcW w:w="6690" w:type="dxa"/>
            <w:vAlign w:val="center"/>
            <w:hideMark/>
          </w:tcPr>
          <w:p w14:paraId="716A77C8" w14:textId="77777777" w:rsidR="00EF7FB7" w:rsidRPr="00D31D98" w:rsidRDefault="00EF7FB7" w:rsidP="005A7CB0">
            <w:pPr>
              <w:widowControl w:val="0"/>
              <w:textAlignment w:val="baseline"/>
              <w:rPr>
                <w:szCs w:val="24"/>
              </w:rPr>
            </w:pPr>
            <w:r w:rsidRPr="00D31D98">
              <w:rPr>
                <w:rStyle w:val="normaltextrun"/>
                <w:szCs w:val="24"/>
                <w:shd w:val="clear" w:color="auto" w:fill="FFFFFF"/>
              </w:rPr>
              <w:t>Razjasniti učenicima obrazovne ishode definirane Ispitnim katalogom za državnu maturu.</w:t>
            </w:r>
            <w:r w:rsidRPr="00D31D98">
              <w:rPr>
                <w:rStyle w:val="eop"/>
                <w:szCs w:val="24"/>
              </w:rPr>
              <w:t> </w:t>
            </w:r>
          </w:p>
        </w:tc>
      </w:tr>
      <w:tr w:rsidR="00EF7FB7" w:rsidRPr="00D31D98" w14:paraId="69547EFA" w14:textId="77777777" w:rsidTr="005A7CB0">
        <w:trPr>
          <w:cantSplit/>
        </w:trPr>
        <w:tc>
          <w:tcPr>
            <w:tcW w:w="2381" w:type="dxa"/>
            <w:vAlign w:val="center"/>
            <w:hideMark/>
          </w:tcPr>
          <w:p w14:paraId="45F5FFBE" w14:textId="77777777" w:rsidR="00EF7FB7" w:rsidRPr="00D31D98" w:rsidRDefault="00EF7FB7" w:rsidP="005A7CB0">
            <w:pPr>
              <w:widowControl w:val="0"/>
              <w:textAlignment w:val="baseline"/>
              <w:rPr>
                <w:b/>
                <w:szCs w:val="24"/>
              </w:rPr>
            </w:pPr>
            <w:r w:rsidRPr="00D31D98">
              <w:rPr>
                <w:b/>
                <w:bCs/>
                <w:szCs w:val="24"/>
              </w:rPr>
              <w:t>Nositelji aktivnosti </w:t>
            </w:r>
          </w:p>
        </w:tc>
        <w:tc>
          <w:tcPr>
            <w:tcW w:w="6690" w:type="dxa"/>
            <w:vAlign w:val="center"/>
            <w:hideMark/>
          </w:tcPr>
          <w:p w14:paraId="09610048" w14:textId="77777777" w:rsidR="00EF7FB7" w:rsidRPr="00D31D98" w:rsidRDefault="00EF7FB7" w:rsidP="005A7CB0">
            <w:pPr>
              <w:widowControl w:val="0"/>
              <w:textAlignment w:val="baseline"/>
              <w:rPr>
                <w:szCs w:val="24"/>
              </w:rPr>
            </w:pPr>
            <w:r w:rsidRPr="00D31D98">
              <w:rPr>
                <w:szCs w:val="24"/>
              </w:rPr>
              <w:t xml:space="preserve">Mirta </w:t>
            </w:r>
            <w:proofErr w:type="spellStart"/>
            <w:r w:rsidRPr="00D31D98">
              <w:rPr>
                <w:szCs w:val="24"/>
              </w:rPr>
              <w:t>Engelhart</w:t>
            </w:r>
            <w:proofErr w:type="spellEnd"/>
            <w:r w:rsidRPr="00D31D98">
              <w:rPr>
                <w:szCs w:val="24"/>
              </w:rPr>
              <w:t xml:space="preserve">, prof. </w:t>
            </w:r>
          </w:p>
        </w:tc>
      </w:tr>
      <w:tr w:rsidR="00EF7FB7" w:rsidRPr="00D31D98" w14:paraId="46DDE36A" w14:textId="77777777" w:rsidTr="005A7CB0">
        <w:trPr>
          <w:cantSplit/>
        </w:trPr>
        <w:tc>
          <w:tcPr>
            <w:tcW w:w="2381" w:type="dxa"/>
            <w:vAlign w:val="center"/>
            <w:hideMark/>
          </w:tcPr>
          <w:p w14:paraId="69983F31" w14:textId="77777777" w:rsidR="00EF7FB7" w:rsidRPr="00D31D98" w:rsidRDefault="00EF7FB7" w:rsidP="005A7CB0">
            <w:pPr>
              <w:widowControl w:val="0"/>
              <w:textAlignment w:val="baseline"/>
              <w:rPr>
                <w:b/>
                <w:szCs w:val="24"/>
              </w:rPr>
            </w:pPr>
            <w:r w:rsidRPr="00D31D98">
              <w:rPr>
                <w:b/>
                <w:bCs/>
                <w:szCs w:val="24"/>
              </w:rPr>
              <w:t>Način realizacije </w:t>
            </w:r>
          </w:p>
        </w:tc>
        <w:tc>
          <w:tcPr>
            <w:tcW w:w="6690" w:type="dxa"/>
            <w:vAlign w:val="center"/>
            <w:hideMark/>
          </w:tcPr>
          <w:p w14:paraId="10BD3D1B" w14:textId="77777777" w:rsidR="00EF7FB7" w:rsidRPr="00D31D98" w:rsidRDefault="00EF7FB7" w:rsidP="005A7CB0">
            <w:pPr>
              <w:widowControl w:val="0"/>
              <w:textAlignment w:val="baseline"/>
              <w:rPr>
                <w:szCs w:val="24"/>
              </w:rPr>
            </w:pPr>
            <w:r w:rsidRPr="00D31D98">
              <w:rPr>
                <w:rStyle w:val="normaltextrun"/>
                <w:szCs w:val="24"/>
                <w:shd w:val="clear" w:color="auto" w:fill="FFFFFF"/>
              </w:rPr>
              <w:t>dva sata tjedno, rad u skupini</w:t>
            </w:r>
          </w:p>
        </w:tc>
      </w:tr>
      <w:tr w:rsidR="00EF7FB7" w:rsidRPr="00D31D98" w14:paraId="1FC66FD9" w14:textId="77777777" w:rsidTr="005A7CB0">
        <w:trPr>
          <w:cantSplit/>
        </w:trPr>
        <w:tc>
          <w:tcPr>
            <w:tcW w:w="2381" w:type="dxa"/>
            <w:vAlign w:val="center"/>
            <w:hideMark/>
          </w:tcPr>
          <w:p w14:paraId="496A3299" w14:textId="77777777" w:rsidR="00EF7FB7" w:rsidRPr="00D31D98" w:rsidRDefault="00EF7FB7" w:rsidP="005A7CB0">
            <w:pPr>
              <w:widowControl w:val="0"/>
              <w:textAlignment w:val="baseline"/>
              <w:rPr>
                <w:b/>
                <w:szCs w:val="24"/>
              </w:rPr>
            </w:pPr>
            <w:proofErr w:type="spellStart"/>
            <w:r w:rsidRPr="00D31D98">
              <w:rPr>
                <w:b/>
                <w:bCs/>
                <w:szCs w:val="24"/>
              </w:rPr>
              <w:t>Vremenik</w:t>
            </w:r>
            <w:proofErr w:type="spellEnd"/>
            <w:r w:rsidRPr="00D31D98">
              <w:rPr>
                <w:b/>
                <w:bCs/>
                <w:szCs w:val="24"/>
              </w:rPr>
              <w:t> </w:t>
            </w:r>
          </w:p>
        </w:tc>
        <w:tc>
          <w:tcPr>
            <w:tcW w:w="6690" w:type="dxa"/>
            <w:vAlign w:val="center"/>
            <w:hideMark/>
          </w:tcPr>
          <w:p w14:paraId="0A23F04D" w14:textId="77777777" w:rsidR="00EF7FB7" w:rsidRPr="00D31D98" w:rsidRDefault="00EF7FB7" w:rsidP="005A7CB0">
            <w:pPr>
              <w:widowControl w:val="0"/>
              <w:textAlignment w:val="baseline"/>
              <w:rPr>
                <w:szCs w:val="24"/>
              </w:rPr>
            </w:pPr>
            <w:r w:rsidRPr="00D31D98">
              <w:rPr>
                <w:szCs w:val="24"/>
              </w:rPr>
              <w:t> </w:t>
            </w:r>
            <w:r w:rsidRPr="00D31D98">
              <w:rPr>
                <w:rStyle w:val="normaltextrun"/>
                <w:szCs w:val="24"/>
                <w:shd w:val="clear" w:color="auto" w:fill="FFFFFF"/>
              </w:rPr>
              <w:t>listopad 2026. - svibanj 2027.</w:t>
            </w:r>
          </w:p>
        </w:tc>
      </w:tr>
      <w:tr w:rsidR="00EF7FB7" w:rsidRPr="00D31D98" w14:paraId="7DE23D55" w14:textId="77777777" w:rsidTr="005A7CB0">
        <w:trPr>
          <w:cantSplit/>
        </w:trPr>
        <w:tc>
          <w:tcPr>
            <w:tcW w:w="2381" w:type="dxa"/>
            <w:vAlign w:val="center"/>
            <w:hideMark/>
          </w:tcPr>
          <w:p w14:paraId="1ABDA250" w14:textId="77777777" w:rsidR="00EF7FB7" w:rsidRPr="00D31D98" w:rsidRDefault="00EF7FB7" w:rsidP="005A7CB0">
            <w:pPr>
              <w:widowControl w:val="0"/>
              <w:textAlignment w:val="baseline"/>
              <w:rPr>
                <w:b/>
                <w:szCs w:val="24"/>
              </w:rPr>
            </w:pPr>
            <w:r w:rsidRPr="00D31D98">
              <w:rPr>
                <w:b/>
                <w:bCs/>
                <w:szCs w:val="24"/>
              </w:rPr>
              <w:t>Troškovnik </w:t>
            </w:r>
          </w:p>
        </w:tc>
        <w:tc>
          <w:tcPr>
            <w:tcW w:w="6690" w:type="dxa"/>
            <w:vAlign w:val="center"/>
            <w:hideMark/>
          </w:tcPr>
          <w:p w14:paraId="78089FAA" w14:textId="77777777" w:rsidR="00EF7FB7" w:rsidRPr="00D31D98" w:rsidRDefault="00EF7FB7" w:rsidP="005A7CB0">
            <w:pPr>
              <w:widowControl w:val="0"/>
              <w:textAlignment w:val="baseline"/>
              <w:rPr>
                <w:szCs w:val="24"/>
              </w:rPr>
            </w:pPr>
            <w:r w:rsidRPr="00D31D98">
              <w:rPr>
                <w:rStyle w:val="normaltextrun"/>
                <w:szCs w:val="24"/>
                <w:shd w:val="clear" w:color="auto" w:fill="FFFFFF"/>
              </w:rPr>
              <w:t>troškovi pripreme nastave </w:t>
            </w:r>
            <w:r w:rsidRPr="00D31D98">
              <w:rPr>
                <w:rStyle w:val="eop"/>
                <w:szCs w:val="24"/>
              </w:rPr>
              <w:t> </w:t>
            </w:r>
            <w:r w:rsidRPr="00D31D98">
              <w:rPr>
                <w:szCs w:val="24"/>
              </w:rPr>
              <w:t> </w:t>
            </w:r>
          </w:p>
        </w:tc>
      </w:tr>
      <w:tr w:rsidR="00EF7FB7" w:rsidRPr="00D31D98" w14:paraId="627B0D5D" w14:textId="77777777" w:rsidTr="005A7CB0">
        <w:trPr>
          <w:cantSplit/>
        </w:trPr>
        <w:tc>
          <w:tcPr>
            <w:tcW w:w="2381" w:type="dxa"/>
            <w:vAlign w:val="center"/>
            <w:hideMark/>
          </w:tcPr>
          <w:p w14:paraId="6B57DA64" w14:textId="77777777" w:rsidR="00EF7FB7" w:rsidRPr="00D31D98" w:rsidRDefault="00EF7FB7" w:rsidP="005A7CB0">
            <w:pPr>
              <w:widowControl w:val="0"/>
              <w:textAlignment w:val="baseline"/>
              <w:rPr>
                <w:b/>
                <w:szCs w:val="24"/>
              </w:rPr>
            </w:pPr>
            <w:r w:rsidRPr="00D31D98">
              <w:rPr>
                <w:b/>
                <w:bCs/>
                <w:szCs w:val="24"/>
              </w:rPr>
              <w:t>Način vrednovanja  </w:t>
            </w:r>
          </w:p>
        </w:tc>
        <w:tc>
          <w:tcPr>
            <w:tcW w:w="6690" w:type="dxa"/>
            <w:vAlign w:val="center"/>
            <w:hideMark/>
          </w:tcPr>
          <w:p w14:paraId="2462198D" w14:textId="77777777" w:rsidR="00EF7FB7" w:rsidRPr="00D31D98" w:rsidRDefault="00EF7FB7" w:rsidP="005A7CB0">
            <w:pPr>
              <w:widowControl w:val="0"/>
              <w:textAlignment w:val="baseline"/>
              <w:rPr>
                <w:szCs w:val="24"/>
              </w:rPr>
            </w:pPr>
            <w:r w:rsidRPr="00D31D98">
              <w:rPr>
                <w:rStyle w:val="normaltextrun"/>
                <w:szCs w:val="24"/>
                <w:shd w:val="clear" w:color="auto" w:fill="FFFFFF"/>
              </w:rPr>
              <w:t>Kontinuirano praćenje učeničkih postignuća. Uspjeh na Državnoj maturi.</w:t>
            </w:r>
            <w:r w:rsidRPr="00D31D98">
              <w:rPr>
                <w:rStyle w:val="eop"/>
                <w:szCs w:val="24"/>
              </w:rPr>
              <w:t> </w:t>
            </w:r>
          </w:p>
        </w:tc>
      </w:tr>
    </w:tbl>
    <w:p w14:paraId="25BC8C24" w14:textId="77777777" w:rsidR="00EF7FB7" w:rsidRPr="00D31D98" w:rsidRDefault="00EF7FB7">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EF7FB7" w:rsidRPr="00D31D98" w14:paraId="25A4927A" w14:textId="77777777" w:rsidTr="005A7CB0">
        <w:trPr>
          <w:cantSplit/>
        </w:trPr>
        <w:tc>
          <w:tcPr>
            <w:tcW w:w="2381" w:type="dxa"/>
            <w:vAlign w:val="center"/>
          </w:tcPr>
          <w:p w14:paraId="4D59155F" w14:textId="77777777" w:rsidR="00EF7FB7" w:rsidRPr="00D31D98" w:rsidRDefault="00EF7FB7" w:rsidP="005A7CB0">
            <w:pPr>
              <w:pStyle w:val="Sadrajitablice"/>
              <w:keepNext/>
              <w:rPr>
                <w:rFonts w:eastAsia="Times New Roman" w:cs="Times New Roman"/>
                <w:b/>
                <w:color w:val="000000" w:themeColor="text1"/>
                <w:lang w:val="hr-HR"/>
              </w:rPr>
            </w:pPr>
            <w:r w:rsidRPr="00D31D98">
              <w:rPr>
                <w:rFonts w:eastAsia="Times New Roman" w:cs="Times New Roman"/>
                <w:b/>
                <w:bCs/>
                <w:color w:val="000000" w:themeColor="text1"/>
                <w:lang w:val="hr-HR"/>
              </w:rPr>
              <w:lastRenderedPageBreak/>
              <w:t>AKTIVNOST</w:t>
            </w:r>
          </w:p>
        </w:tc>
        <w:tc>
          <w:tcPr>
            <w:tcW w:w="6690" w:type="dxa"/>
            <w:vAlign w:val="center"/>
          </w:tcPr>
          <w:p w14:paraId="6D95C49C" w14:textId="77777777" w:rsidR="00EF7FB7" w:rsidRPr="00D31D98" w:rsidRDefault="00EF7FB7" w:rsidP="005A7CB0">
            <w:pPr>
              <w:pStyle w:val="Sadrajitablice"/>
              <w:keepNext/>
              <w:rPr>
                <w:rFonts w:eastAsia="Times New Roman" w:cs="Times New Roman"/>
                <w:b/>
                <w:color w:val="000000" w:themeColor="text1"/>
                <w:lang w:val="hr-HR"/>
              </w:rPr>
            </w:pPr>
            <w:r w:rsidRPr="00D31D98">
              <w:rPr>
                <w:rFonts w:eastAsia="Times New Roman" w:cs="Times New Roman"/>
                <w:b/>
                <w:bCs/>
                <w:color w:val="000000" w:themeColor="text1"/>
                <w:lang w:val="hr-HR"/>
              </w:rPr>
              <w:t xml:space="preserve">DODATNA NASTAVA – TZK </w:t>
            </w:r>
          </w:p>
        </w:tc>
      </w:tr>
      <w:tr w:rsidR="00EF7FB7" w:rsidRPr="00D31D98" w14:paraId="600F8760" w14:textId="77777777" w:rsidTr="005A7CB0">
        <w:trPr>
          <w:cantSplit/>
        </w:trPr>
        <w:tc>
          <w:tcPr>
            <w:tcW w:w="2381" w:type="dxa"/>
            <w:vAlign w:val="center"/>
          </w:tcPr>
          <w:p w14:paraId="35942B43"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Ciljevi</w:t>
            </w:r>
          </w:p>
        </w:tc>
        <w:tc>
          <w:tcPr>
            <w:tcW w:w="6690" w:type="dxa"/>
            <w:vAlign w:val="center"/>
          </w:tcPr>
          <w:p w14:paraId="104C741F" w14:textId="77777777" w:rsidR="00EF7FB7" w:rsidRPr="00D31D98" w:rsidRDefault="00EF7FB7" w:rsidP="005A7CB0">
            <w:pPr>
              <w:widowControl w:val="0"/>
              <w:contextualSpacing/>
              <w:rPr>
                <w:color w:val="000000" w:themeColor="text1"/>
                <w:szCs w:val="24"/>
              </w:rPr>
            </w:pPr>
            <w:r w:rsidRPr="00D31D98">
              <w:rPr>
                <w:rStyle w:val="normaltextrun"/>
                <w:color w:val="000000" w:themeColor="text1"/>
                <w:szCs w:val="24"/>
              </w:rPr>
              <w:t>Selekcija i dodatno usavršavanje nadarenih učenika te bolja priprema za školska natjecanja </w:t>
            </w:r>
          </w:p>
        </w:tc>
      </w:tr>
      <w:tr w:rsidR="00EF7FB7" w:rsidRPr="00D31D98" w14:paraId="5009D015" w14:textId="77777777" w:rsidTr="005A7CB0">
        <w:trPr>
          <w:cantSplit/>
        </w:trPr>
        <w:tc>
          <w:tcPr>
            <w:tcW w:w="2381" w:type="dxa"/>
            <w:vAlign w:val="center"/>
          </w:tcPr>
          <w:p w14:paraId="4EC95DF8"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Namjena</w:t>
            </w:r>
          </w:p>
        </w:tc>
        <w:tc>
          <w:tcPr>
            <w:tcW w:w="6690" w:type="dxa"/>
            <w:vAlign w:val="center"/>
          </w:tcPr>
          <w:p w14:paraId="1E26C2BF" w14:textId="77777777" w:rsidR="00EF7FB7" w:rsidRPr="00D31D98" w:rsidRDefault="00EF7FB7" w:rsidP="005A7CB0">
            <w:pPr>
              <w:widowControl w:val="0"/>
              <w:rPr>
                <w:color w:val="000000" w:themeColor="text1"/>
                <w:szCs w:val="24"/>
              </w:rPr>
            </w:pPr>
            <w:r w:rsidRPr="00D31D98">
              <w:rPr>
                <w:color w:val="000000" w:themeColor="text1"/>
                <w:szCs w:val="24"/>
              </w:rPr>
              <w:t xml:space="preserve">Tehničko - taktičko </w:t>
            </w:r>
            <w:proofErr w:type="spellStart"/>
            <w:r w:rsidRPr="00D31D98">
              <w:rPr>
                <w:color w:val="000000" w:themeColor="text1"/>
                <w:szCs w:val="24"/>
              </w:rPr>
              <w:t>usavršavnje</w:t>
            </w:r>
            <w:proofErr w:type="spellEnd"/>
            <w:r w:rsidRPr="00D31D98">
              <w:rPr>
                <w:color w:val="000000" w:themeColor="text1"/>
                <w:szCs w:val="24"/>
              </w:rPr>
              <w:t> </w:t>
            </w:r>
          </w:p>
        </w:tc>
      </w:tr>
      <w:tr w:rsidR="00EF7FB7" w:rsidRPr="00D31D98" w14:paraId="52635CA2" w14:textId="77777777" w:rsidTr="005A7CB0">
        <w:trPr>
          <w:cantSplit/>
        </w:trPr>
        <w:tc>
          <w:tcPr>
            <w:tcW w:w="2381" w:type="dxa"/>
            <w:vAlign w:val="center"/>
          </w:tcPr>
          <w:p w14:paraId="2380A666"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Nositelji aktivnosti</w:t>
            </w:r>
          </w:p>
        </w:tc>
        <w:tc>
          <w:tcPr>
            <w:tcW w:w="6690" w:type="dxa"/>
            <w:vAlign w:val="center"/>
          </w:tcPr>
          <w:p w14:paraId="197C58B2" w14:textId="77777777" w:rsidR="00EF7FB7" w:rsidRPr="00D31D98" w:rsidRDefault="00EF7FB7" w:rsidP="005A7CB0">
            <w:pPr>
              <w:widowControl w:val="0"/>
              <w:rPr>
                <w:color w:val="000000" w:themeColor="text1"/>
                <w:szCs w:val="24"/>
              </w:rPr>
            </w:pPr>
            <w:r w:rsidRPr="00D31D98">
              <w:rPr>
                <w:color w:val="000000" w:themeColor="text1"/>
                <w:szCs w:val="24"/>
              </w:rPr>
              <w:t xml:space="preserve">Rudi </w:t>
            </w:r>
            <w:proofErr w:type="spellStart"/>
            <w:r w:rsidRPr="00D31D98">
              <w:rPr>
                <w:color w:val="000000" w:themeColor="text1"/>
                <w:szCs w:val="24"/>
              </w:rPr>
              <w:t>Siber</w:t>
            </w:r>
            <w:proofErr w:type="spellEnd"/>
            <w:r w:rsidRPr="00D31D98">
              <w:rPr>
                <w:color w:val="000000" w:themeColor="text1"/>
                <w:szCs w:val="24"/>
              </w:rPr>
              <w:t xml:space="preserve">, nastavnik TZK i </w:t>
            </w:r>
            <w:proofErr w:type="spellStart"/>
            <w:r w:rsidRPr="00D31D98">
              <w:rPr>
                <w:color w:val="000000" w:themeColor="text1"/>
                <w:szCs w:val="24"/>
              </w:rPr>
              <w:t>zainteresirni</w:t>
            </w:r>
            <w:proofErr w:type="spellEnd"/>
            <w:r w:rsidRPr="00D31D98">
              <w:rPr>
                <w:color w:val="000000" w:themeColor="text1"/>
                <w:szCs w:val="24"/>
              </w:rPr>
              <w:t xml:space="preserve"> učenici</w:t>
            </w:r>
          </w:p>
        </w:tc>
      </w:tr>
      <w:tr w:rsidR="00EF7FB7" w:rsidRPr="00D31D98" w14:paraId="2A88E079" w14:textId="77777777" w:rsidTr="005A7CB0">
        <w:trPr>
          <w:cantSplit/>
        </w:trPr>
        <w:tc>
          <w:tcPr>
            <w:tcW w:w="2381" w:type="dxa"/>
            <w:vAlign w:val="center"/>
          </w:tcPr>
          <w:p w14:paraId="48E5A6FD"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Način realizacije</w:t>
            </w:r>
          </w:p>
        </w:tc>
        <w:tc>
          <w:tcPr>
            <w:tcW w:w="6690" w:type="dxa"/>
            <w:vAlign w:val="center"/>
          </w:tcPr>
          <w:p w14:paraId="2D442695" w14:textId="77777777" w:rsidR="00EF7FB7" w:rsidRPr="00D31D98" w:rsidRDefault="00EF7FB7" w:rsidP="005A7CB0">
            <w:pPr>
              <w:widowControl w:val="0"/>
              <w:rPr>
                <w:color w:val="000000" w:themeColor="text1"/>
                <w:szCs w:val="24"/>
              </w:rPr>
            </w:pPr>
            <w:r w:rsidRPr="00D31D98">
              <w:rPr>
                <w:color w:val="000000" w:themeColor="text1"/>
                <w:szCs w:val="24"/>
              </w:rPr>
              <w:t>Praktična nastava 35 sati, jedan sat tjedno</w:t>
            </w:r>
          </w:p>
        </w:tc>
      </w:tr>
      <w:tr w:rsidR="00EF7FB7" w:rsidRPr="00D31D98" w14:paraId="42B4ED07" w14:textId="77777777" w:rsidTr="005A7CB0">
        <w:trPr>
          <w:cantSplit/>
        </w:trPr>
        <w:tc>
          <w:tcPr>
            <w:tcW w:w="2381" w:type="dxa"/>
            <w:vAlign w:val="center"/>
          </w:tcPr>
          <w:p w14:paraId="60183A3A" w14:textId="77777777" w:rsidR="00EF7FB7" w:rsidRPr="00D31D98" w:rsidRDefault="00EF7FB7" w:rsidP="005A7CB0">
            <w:pPr>
              <w:pStyle w:val="Sadrajitablice"/>
              <w:rPr>
                <w:rFonts w:eastAsia="Times New Roman" w:cs="Times New Roman"/>
                <w:b/>
                <w:color w:val="000000" w:themeColor="text1"/>
                <w:lang w:val="hr-HR"/>
              </w:rPr>
            </w:pPr>
            <w:proofErr w:type="spellStart"/>
            <w:r w:rsidRPr="00D31D98">
              <w:rPr>
                <w:rFonts w:eastAsia="Times New Roman" w:cs="Times New Roman"/>
                <w:b/>
                <w:bCs/>
                <w:color w:val="000000" w:themeColor="text1"/>
                <w:lang w:val="hr-HR"/>
              </w:rPr>
              <w:t>Vremenik</w:t>
            </w:r>
            <w:proofErr w:type="spellEnd"/>
          </w:p>
        </w:tc>
        <w:tc>
          <w:tcPr>
            <w:tcW w:w="6690" w:type="dxa"/>
            <w:vAlign w:val="center"/>
          </w:tcPr>
          <w:p w14:paraId="1C7EACB9" w14:textId="77777777" w:rsidR="00EF7FB7" w:rsidRPr="00D31D98" w:rsidRDefault="00EF7FB7" w:rsidP="005A7CB0">
            <w:pPr>
              <w:widowControl w:val="0"/>
              <w:rPr>
                <w:color w:val="000000" w:themeColor="text1"/>
                <w:szCs w:val="24"/>
              </w:rPr>
            </w:pPr>
            <w:r w:rsidRPr="00D31D98">
              <w:rPr>
                <w:color w:val="000000" w:themeColor="text1"/>
                <w:szCs w:val="24"/>
              </w:rPr>
              <w:t>Tijekom nastavne godine 2026./2027. </w:t>
            </w:r>
          </w:p>
        </w:tc>
      </w:tr>
      <w:tr w:rsidR="00EF7FB7" w:rsidRPr="00D31D98" w14:paraId="3505AAC8" w14:textId="77777777" w:rsidTr="005A7CB0">
        <w:trPr>
          <w:cantSplit/>
        </w:trPr>
        <w:tc>
          <w:tcPr>
            <w:tcW w:w="2381" w:type="dxa"/>
            <w:vAlign w:val="center"/>
          </w:tcPr>
          <w:p w14:paraId="31F60BBF"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Vrednovanje</w:t>
            </w:r>
          </w:p>
        </w:tc>
        <w:tc>
          <w:tcPr>
            <w:tcW w:w="6690" w:type="dxa"/>
            <w:vAlign w:val="center"/>
          </w:tcPr>
          <w:p w14:paraId="472D6EEF" w14:textId="77777777" w:rsidR="00EF7FB7" w:rsidRPr="00D31D98" w:rsidRDefault="00EF7FB7" w:rsidP="005A7CB0">
            <w:pPr>
              <w:widowControl w:val="0"/>
              <w:rPr>
                <w:color w:val="000000" w:themeColor="text1"/>
                <w:szCs w:val="24"/>
              </w:rPr>
            </w:pPr>
            <w:r w:rsidRPr="00D31D98">
              <w:rPr>
                <w:color w:val="000000" w:themeColor="text1"/>
                <w:szCs w:val="24"/>
              </w:rPr>
              <w:t>Formativno vrednovanje </w:t>
            </w:r>
          </w:p>
        </w:tc>
      </w:tr>
      <w:tr w:rsidR="00EF7FB7" w:rsidRPr="00D31D98" w14:paraId="662A7A4B" w14:textId="77777777" w:rsidTr="005A7CB0">
        <w:trPr>
          <w:cantSplit/>
        </w:trPr>
        <w:tc>
          <w:tcPr>
            <w:tcW w:w="2381" w:type="dxa"/>
            <w:vAlign w:val="center"/>
          </w:tcPr>
          <w:p w14:paraId="357579F9" w14:textId="77777777" w:rsidR="00EF7FB7" w:rsidRPr="00D31D98" w:rsidRDefault="00EF7FB7" w:rsidP="005A7CB0">
            <w:pPr>
              <w:pStyle w:val="Sadrajitablice"/>
              <w:rPr>
                <w:rFonts w:eastAsia="Times New Roman" w:cs="Times New Roman"/>
                <w:b/>
                <w:color w:val="000000" w:themeColor="text1"/>
                <w:lang w:val="hr-HR"/>
              </w:rPr>
            </w:pPr>
            <w:r w:rsidRPr="00D31D98">
              <w:rPr>
                <w:rFonts w:eastAsia="Times New Roman" w:cs="Times New Roman"/>
                <w:b/>
                <w:bCs/>
                <w:color w:val="000000" w:themeColor="text1"/>
                <w:lang w:val="hr-HR"/>
              </w:rPr>
              <w:t>Troškovnik</w:t>
            </w:r>
          </w:p>
        </w:tc>
        <w:tc>
          <w:tcPr>
            <w:tcW w:w="6690" w:type="dxa"/>
            <w:vAlign w:val="center"/>
          </w:tcPr>
          <w:p w14:paraId="76D50B96" w14:textId="77777777" w:rsidR="00EF7FB7" w:rsidRPr="00D31D98" w:rsidRDefault="00EF7FB7" w:rsidP="005A7CB0">
            <w:pPr>
              <w:widowControl w:val="0"/>
              <w:rPr>
                <w:color w:val="000000" w:themeColor="text1"/>
                <w:szCs w:val="24"/>
              </w:rPr>
            </w:pPr>
            <w:r w:rsidRPr="00D31D98">
              <w:rPr>
                <w:color w:val="000000" w:themeColor="text1"/>
                <w:szCs w:val="24"/>
              </w:rPr>
              <w:t>/</w:t>
            </w:r>
          </w:p>
        </w:tc>
      </w:tr>
    </w:tbl>
    <w:p w14:paraId="06A27261" w14:textId="77777777" w:rsidR="00EF7FB7" w:rsidRPr="00D31D98" w:rsidRDefault="00EF7FB7">
      <w:pPr>
        <w:spacing w:after="0"/>
      </w:pPr>
    </w:p>
    <w:p w14:paraId="210AB2A1" w14:textId="77777777" w:rsidR="00EF7FB7" w:rsidRPr="00D31D98" w:rsidRDefault="00EF7FB7">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EF7FB7" w:rsidRPr="00D31D98" w14:paraId="56DC456A" w14:textId="77777777" w:rsidTr="005A7CB0">
        <w:trPr>
          <w:cantSplit/>
        </w:trPr>
        <w:tc>
          <w:tcPr>
            <w:tcW w:w="2381" w:type="dxa"/>
            <w:vAlign w:val="center"/>
          </w:tcPr>
          <w:p w14:paraId="32739797" w14:textId="77777777" w:rsidR="00EF7FB7" w:rsidRPr="00D31D98" w:rsidRDefault="00EF7FB7" w:rsidP="005A7CB0">
            <w:pPr>
              <w:pStyle w:val="Sadrajitablice"/>
              <w:keepNext/>
              <w:rPr>
                <w:rFonts w:eastAsia="Times New Roman" w:cs="Times New Roman"/>
                <w:b/>
                <w:lang w:val="hr-HR"/>
              </w:rPr>
            </w:pPr>
            <w:r w:rsidRPr="00D31D98">
              <w:rPr>
                <w:rFonts w:eastAsia="Times New Roman" w:cs="Times New Roman"/>
                <w:b/>
                <w:bCs/>
                <w:lang w:val="hr-HR"/>
              </w:rPr>
              <w:t>AKTIVNOST</w:t>
            </w:r>
          </w:p>
        </w:tc>
        <w:tc>
          <w:tcPr>
            <w:tcW w:w="6690" w:type="dxa"/>
            <w:vAlign w:val="center"/>
          </w:tcPr>
          <w:p w14:paraId="178B522D" w14:textId="77777777" w:rsidR="00EF7FB7" w:rsidRPr="00D31D98" w:rsidRDefault="00EF7FB7" w:rsidP="005A7CB0">
            <w:pPr>
              <w:pStyle w:val="Sadrajitablice"/>
              <w:keepNext/>
              <w:rPr>
                <w:rFonts w:eastAsia="Times New Roman" w:cs="Times New Roman"/>
                <w:b/>
                <w:lang w:val="hr-HR"/>
              </w:rPr>
            </w:pPr>
            <w:r w:rsidRPr="00D31D98">
              <w:rPr>
                <w:rFonts w:eastAsia="Times New Roman" w:cs="Times New Roman"/>
                <w:b/>
                <w:bCs/>
                <w:lang w:val="hr-HR"/>
              </w:rPr>
              <w:t>MATEMATIKA – pripreme</w:t>
            </w:r>
          </w:p>
        </w:tc>
      </w:tr>
      <w:tr w:rsidR="00EF7FB7" w:rsidRPr="00D31D98" w14:paraId="227EBA31" w14:textId="77777777" w:rsidTr="005A7CB0">
        <w:trPr>
          <w:cantSplit/>
        </w:trPr>
        <w:tc>
          <w:tcPr>
            <w:tcW w:w="2381" w:type="dxa"/>
            <w:vAlign w:val="center"/>
          </w:tcPr>
          <w:p w14:paraId="5B5FCEC5"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Ciljevi</w:t>
            </w:r>
          </w:p>
        </w:tc>
        <w:tc>
          <w:tcPr>
            <w:tcW w:w="6690" w:type="dxa"/>
            <w:vAlign w:val="center"/>
          </w:tcPr>
          <w:p w14:paraId="058C3E8D" w14:textId="77777777" w:rsidR="00EF7FB7" w:rsidRPr="00D31D98" w:rsidRDefault="00EF7FB7" w:rsidP="005A7CB0">
            <w:pPr>
              <w:widowControl w:val="0"/>
              <w:rPr>
                <w:color w:val="000000"/>
              </w:rPr>
            </w:pPr>
            <w:r w:rsidRPr="00D31D98">
              <w:rPr>
                <w:color w:val="000000"/>
                <w:szCs w:val="24"/>
              </w:rPr>
              <w:t>Pripremiti učenike za uspješnije  polaganje ispita iz Matematike na Državnoj  maturi.</w:t>
            </w:r>
          </w:p>
          <w:p w14:paraId="704858AC" w14:textId="77777777" w:rsidR="00EF7FB7" w:rsidRPr="00D31D98" w:rsidRDefault="00EF7FB7" w:rsidP="005A7CB0">
            <w:pPr>
              <w:widowControl w:val="0"/>
            </w:pPr>
            <w:r w:rsidRPr="00D31D98">
              <w:rPr>
                <w:color w:val="000000"/>
                <w:szCs w:val="24"/>
              </w:rPr>
              <w:t xml:space="preserve">Obrada, ponavljanje, provjera nastavnih sadržaja iz prethodna tri razreda prema katalogu. </w:t>
            </w:r>
          </w:p>
        </w:tc>
      </w:tr>
      <w:tr w:rsidR="00EF7FB7" w:rsidRPr="00D31D98" w14:paraId="1791BAB5" w14:textId="77777777" w:rsidTr="005A7CB0">
        <w:trPr>
          <w:cantSplit/>
        </w:trPr>
        <w:tc>
          <w:tcPr>
            <w:tcW w:w="2381" w:type="dxa"/>
            <w:vAlign w:val="center"/>
          </w:tcPr>
          <w:p w14:paraId="72B9BF71"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5AF2437E" w14:textId="77777777" w:rsidR="00EF7FB7" w:rsidRPr="00D31D98" w:rsidRDefault="00EF7FB7" w:rsidP="005A7CB0">
            <w:pPr>
              <w:widowControl w:val="0"/>
              <w:rPr>
                <w:color w:val="000000"/>
              </w:rPr>
            </w:pPr>
            <w:r w:rsidRPr="00D31D98">
              <w:rPr>
                <w:color w:val="000000"/>
                <w:szCs w:val="24"/>
              </w:rPr>
              <w:t>Namijenjeno maturantima koji će polagati DM iz Matematike.</w:t>
            </w:r>
          </w:p>
          <w:p w14:paraId="1B1412EA" w14:textId="77777777" w:rsidR="00EF7FB7" w:rsidRPr="00D31D98" w:rsidRDefault="00EF7FB7" w:rsidP="005A7CB0">
            <w:pPr>
              <w:widowControl w:val="0"/>
              <w:rPr>
                <w:color w:val="000000"/>
              </w:rPr>
            </w:pPr>
            <w:r w:rsidRPr="00D31D98">
              <w:rPr>
                <w:color w:val="000000"/>
                <w:szCs w:val="24"/>
              </w:rPr>
              <w:t xml:space="preserve">Proširivanje znanja iz matematike, </w:t>
            </w:r>
          </w:p>
          <w:p w14:paraId="6C266230" w14:textId="77777777" w:rsidR="00EF7FB7" w:rsidRPr="00D31D98" w:rsidRDefault="00EF7FB7" w:rsidP="005A7CB0">
            <w:pPr>
              <w:pStyle w:val="Normal1"/>
              <w:widowControl w:val="0"/>
              <w:contextualSpacing/>
            </w:pPr>
            <w:r w:rsidRPr="00D31D98">
              <w:t>Ishodi će se obrađivati/ponavljati prema ispitnom katalogu za maturu (NCVVO).</w:t>
            </w:r>
          </w:p>
        </w:tc>
      </w:tr>
      <w:tr w:rsidR="00EF7FB7" w:rsidRPr="00D31D98" w14:paraId="4031F1DE" w14:textId="77777777" w:rsidTr="005A7CB0">
        <w:trPr>
          <w:cantSplit/>
        </w:trPr>
        <w:tc>
          <w:tcPr>
            <w:tcW w:w="2381" w:type="dxa"/>
            <w:vAlign w:val="center"/>
          </w:tcPr>
          <w:p w14:paraId="4CB4818D"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43DAE938" w14:textId="77777777" w:rsidR="00EF7FB7" w:rsidRPr="00D31D98" w:rsidRDefault="00EF7FB7" w:rsidP="005A7CB0">
            <w:pPr>
              <w:pStyle w:val="Sadrajitablice"/>
              <w:rPr>
                <w:rFonts w:eastAsia="Times New Roman" w:cs="Times New Roman"/>
                <w:lang w:val="hr-HR"/>
              </w:rPr>
            </w:pPr>
            <w:r w:rsidRPr="00D31D98">
              <w:rPr>
                <w:rFonts w:eastAsia="Times New Roman" w:cs="Times New Roman"/>
                <w:lang w:val="hr-HR" w:eastAsia="hr-HR"/>
              </w:rPr>
              <w:t xml:space="preserve">Ella Rakovac </w:t>
            </w:r>
            <w:proofErr w:type="spellStart"/>
            <w:r w:rsidRPr="00D31D98">
              <w:rPr>
                <w:rFonts w:eastAsia="Times New Roman" w:cs="Times New Roman"/>
                <w:lang w:val="hr-HR" w:eastAsia="hr-HR"/>
              </w:rPr>
              <w:t>Bekeš</w:t>
            </w:r>
            <w:proofErr w:type="spellEnd"/>
            <w:r w:rsidRPr="00D31D98">
              <w:rPr>
                <w:rFonts w:eastAsia="Times New Roman" w:cs="Times New Roman"/>
                <w:lang w:val="hr-HR" w:eastAsia="hr-HR"/>
              </w:rPr>
              <w:t>, prof.</w:t>
            </w:r>
          </w:p>
        </w:tc>
      </w:tr>
      <w:tr w:rsidR="00EF7FB7" w:rsidRPr="00D31D98" w14:paraId="0ACDCB44" w14:textId="77777777" w:rsidTr="005A7CB0">
        <w:trPr>
          <w:cantSplit/>
        </w:trPr>
        <w:tc>
          <w:tcPr>
            <w:tcW w:w="2381" w:type="dxa"/>
            <w:vAlign w:val="center"/>
          </w:tcPr>
          <w:p w14:paraId="5718BA66"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6AB3B258" w14:textId="77777777" w:rsidR="00EF7FB7" w:rsidRPr="00D31D98" w:rsidRDefault="00EF7FB7" w:rsidP="005A7CB0">
            <w:pPr>
              <w:widowControl w:val="0"/>
            </w:pPr>
            <w:r w:rsidRPr="00D31D98">
              <w:rPr>
                <w:color w:val="000000"/>
                <w:szCs w:val="24"/>
              </w:rPr>
              <w:t>individualni i grupni rad</w:t>
            </w:r>
          </w:p>
        </w:tc>
      </w:tr>
      <w:tr w:rsidR="00EF7FB7" w:rsidRPr="00D31D98" w14:paraId="3096861C" w14:textId="77777777" w:rsidTr="005A7CB0">
        <w:trPr>
          <w:cantSplit/>
        </w:trPr>
        <w:tc>
          <w:tcPr>
            <w:tcW w:w="2381" w:type="dxa"/>
            <w:vAlign w:val="center"/>
          </w:tcPr>
          <w:p w14:paraId="13FB9565" w14:textId="77777777" w:rsidR="00EF7FB7" w:rsidRPr="00D31D98" w:rsidRDefault="00EF7FB7" w:rsidP="005A7CB0">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359F052E" w14:textId="77777777" w:rsidR="00EF7FB7" w:rsidRPr="00D31D98" w:rsidRDefault="00EF7FB7" w:rsidP="005A7CB0">
            <w:pPr>
              <w:widowControl w:val="0"/>
            </w:pPr>
            <w:r w:rsidRPr="00D31D98">
              <w:rPr>
                <w:color w:val="000000" w:themeColor="text1"/>
                <w:szCs w:val="24"/>
              </w:rPr>
              <w:t>dva sata tjedno tijekom nastavne godine 2026./2027.; 64 sati</w:t>
            </w:r>
          </w:p>
        </w:tc>
      </w:tr>
      <w:tr w:rsidR="00EF7FB7" w:rsidRPr="00D31D98" w14:paraId="36EBB7CE" w14:textId="77777777" w:rsidTr="005A7CB0">
        <w:trPr>
          <w:cantSplit/>
        </w:trPr>
        <w:tc>
          <w:tcPr>
            <w:tcW w:w="2381" w:type="dxa"/>
            <w:vAlign w:val="center"/>
          </w:tcPr>
          <w:p w14:paraId="19A3B631"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38913D5C" w14:textId="77777777" w:rsidR="00EF7FB7" w:rsidRPr="00D31D98" w:rsidRDefault="00EF7FB7" w:rsidP="005A7CB0">
            <w:pPr>
              <w:widowControl w:val="0"/>
            </w:pPr>
            <w:r w:rsidRPr="00D31D98">
              <w:rPr>
                <w:color w:val="000000"/>
                <w:szCs w:val="24"/>
              </w:rPr>
              <w:t>Praćenje učeničkih postignuća, postignut uspjeh učenika na Državnoj maturi  </w:t>
            </w:r>
          </w:p>
        </w:tc>
      </w:tr>
      <w:tr w:rsidR="00EF7FB7" w:rsidRPr="00D31D98" w14:paraId="1B34098E" w14:textId="77777777" w:rsidTr="005A7CB0">
        <w:trPr>
          <w:cantSplit/>
        </w:trPr>
        <w:tc>
          <w:tcPr>
            <w:tcW w:w="2381" w:type="dxa"/>
            <w:vAlign w:val="center"/>
          </w:tcPr>
          <w:p w14:paraId="0BF73B52" w14:textId="77777777" w:rsidR="00EF7FB7" w:rsidRPr="00D31D98" w:rsidRDefault="00EF7FB7" w:rsidP="005A7CB0">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26AB7855" w14:textId="77777777" w:rsidR="00EF7FB7" w:rsidRPr="00D31D98" w:rsidRDefault="00EF7FB7" w:rsidP="005A7CB0">
            <w:pPr>
              <w:pStyle w:val="Normal1"/>
              <w:widowControl w:val="0"/>
              <w:contextualSpacing/>
            </w:pPr>
            <w:r w:rsidRPr="00D31D98">
              <w:t>/</w:t>
            </w:r>
          </w:p>
        </w:tc>
      </w:tr>
    </w:tbl>
    <w:p w14:paraId="365F5AAA" w14:textId="77777777" w:rsidR="00EF7FB7" w:rsidRDefault="00EF7FB7">
      <w:pPr>
        <w:spacing w:after="0"/>
      </w:pPr>
    </w:p>
    <w:tbl>
      <w:tblPr>
        <w:tblStyle w:val="Tablicareetke2-isticanje1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982D66" w:rsidRPr="00982D66" w14:paraId="701933E5" w14:textId="77777777" w:rsidTr="002259C6">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0325E994" w14:textId="77777777" w:rsidR="00982D66" w:rsidRPr="00982D66" w:rsidRDefault="00982D66" w:rsidP="00966809">
            <w:pPr>
              <w:pStyle w:val="Sadrajitablice"/>
              <w:keepNext/>
              <w:rPr>
                <w:rFonts w:eastAsia="Times New Roman" w:cs="Times New Roman"/>
                <w:b/>
              </w:rPr>
            </w:pPr>
            <w:r w:rsidRPr="00982D66">
              <w:rPr>
                <w:rFonts w:eastAsia="Times New Roman" w:cs="Times New Roman"/>
                <w:b/>
                <w:bCs/>
                <w:lang w:val="hr-HR"/>
              </w:rPr>
              <w:t>AKTIVNOST</w:t>
            </w:r>
          </w:p>
        </w:tc>
        <w:tc>
          <w:tcPr>
            <w:tcW w:w="6690" w:type="dxa"/>
            <w:shd w:val="clear" w:color="auto" w:fill="auto"/>
            <w:vAlign w:val="center"/>
          </w:tcPr>
          <w:p w14:paraId="607E809F" w14:textId="77777777" w:rsidR="00982D66" w:rsidRPr="00982D66" w:rsidRDefault="00982D66" w:rsidP="00966809">
            <w:pPr>
              <w:pStyle w:val="Sadrajitablice"/>
              <w:keepNext/>
              <w:cnfStyle w:val="000000100000" w:firstRow="0" w:lastRow="0" w:firstColumn="0" w:lastColumn="0" w:oddVBand="0" w:evenVBand="0" w:oddHBand="1" w:evenHBand="0" w:firstRowFirstColumn="0" w:firstRowLastColumn="0" w:lastRowFirstColumn="0" w:lastRowLastColumn="0"/>
              <w:rPr>
                <w:rFonts w:eastAsia="Times New Roman" w:cs="Times New Roman"/>
                <w:b/>
              </w:rPr>
            </w:pPr>
            <w:r w:rsidRPr="00982D66">
              <w:rPr>
                <w:rFonts w:eastAsia="Times New Roman" w:cs="Times New Roman"/>
                <w:b/>
                <w:bCs/>
              </w:rPr>
              <w:t xml:space="preserve">FIZIKA – </w:t>
            </w:r>
            <w:proofErr w:type="spellStart"/>
            <w:r w:rsidRPr="00982D66">
              <w:rPr>
                <w:rFonts w:eastAsia="Times New Roman" w:cs="Times New Roman"/>
                <w:b/>
                <w:bCs/>
              </w:rPr>
              <w:t>dodatnanastava</w:t>
            </w:r>
            <w:proofErr w:type="spellEnd"/>
            <w:r w:rsidRPr="00982D66">
              <w:rPr>
                <w:rFonts w:eastAsia="Times New Roman" w:cs="Times New Roman"/>
                <w:b/>
                <w:bCs/>
              </w:rPr>
              <w:t xml:space="preserve"> – </w:t>
            </w:r>
            <w:proofErr w:type="spellStart"/>
            <w:r w:rsidRPr="00982D66">
              <w:rPr>
                <w:rFonts w:eastAsia="Times New Roman" w:cs="Times New Roman"/>
                <w:b/>
                <w:bCs/>
              </w:rPr>
              <w:t>pripreme</w:t>
            </w:r>
            <w:proofErr w:type="spellEnd"/>
            <w:r w:rsidRPr="00982D66">
              <w:rPr>
                <w:rFonts w:eastAsia="Times New Roman" w:cs="Times New Roman"/>
                <w:b/>
                <w:bCs/>
              </w:rPr>
              <w:t xml:space="preserve"> za </w:t>
            </w:r>
            <w:proofErr w:type="spellStart"/>
            <w:r w:rsidRPr="00982D66">
              <w:rPr>
                <w:rFonts w:eastAsia="Times New Roman" w:cs="Times New Roman"/>
                <w:b/>
                <w:bCs/>
              </w:rPr>
              <w:t>državnumaturu</w:t>
            </w:r>
            <w:proofErr w:type="spellEnd"/>
          </w:p>
        </w:tc>
      </w:tr>
      <w:tr w:rsidR="00982D66" w:rsidRPr="00982D66" w14:paraId="4B80E0FB" w14:textId="77777777" w:rsidTr="002259C6">
        <w:trPr>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11E8CAC3" w14:textId="77777777" w:rsidR="00982D66" w:rsidRPr="00982D66" w:rsidRDefault="00982D66" w:rsidP="00966809">
            <w:pPr>
              <w:pStyle w:val="Sadrajitablice"/>
              <w:rPr>
                <w:rFonts w:eastAsia="Times New Roman" w:cs="Times New Roman"/>
                <w:b/>
                <w:lang w:val="hr-HR"/>
              </w:rPr>
            </w:pPr>
            <w:r w:rsidRPr="00982D66">
              <w:rPr>
                <w:rFonts w:eastAsia="Times New Roman" w:cs="Times New Roman"/>
                <w:b/>
                <w:bCs/>
                <w:lang w:val="hr-HR"/>
              </w:rPr>
              <w:t>Ciljevi</w:t>
            </w:r>
          </w:p>
        </w:tc>
        <w:tc>
          <w:tcPr>
            <w:tcW w:w="6690" w:type="dxa"/>
            <w:vAlign w:val="center"/>
          </w:tcPr>
          <w:p w14:paraId="2AB743FA"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Spoznati fizikalne pojave, zakonitosti, modele i teorije te usvojiti znanstveni pristup pri rješavanju konceptualnih i numeričkih odnosno problemskih zadataka povezivanjem pokusa i teorije.</w:t>
            </w:r>
          </w:p>
          <w:p w14:paraId="53B79CF2"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 xml:space="preserve">Samostalno istraživati i analizirati te primijeniti fizikalna znanja i vještine u rješavanju raznih tipova zadataka i problema. </w:t>
            </w:r>
          </w:p>
          <w:p w14:paraId="460CC28F"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Pripremiti učenike za polaganje ispita iz fizike na državnoj maturi.</w:t>
            </w:r>
          </w:p>
          <w:p w14:paraId="7290CF33"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 xml:space="preserve">Cilj: Usvojiti predviđene redovne nastavne sadržaje. Poticati samopouzdanje i interes učenika te razvijati sposobnosti i navike kontinuiranoga izvršavanja nastavnih obveza odnosno predviđenih aktivnosti. </w:t>
            </w:r>
          </w:p>
          <w:p w14:paraId="3869BCE8"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Pripremiti učenike za polaganje ispita iz fizike na državnoj maturi.</w:t>
            </w:r>
          </w:p>
        </w:tc>
      </w:tr>
      <w:tr w:rsidR="00982D66" w:rsidRPr="00982D66" w14:paraId="5FC8CD77" w14:textId="77777777" w:rsidTr="002259C6">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2A43C8B7" w14:textId="77777777" w:rsidR="00982D66" w:rsidRPr="00982D66" w:rsidRDefault="00982D66" w:rsidP="00966809">
            <w:pPr>
              <w:pStyle w:val="Sadrajitablice"/>
              <w:rPr>
                <w:rFonts w:eastAsia="Times New Roman" w:cs="Times New Roman"/>
                <w:b/>
              </w:rPr>
            </w:pPr>
            <w:r w:rsidRPr="00982D66">
              <w:rPr>
                <w:rFonts w:eastAsia="Times New Roman" w:cs="Times New Roman"/>
                <w:b/>
                <w:bCs/>
                <w:lang w:val="hr-HR"/>
              </w:rPr>
              <w:lastRenderedPageBreak/>
              <w:t>Namjena</w:t>
            </w:r>
          </w:p>
        </w:tc>
        <w:tc>
          <w:tcPr>
            <w:tcW w:w="6690" w:type="dxa"/>
            <w:shd w:val="clear" w:color="auto" w:fill="auto"/>
            <w:vAlign w:val="center"/>
          </w:tcPr>
          <w:p w14:paraId="0577CB8F" w14:textId="77777777" w:rsidR="00982D66" w:rsidRPr="00982D66" w:rsidRDefault="00982D66" w:rsidP="00966809">
            <w:pPr>
              <w:pStyle w:val="Normal1"/>
              <w:widowControl w:val="0"/>
              <w:contextualSpacing/>
              <w:cnfStyle w:val="000000100000" w:firstRow="0" w:lastRow="0" w:firstColumn="0" w:lastColumn="0" w:oddVBand="0" w:evenVBand="0" w:oddHBand="1" w:evenHBand="0" w:firstRowFirstColumn="0" w:firstRowLastColumn="0" w:lastRowFirstColumn="0" w:lastRowLastColumn="0"/>
            </w:pPr>
            <w:r w:rsidRPr="00982D66">
              <w:t>Za učenike četvrtoga razreda pri svladavanju i ponavljanju redovnih nastavnih sadržaja te priprema za polaganje ispita iz fizike na državnoj maturi.</w:t>
            </w:r>
          </w:p>
        </w:tc>
      </w:tr>
      <w:tr w:rsidR="00982D66" w:rsidRPr="00982D66" w14:paraId="77DA826D" w14:textId="77777777" w:rsidTr="002259C6">
        <w:trPr>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357F47FD" w14:textId="77777777" w:rsidR="00982D66" w:rsidRPr="00982D66" w:rsidRDefault="00982D66" w:rsidP="00966809">
            <w:pPr>
              <w:pStyle w:val="Sadrajitablice"/>
              <w:rPr>
                <w:rFonts w:eastAsia="Times New Roman" w:cs="Times New Roman"/>
                <w:b/>
              </w:rPr>
            </w:pPr>
            <w:r w:rsidRPr="00982D66">
              <w:rPr>
                <w:rFonts w:eastAsia="Times New Roman" w:cs="Times New Roman"/>
                <w:b/>
                <w:bCs/>
                <w:lang w:val="hr-HR"/>
              </w:rPr>
              <w:t>Nositelji aktivnosti</w:t>
            </w:r>
          </w:p>
        </w:tc>
        <w:tc>
          <w:tcPr>
            <w:tcW w:w="6690" w:type="dxa"/>
            <w:vAlign w:val="center"/>
          </w:tcPr>
          <w:p w14:paraId="6EF9951E" w14:textId="77777777" w:rsidR="00982D66" w:rsidRPr="00982D66" w:rsidRDefault="000905BF" w:rsidP="00966809">
            <w:pPr>
              <w:pStyle w:val="Sadrajitablice"/>
              <w:cnfStyle w:val="000000000000" w:firstRow="0" w:lastRow="0" w:firstColumn="0" w:lastColumn="0" w:oddVBand="0" w:evenVBand="0" w:oddHBand="0" w:evenHBand="0" w:firstRowFirstColumn="0" w:firstRowLastColumn="0" w:lastRowFirstColumn="0" w:lastRowLastColumn="0"/>
              <w:rPr>
                <w:rFonts w:eastAsia="Times New Roman" w:cs="Times New Roman"/>
              </w:rPr>
            </w:pPr>
            <w:proofErr w:type="spellStart"/>
            <w:r>
              <w:rPr>
                <w:rFonts w:eastAsia="Times New Roman" w:cs="Times New Roman"/>
              </w:rPr>
              <w:t>Snježana</w:t>
            </w:r>
            <w:proofErr w:type="spellEnd"/>
            <w:r>
              <w:rPr>
                <w:rFonts w:eastAsia="Times New Roman" w:cs="Times New Roman"/>
              </w:rPr>
              <w:t xml:space="preserve"> </w:t>
            </w:r>
            <w:proofErr w:type="spellStart"/>
            <w:r>
              <w:rPr>
                <w:rFonts w:eastAsia="Times New Roman" w:cs="Times New Roman"/>
              </w:rPr>
              <w:t>Novaković</w:t>
            </w:r>
            <w:proofErr w:type="spellEnd"/>
            <w:r w:rsidR="00982D66" w:rsidRPr="00982D66">
              <w:rPr>
                <w:rFonts w:eastAsia="Times New Roman" w:cs="Times New Roman"/>
              </w:rPr>
              <w:t>, prof.</w:t>
            </w:r>
          </w:p>
        </w:tc>
      </w:tr>
      <w:tr w:rsidR="00982D66" w:rsidRPr="00982D66" w14:paraId="21410DE6" w14:textId="77777777" w:rsidTr="002259C6">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14CA8A68" w14:textId="77777777" w:rsidR="00982D66" w:rsidRPr="00982D66" w:rsidRDefault="00982D66" w:rsidP="00966809">
            <w:pPr>
              <w:pStyle w:val="Sadrajitablice"/>
              <w:rPr>
                <w:rFonts w:eastAsia="Times New Roman" w:cs="Times New Roman"/>
                <w:b/>
              </w:rPr>
            </w:pPr>
            <w:r w:rsidRPr="00982D66">
              <w:rPr>
                <w:rFonts w:eastAsia="Times New Roman" w:cs="Times New Roman"/>
                <w:b/>
                <w:bCs/>
                <w:lang w:val="hr-HR"/>
              </w:rPr>
              <w:t>Način realizacije</w:t>
            </w:r>
          </w:p>
        </w:tc>
        <w:tc>
          <w:tcPr>
            <w:tcW w:w="6690" w:type="dxa"/>
            <w:shd w:val="clear" w:color="auto" w:fill="auto"/>
            <w:vAlign w:val="center"/>
          </w:tcPr>
          <w:p w14:paraId="392C8688" w14:textId="77777777" w:rsidR="00982D66" w:rsidRPr="00982D66" w:rsidRDefault="00982D66" w:rsidP="00966809">
            <w:pPr>
              <w:widowControl w:val="0"/>
              <w:cnfStyle w:val="000000100000" w:firstRow="0" w:lastRow="0" w:firstColumn="0" w:lastColumn="0" w:oddVBand="0" w:evenVBand="0" w:oddHBand="1" w:evenHBand="0" w:firstRowFirstColumn="0" w:firstRowLastColumn="0" w:lastRowFirstColumn="0" w:lastRowLastColumn="0"/>
            </w:pPr>
            <w:r w:rsidRPr="00982D66">
              <w:t>Individualno praćenje uspješnosti svladavanja redovnih nastavnih sadržaja. Učenici rješavaju razne tipove konceptualnih i numeričkih odnosno problemskih zadataka kako bi što bolje usvojili redovne nastavne sadržaje te se pripremili za polaganje ispita iz fizike na državnoj maturi.</w:t>
            </w:r>
          </w:p>
          <w:p w14:paraId="7C31E592" w14:textId="77777777" w:rsidR="00982D66" w:rsidRPr="00982D66" w:rsidRDefault="00982D66" w:rsidP="00966809">
            <w:pPr>
              <w:widowControl w:val="0"/>
              <w:cnfStyle w:val="000000100000" w:firstRow="0" w:lastRow="0" w:firstColumn="0" w:lastColumn="0" w:oddVBand="0" w:evenVBand="0" w:oddHBand="1" w:evenHBand="0" w:firstRowFirstColumn="0" w:firstRowLastColumn="0" w:lastRowFirstColumn="0" w:lastRowLastColumn="0"/>
            </w:pPr>
            <w:r w:rsidRPr="00982D66">
              <w:t>Ponavljanje i primjena koncepata te vježbanje konceptualnih i numeričkih odnosno problemskih zadataka vezanih uz nastavne sadržaje fizike u srednjoj školi.</w:t>
            </w:r>
          </w:p>
        </w:tc>
      </w:tr>
      <w:tr w:rsidR="00982D66" w:rsidRPr="00982D66" w14:paraId="72C944F0" w14:textId="77777777" w:rsidTr="002259C6">
        <w:trPr>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57BEEDC5" w14:textId="77777777" w:rsidR="00982D66" w:rsidRPr="00982D66" w:rsidRDefault="00982D66" w:rsidP="00966809">
            <w:pPr>
              <w:pStyle w:val="Sadrajitablice"/>
              <w:rPr>
                <w:rFonts w:eastAsia="Times New Roman" w:cs="Times New Roman"/>
                <w:b/>
              </w:rPr>
            </w:pPr>
            <w:proofErr w:type="spellStart"/>
            <w:r w:rsidRPr="00982D66">
              <w:rPr>
                <w:rFonts w:eastAsia="Times New Roman" w:cs="Times New Roman"/>
                <w:b/>
                <w:bCs/>
                <w:lang w:val="hr-HR"/>
              </w:rPr>
              <w:t>Vremenik</w:t>
            </w:r>
            <w:proofErr w:type="spellEnd"/>
          </w:p>
        </w:tc>
        <w:tc>
          <w:tcPr>
            <w:tcW w:w="6690" w:type="dxa"/>
            <w:vAlign w:val="center"/>
          </w:tcPr>
          <w:p w14:paraId="52B487C4" w14:textId="77777777" w:rsidR="00982D66" w:rsidRPr="00982D66" w:rsidRDefault="00982D66" w:rsidP="00966809">
            <w:pPr>
              <w:widowControl w:val="0"/>
              <w:cnfStyle w:val="000000000000" w:firstRow="0" w:lastRow="0" w:firstColumn="0" w:lastColumn="0" w:oddVBand="0" w:evenVBand="0" w:oddHBand="0" w:evenHBand="0" w:firstRowFirstColumn="0" w:firstRowLastColumn="0" w:lastRowFirstColumn="0" w:lastRowLastColumn="0"/>
            </w:pPr>
            <w:r w:rsidRPr="00982D66">
              <w:t xml:space="preserve">Svaki tjedan dva sata za učenike četvrtih razreda </w:t>
            </w:r>
          </w:p>
        </w:tc>
      </w:tr>
      <w:tr w:rsidR="00982D66" w:rsidRPr="00982D66" w14:paraId="11EEA9FE" w14:textId="77777777" w:rsidTr="002259C6">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2E66AA1E" w14:textId="77777777" w:rsidR="00982D66" w:rsidRPr="00982D66" w:rsidRDefault="00982D66" w:rsidP="00966809">
            <w:pPr>
              <w:pStyle w:val="Sadrajitablice"/>
              <w:rPr>
                <w:rFonts w:eastAsia="Times New Roman" w:cs="Times New Roman"/>
                <w:b/>
              </w:rPr>
            </w:pPr>
            <w:r w:rsidRPr="00982D66">
              <w:rPr>
                <w:rFonts w:eastAsia="Times New Roman" w:cs="Times New Roman"/>
                <w:b/>
                <w:bCs/>
                <w:lang w:val="hr-HR"/>
              </w:rPr>
              <w:t>Vrednovanje</w:t>
            </w:r>
          </w:p>
        </w:tc>
        <w:tc>
          <w:tcPr>
            <w:tcW w:w="6690" w:type="dxa"/>
            <w:shd w:val="clear" w:color="auto" w:fill="auto"/>
            <w:vAlign w:val="center"/>
          </w:tcPr>
          <w:p w14:paraId="33990F59" w14:textId="77777777" w:rsidR="00982D66" w:rsidRPr="00982D66" w:rsidRDefault="00982D66" w:rsidP="00966809">
            <w:pPr>
              <w:widowControl w:val="0"/>
              <w:cnfStyle w:val="000000100000" w:firstRow="0" w:lastRow="0" w:firstColumn="0" w:lastColumn="0" w:oddVBand="0" w:evenVBand="0" w:oddHBand="1" w:evenHBand="0" w:firstRowFirstColumn="0" w:firstRowLastColumn="0" w:lastRowFirstColumn="0" w:lastRowLastColumn="0"/>
            </w:pPr>
            <w:r w:rsidRPr="00982D66">
              <w:t xml:space="preserve">Uspjeh učenika na DM – ispit iz Fizike </w:t>
            </w:r>
          </w:p>
        </w:tc>
      </w:tr>
      <w:tr w:rsidR="00982D66" w:rsidRPr="00982D66" w14:paraId="58B54DE9" w14:textId="77777777" w:rsidTr="002259C6">
        <w:trPr>
          <w:cantSplit/>
        </w:trPr>
        <w:tc>
          <w:tcPr>
            <w:cnfStyle w:val="000010000000" w:firstRow="0" w:lastRow="0" w:firstColumn="0" w:lastColumn="0" w:oddVBand="1" w:evenVBand="0" w:oddHBand="0" w:evenHBand="0" w:firstRowFirstColumn="0" w:firstRowLastColumn="0" w:lastRowFirstColumn="0" w:lastRowLastColumn="0"/>
            <w:tcW w:w="2381" w:type="dxa"/>
            <w:shd w:val="clear" w:color="auto" w:fill="auto"/>
            <w:vAlign w:val="center"/>
          </w:tcPr>
          <w:p w14:paraId="0BFC34E4" w14:textId="77777777" w:rsidR="00982D66" w:rsidRPr="00982D66" w:rsidRDefault="00982D66" w:rsidP="00966809">
            <w:pPr>
              <w:pStyle w:val="Sadrajitablice"/>
              <w:rPr>
                <w:rFonts w:eastAsia="Times New Roman" w:cs="Times New Roman"/>
                <w:b/>
              </w:rPr>
            </w:pPr>
            <w:r w:rsidRPr="00982D66">
              <w:rPr>
                <w:rFonts w:eastAsia="Times New Roman" w:cs="Times New Roman"/>
                <w:b/>
                <w:bCs/>
                <w:lang w:val="hr-HR"/>
              </w:rPr>
              <w:t>Troškovnik</w:t>
            </w:r>
          </w:p>
        </w:tc>
        <w:tc>
          <w:tcPr>
            <w:tcW w:w="6690" w:type="dxa"/>
            <w:vAlign w:val="center"/>
          </w:tcPr>
          <w:p w14:paraId="6585CA78" w14:textId="77777777" w:rsidR="00982D66" w:rsidRPr="00982D66" w:rsidRDefault="00982D66" w:rsidP="00966809">
            <w:pPr>
              <w:pStyle w:val="Normal1"/>
              <w:widowControl w:val="0"/>
              <w:contextualSpacing/>
              <w:cnfStyle w:val="000000000000" w:firstRow="0" w:lastRow="0" w:firstColumn="0" w:lastColumn="0" w:oddVBand="0" w:evenVBand="0" w:oddHBand="0" w:evenHBand="0" w:firstRowFirstColumn="0" w:firstRowLastColumn="0" w:lastRowFirstColumn="0" w:lastRowLastColumn="0"/>
            </w:pPr>
            <w:r w:rsidRPr="00982D66">
              <w:t>/</w:t>
            </w:r>
          </w:p>
        </w:tc>
      </w:tr>
    </w:tbl>
    <w:p w14:paraId="3E7AC833" w14:textId="77777777" w:rsidR="00982D66" w:rsidRPr="00D31D98" w:rsidRDefault="00982D66">
      <w:pPr>
        <w:spacing w:after="0"/>
      </w:pPr>
    </w:p>
    <w:p w14:paraId="075F1D3B" w14:textId="77777777" w:rsidR="005A7CB0" w:rsidRPr="00D31D98" w:rsidRDefault="005A7CB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5A7CB0" w:rsidRPr="00D31D98" w14:paraId="461E32B3" w14:textId="77777777" w:rsidTr="005A7CB0">
        <w:trPr>
          <w:cantSplit/>
        </w:trPr>
        <w:tc>
          <w:tcPr>
            <w:tcW w:w="2381" w:type="dxa"/>
            <w:vAlign w:val="center"/>
          </w:tcPr>
          <w:p w14:paraId="66F10599" w14:textId="77777777" w:rsidR="005A7CB0" w:rsidRPr="00D31D98" w:rsidRDefault="005A7CB0" w:rsidP="005A7CB0">
            <w:pPr>
              <w:pStyle w:val="Sadrajitablice"/>
              <w:keepNext/>
              <w:rPr>
                <w:rFonts w:eastAsia="Times New Roman" w:cs="Times New Roman"/>
                <w:b/>
                <w:lang w:val="hr-HR"/>
              </w:rPr>
            </w:pPr>
            <w:r w:rsidRPr="00D31D98">
              <w:rPr>
                <w:rFonts w:eastAsia="Times New Roman" w:cs="Times New Roman"/>
                <w:b/>
                <w:bCs/>
                <w:lang w:val="hr-HR"/>
              </w:rPr>
              <w:t>AKTIVNOST</w:t>
            </w:r>
          </w:p>
        </w:tc>
        <w:tc>
          <w:tcPr>
            <w:tcW w:w="6690" w:type="dxa"/>
            <w:vAlign w:val="center"/>
          </w:tcPr>
          <w:p w14:paraId="47709C04" w14:textId="77777777" w:rsidR="005A7CB0" w:rsidRPr="00D31D98" w:rsidRDefault="005A7CB0" w:rsidP="005A7CB0">
            <w:pPr>
              <w:pStyle w:val="Sadrajitablice"/>
              <w:keepNext/>
              <w:rPr>
                <w:rFonts w:eastAsia="Times New Roman" w:cs="Times New Roman"/>
                <w:b/>
                <w:lang w:val="hr-HR"/>
              </w:rPr>
            </w:pPr>
            <w:r w:rsidRPr="00D31D98">
              <w:rPr>
                <w:rFonts w:eastAsia="Times New Roman" w:cs="Times New Roman"/>
                <w:b/>
                <w:bCs/>
                <w:lang w:val="hr-HR"/>
              </w:rPr>
              <w:t>ENGLESKI JEZIK – pripreme</w:t>
            </w:r>
          </w:p>
        </w:tc>
      </w:tr>
      <w:tr w:rsidR="005A7CB0" w:rsidRPr="00D31D98" w14:paraId="623C9494" w14:textId="77777777" w:rsidTr="005A7CB0">
        <w:trPr>
          <w:cantSplit/>
        </w:trPr>
        <w:tc>
          <w:tcPr>
            <w:tcW w:w="2381" w:type="dxa"/>
            <w:vAlign w:val="center"/>
          </w:tcPr>
          <w:p w14:paraId="0F8BD06D"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Ciljevi</w:t>
            </w:r>
          </w:p>
        </w:tc>
        <w:tc>
          <w:tcPr>
            <w:tcW w:w="6690" w:type="dxa"/>
            <w:vAlign w:val="center"/>
          </w:tcPr>
          <w:p w14:paraId="01C79F72" w14:textId="77777777" w:rsidR="005A7CB0" w:rsidRPr="00D31D98" w:rsidRDefault="005A7CB0" w:rsidP="005A7CB0">
            <w:pPr>
              <w:widowControl w:val="0"/>
            </w:pPr>
            <w:r w:rsidRPr="00D31D98">
              <w:rPr>
                <w:rStyle w:val="normaltextrun"/>
                <w:szCs w:val="24"/>
              </w:rPr>
              <w:t>Priprema učenika 4.razreda za ispit slušanja, pisanja i čitanja</w:t>
            </w:r>
            <w:r w:rsidRPr="00D31D98">
              <w:rPr>
                <w:rStyle w:val="eop"/>
                <w:szCs w:val="24"/>
              </w:rPr>
              <w:t> </w:t>
            </w:r>
          </w:p>
        </w:tc>
      </w:tr>
      <w:tr w:rsidR="005A7CB0" w:rsidRPr="00D31D98" w14:paraId="0D98E6E0" w14:textId="77777777" w:rsidTr="005A7CB0">
        <w:trPr>
          <w:cantSplit/>
        </w:trPr>
        <w:tc>
          <w:tcPr>
            <w:tcW w:w="2381" w:type="dxa"/>
            <w:vAlign w:val="center"/>
          </w:tcPr>
          <w:p w14:paraId="491CEC80"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Namjena</w:t>
            </w:r>
          </w:p>
        </w:tc>
        <w:tc>
          <w:tcPr>
            <w:tcW w:w="6690" w:type="dxa"/>
            <w:vAlign w:val="center"/>
          </w:tcPr>
          <w:p w14:paraId="75A9C935" w14:textId="77777777" w:rsidR="005A7CB0" w:rsidRPr="00D31D98" w:rsidRDefault="005A7CB0" w:rsidP="005A7CB0">
            <w:pPr>
              <w:pStyle w:val="Normal1"/>
              <w:widowControl w:val="0"/>
              <w:contextualSpacing/>
            </w:pPr>
            <w:r w:rsidRPr="00D31D98">
              <w:rPr>
                <w:rStyle w:val="normaltextrun"/>
              </w:rPr>
              <w:t>Jezično-komunikacijsko područje.</w:t>
            </w:r>
            <w:r w:rsidRPr="00D31D98">
              <w:rPr>
                <w:rStyle w:val="eop"/>
              </w:rPr>
              <w:t> </w:t>
            </w:r>
          </w:p>
        </w:tc>
      </w:tr>
      <w:tr w:rsidR="005A7CB0" w:rsidRPr="00D31D98" w14:paraId="7969B399" w14:textId="77777777" w:rsidTr="005A7CB0">
        <w:trPr>
          <w:cantSplit/>
        </w:trPr>
        <w:tc>
          <w:tcPr>
            <w:tcW w:w="2381" w:type="dxa"/>
            <w:vAlign w:val="center"/>
          </w:tcPr>
          <w:p w14:paraId="3DDDD327"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Nositelji aktivnosti</w:t>
            </w:r>
          </w:p>
        </w:tc>
        <w:tc>
          <w:tcPr>
            <w:tcW w:w="6690" w:type="dxa"/>
            <w:vAlign w:val="center"/>
          </w:tcPr>
          <w:p w14:paraId="01FA465B" w14:textId="77777777" w:rsidR="005A7CB0" w:rsidRPr="00D31D98" w:rsidRDefault="0056321B" w:rsidP="005A7CB0">
            <w:pPr>
              <w:pStyle w:val="Sadrajitablice"/>
              <w:rPr>
                <w:rFonts w:eastAsia="Times New Roman" w:cs="Times New Roman"/>
                <w:lang w:val="hr-HR"/>
              </w:rPr>
            </w:pPr>
            <w:r w:rsidRPr="00D31D98">
              <w:rPr>
                <w:rFonts w:eastAsia="Times New Roman" w:cs="Times New Roman"/>
                <w:lang w:val="hr-HR" w:eastAsia="hr-HR"/>
              </w:rPr>
              <w:t xml:space="preserve">Ivana </w:t>
            </w:r>
            <w:proofErr w:type="spellStart"/>
            <w:r w:rsidRPr="00D31D98">
              <w:rPr>
                <w:rFonts w:eastAsia="Times New Roman" w:cs="Times New Roman"/>
                <w:lang w:val="hr-HR" w:eastAsia="hr-HR"/>
              </w:rPr>
              <w:t>Štiglec</w:t>
            </w:r>
            <w:proofErr w:type="spellEnd"/>
            <w:r w:rsidR="005A7CB0" w:rsidRPr="00D31D98">
              <w:rPr>
                <w:rFonts w:eastAsia="Times New Roman" w:cs="Times New Roman"/>
                <w:lang w:val="hr-HR" w:eastAsia="hr-HR"/>
              </w:rPr>
              <w:t>, prof.</w:t>
            </w:r>
          </w:p>
        </w:tc>
      </w:tr>
      <w:tr w:rsidR="005A7CB0" w:rsidRPr="00D31D98" w14:paraId="59CAA49E" w14:textId="77777777" w:rsidTr="005A7CB0">
        <w:trPr>
          <w:cantSplit/>
        </w:trPr>
        <w:tc>
          <w:tcPr>
            <w:tcW w:w="2381" w:type="dxa"/>
            <w:vAlign w:val="center"/>
          </w:tcPr>
          <w:p w14:paraId="671BEAAB"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Način realizacije</w:t>
            </w:r>
          </w:p>
        </w:tc>
        <w:tc>
          <w:tcPr>
            <w:tcW w:w="6690" w:type="dxa"/>
            <w:vAlign w:val="center"/>
          </w:tcPr>
          <w:p w14:paraId="35069D3B" w14:textId="77777777" w:rsidR="005A7CB0" w:rsidRPr="00D31D98" w:rsidRDefault="005A7CB0" w:rsidP="005A7CB0">
            <w:pPr>
              <w:widowControl w:val="0"/>
            </w:pPr>
            <w:r w:rsidRPr="00D31D98">
              <w:rPr>
                <w:color w:val="000000"/>
                <w:szCs w:val="24"/>
              </w:rPr>
              <w:t>Kroz dodatnu nastavu</w:t>
            </w:r>
          </w:p>
        </w:tc>
      </w:tr>
      <w:tr w:rsidR="005A7CB0" w:rsidRPr="00D31D98" w14:paraId="0F35045F" w14:textId="77777777" w:rsidTr="005A7CB0">
        <w:trPr>
          <w:cantSplit/>
        </w:trPr>
        <w:tc>
          <w:tcPr>
            <w:tcW w:w="2381" w:type="dxa"/>
            <w:vAlign w:val="center"/>
          </w:tcPr>
          <w:p w14:paraId="4E1A267A" w14:textId="77777777" w:rsidR="005A7CB0" w:rsidRPr="00D31D98" w:rsidRDefault="005A7CB0" w:rsidP="005A7CB0">
            <w:pPr>
              <w:pStyle w:val="Sadrajitablice"/>
              <w:rPr>
                <w:rFonts w:eastAsia="Times New Roman" w:cs="Times New Roman"/>
                <w:b/>
                <w:lang w:val="hr-HR"/>
              </w:rPr>
            </w:pPr>
            <w:proofErr w:type="spellStart"/>
            <w:r w:rsidRPr="00D31D98">
              <w:rPr>
                <w:rFonts w:eastAsia="Times New Roman" w:cs="Times New Roman"/>
                <w:b/>
                <w:bCs/>
                <w:lang w:val="hr-HR"/>
              </w:rPr>
              <w:t>Vremenik</w:t>
            </w:r>
            <w:proofErr w:type="spellEnd"/>
          </w:p>
        </w:tc>
        <w:tc>
          <w:tcPr>
            <w:tcW w:w="6690" w:type="dxa"/>
            <w:vAlign w:val="center"/>
          </w:tcPr>
          <w:p w14:paraId="5C42F16F" w14:textId="77777777" w:rsidR="005A7CB0" w:rsidRPr="00D31D98" w:rsidRDefault="005A7CB0" w:rsidP="005A7CB0">
            <w:pPr>
              <w:widowControl w:val="0"/>
            </w:pPr>
            <w:r w:rsidRPr="00D31D98">
              <w:rPr>
                <w:rStyle w:val="normaltextrun"/>
                <w:szCs w:val="24"/>
              </w:rPr>
              <w:t xml:space="preserve">Tijekom nastavne godine  </w:t>
            </w:r>
            <w:r w:rsidRPr="00D31D98">
              <w:rPr>
                <w:rStyle w:val="eop"/>
                <w:szCs w:val="24"/>
              </w:rPr>
              <w:t> </w:t>
            </w:r>
          </w:p>
        </w:tc>
      </w:tr>
      <w:tr w:rsidR="005A7CB0" w:rsidRPr="00D31D98" w14:paraId="43E92C85" w14:textId="77777777" w:rsidTr="005A7CB0">
        <w:trPr>
          <w:cantSplit/>
        </w:trPr>
        <w:tc>
          <w:tcPr>
            <w:tcW w:w="2381" w:type="dxa"/>
            <w:vAlign w:val="center"/>
          </w:tcPr>
          <w:p w14:paraId="7FF56A34"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Vrednovanje</w:t>
            </w:r>
          </w:p>
        </w:tc>
        <w:tc>
          <w:tcPr>
            <w:tcW w:w="6690" w:type="dxa"/>
            <w:vAlign w:val="center"/>
          </w:tcPr>
          <w:p w14:paraId="04F847DA" w14:textId="77777777" w:rsidR="005A7CB0" w:rsidRPr="00D31D98" w:rsidRDefault="005A7CB0" w:rsidP="005A7CB0">
            <w:pPr>
              <w:widowControl w:val="0"/>
            </w:pPr>
            <w:r w:rsidRPr="00D31D98">
              <w:rPr>
                <w:color w:val="000000"/>
                <w:szCs w:val="24"/>
              </w:rPr>
              <w:t>Rezultati državne mature   </w:t>
            </w:r>
          </w:p>
        </w:tc>
      </w:tr>
      <w:tr w:rsidR="005A7CB0" w:rsidRPr="00D31D98" w14:paraId="386153AA" w14:textId="77777777" w:rsidTr="005A7CB0">
        <w:trPr>
          <w:cantSplit/>
        </w:trPr>
        <w:tc>
          <w:tcPr>
            <w:tcW w:w="2381" w:type="dxa"/>
            <w:vAlign w:val="center"/>
          </w:tcPr>
          <w:p w14:paraId="635DB83D" w14:textId="77777777" w:rsidR="005A7CB0" w:rsidRPr="00D31D98" w:rsidRDefault="005A7CB0" w:rsidP="005A7CB0">
            <w:pPr>
              <w:pStyle w:val="Sadrajitablice"/>
              <w:rPr>
                <w:rFonts w:eastAsia="Times New Roman" w:cs="Times New Roman"/>
                <w:b/>
                <w:lang w:val="hr-HR"/>
              </w:rPr>
            </w:pPr>
            <w:r w:rsidRPr="00D31D98">
              <w:rPr>
                <w:rFonts w:eastAsia="Times New Roman" w:cs="Times New Roman"/>
                <w:b/>
                <w:bCs/>
                <w:lang w:val="hr-HR"/>
              </w:rPr>
              <w:t>Troškovnik</w:t>
            </w:r>
          </w:p>
        </w:tc>
        <w:tc>
          <w:tcPr>
            <w:tcW w:w="6690" w:type="dxa"/>
            <w:vAlign w:val="center"/>
          </w:tcPr>
          <w:p w14:paraId="1D71F8C5" w14:textId="77777777" w:rsidR="005A7CB0" w:rsidRPr="00D31D98" w:rsidRDefault="005A7CB0" w:rsidP="005A7CB0">
            <w:pPr>
              <w:pStyle w:val="Normal1"/>
              <w:widowControl w:val="0"/>
              <w:contextualSpacing/>
            </w:pPr>
            <w:r w:rsidRPr="00D31D98">
              <w:t>/</w:t>
            </w:r>
          </w:p>
        </w:tc>
      </w:tr>
    </w:tbl>
    <w:p w14:paraId="08D38025" w14:textId="77777777" w:rsidR="005A7CB0" w:rsidRPr="00D31D98" w:rsidRDefault="005A7CB0">
      <w:pPr>
        <w:spacing w:after="0"/>
      </w:pPr>
    </w:p>
    <w:p w14:paraId="34E7C7AF" w14:textId="77777777" w:rsidR="006065C9" w:rsidRPr="00D31D98" w:rsidRDefault="006065C9">
      <w:pPr>
        <w:spacing w:after="0"/>
      </w:pPr>
    </w:p>
    <w:p w14:paraId="3AE45FEA" w14:textId="77777777" w:rsidR="005A7CB0" w:rsidRPr="00D31D98" w:rsidRDefault="005A7CB0">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5A7CB0" w:rsidRPr="00D31D98" w14:paraId="71BA27B9" w14:textId="77777777" w:rsidTr="0056321B">
        <w:trPr>
          <w:cantSplit/>
        </w:trPr>
        <w:tc>
          <w:tcPr>
            <w:tcW w:w="2381" w:type="dxa"/>
            <w:vAlign w:val="center"/>
          </w:tcPr>
          <w:p w14:paraId="66405797" w14:textId="77777777" w:rsidR="005A7CB0" w:rsidRPr="00D31D98" w:rsidRDefault="005A7CB0" w:rsidP="005A7CB0">
            <w:pPr>
              <w:keepNext/>
              <w:widowControl w:val="0"/>
              <w:rPr>
                <w:b/>
                <w:szCs w:val="24"/>
              </w:rPr>
            </w:pPr>
            <w:r w:rsidRPr="00D31D98">
              <w:rPr>
                <w:b/>
                <w:bCs/>
                <w:szCs w:val="24"/>
              </w:rPr>
              <w:t>AKTIVNOST</w:t>
            </w:r>
          </w:p>
        </w:tc>
        <w:tc>
          <w:tcPr>
            <w:tcW w:w="6690" w:type="dxa"/>
            <w:vAlign w:val="center"/>
          </w:tcPr>
          <w:p w14:paraId="4D6D35EA" w14:textId="77777777" w:rsidR="005A7CB0" w:rsidRPr="00D31D98" w:rsidRDefault="005A7CB0" w:rsidP="005A7CB0">
            <w:pPr>
              <w:keepNext/>
              <w:widowControl w:val="0"/>
              <w:rPr>
                <w:b/>
                <w:szCs w:val="24"/>
              </w:rPr>
            </w:pPr>
            <w:r w:rsidRPr="00D31D98">
              <w:rPr>
                <w:b/>
                <w:bCs/>
                <w:szCs w:val="24"/>
              </w:rPr>
              <w:t>DRAMSKA GRUPA</w:t>
            </w:r>
          </w:p>
        </w:tc>
      </w:tr>
      <w:tr w:rsidR="005A7CB0" w:rsidRPr="00D31D98" w14:paraId="1B8A438F" w14:textId="77777777" w:rsidTr="0056321B">
        <w:trPr>
          <w:cantSplit/>
        </w:trPr>
        <w:tc>
          <w:tcPr>
            <w:tcW w:w="2381" w:type="dxa"/>
            <w:vAlign w:val="center"/>
          </w:tcPr>
          <w:p w14:paraId="0D92DC9F" w14:textId="77777777" w:rsidR="005A7CB0" w:rsidRPr="00D31D98" w:rsidRDefault="005A7CB0" w:rsidP="005A7CB0">
            <w:pPr>
              <w:widowControl w:val="0"/>
              <w:rPr>
                <w:b/>
                <w:szCs w:val="24"/>
              </w:rPr>
            </w:pPr>
            <w:r w:rsidRPr="00D31D98">
              <w:rPr>
                <w:b/>
                <w:bCs/>
                <w:szCs w:val="24"/>
              </w:rPr>
              <w:t>Ciljevi</w:t>
            </w:r>
          </w:p>
        </w:tc>
        <w:tc>
          <w:tcPr>
            <w:tcW w:w="6690" w:type="dxa"/>
            <w:vAlign w:val="center"/>
          </w:tcPr>
          <w:p w14:paraId="56266F57" w14:textId="77777777" w:rsidR="005A7CB0" w:rsidRPr="00D31D98" w:rsidRDefault="005A7CB0" w:rsidP="005A7CB0">
            <w:pPr>
              <w:widowControl w:val="0"/>
              <w:rPr>
                <w:szCs w:val="24"/>
              </w:rPr>
            </w:pPr>
            <w:r w:rsidRPr="00D31D98">
              <w:rPr>
                <w:szCs w:val="24"/>
              </w:rPr>
              <w:t>Kroz scenski nastup(gluma, recitacija, igra...) i medijsko stvaralaštvo učiti i razvijati svoje vještine govorne komunikacije, ovladati svojim tijelom i pokretom, jačati samopouzdanje, slobodu i samouvjerenost i prilike za samoostvarenje(kreativnost, inovativnost, istraživanje, kritičko mišljenje, poduzetnost)</w:t>
            </w:r>
          </w:p>
        </w:tc>
      </w:tr>
      <w:tr w:rsidR="005A7CB0" w:rsidRPr="00D31D98" w14:paraId="538A2F4F" w14:textId="77777777" w:rsidTr="0056321B">
        <w:trPr>
          <w:cantSplit/>
        </w:trPr>
        <w:tc>
          <w:tcPr>
            <w:tcW w:w="2381" w:type="dxa"/>
            <w:vAlign w:val="center"/>
          </w:tcPr>
          <w:p w14:paraId="224E8E75" w14:textId="77777777" w:rsidR="005A7CB0" w:rsidRPr="00D31D98" w:rsidRDefault="005A7CB0" w:rsidP="005A7CB0">
            <w:pPr>
              <w:widowControl w:val="0"/>
              <w:rPr>
                <w:b/>
                <w:szCs w:val="24"/>
              </w:rPr>
            </w:pPr>
            <w:r w:rsidRPr="00D31D98">
              <w:rPr>
                <w:b/>
                <w:bCs/>
                <w:szCs w:val="24"/>
              </w:rPr>
              <w:t>Namjena aktivnosti</w:t>
            </w:r>
          </w:p>
        </w:tc>
        <w:tc>
          <w:tcPr>
            <w:tcW w:w="6690" w:type="dxa"/>
            <w:vAlign w:val="center"/>
          </w:tcPr>
          <w:p w14:paraId="3ABBD940" w14:textId="77777777" w:rsidR="005A7CB0" w:rsidRPr="00D31D98" w:rsidRDefault="005A7CB0" w:rsidP="005A7CB0">
            <w:pPr>
              <w:widowControl w:val="0"/>
              <w:rPr>
                <w:szCs w:val="24"/>
              </w:rPr>
            </w:pPr>
            <w:r w:rsidRPr="00D31D98">
              <w:rPr>
                <w:szCs w:val="24"/>
              </w:rPr>
              <w:t>Razvoj učeničkih vještina i kompetencija kroz dramski odgoj</w:t>
            </w:r>
          </w:p>
        </w:tc>
      </w:tr>
      <w:tr w:rsidR="005A7CB0" w:rsidRPr="00D31D98" w14:paraId="6CF8547B" w14:textId="77777777" w:rsidTr="0056321B">
        <w:trPr>
          <w:cantSplit/>
        </w:trPr>
        <w:tc>
          <w:tcPr>
            <w:tcW w:w="2381" w:type="dxa"/>
            <w:vAlign w:val="center"/>
          </w:tcPr>
          <w:p w14:paraId="7745D957" w14:textId="77777777" w:rsidR="005A7CB0" w:rsidRPr="00D31D98" w:rsidRDefault="005A7CB0" w:rsidP="005A7CB0">
            <w:pPr>
              <w:widowControl w:val="0"/>
              <w:rPr>
                <w:b/>
                <w:szCs w:val="24"/>
              </w:rPr>
            </w:pPr>
            <w:r w:rsidRPr="00D31D98">
              <w:rPr>
                <w:b/>
                <w:bCs/>
                <w:szCs w:val="24"/>
              </w:rPr>
              <w:t>Nositelji aktivnosti</w:t>
            </w:r>
          </w:p>
        </w:tc>
        <w:tc>
          <w:tcPr>
            <w:tcW w:w="6690" w:type="dxa"/>
            <w:vAlign w:val="center"/>
          </w:tcPr>
          <w:p w14:paraId="4DAFD12C" w14:textId="77777777" w:rsidR="005A7CB0" w:rsidRPr="00D31D98" w:rsidRDefault="005A7CB0" w:rsidP="005A7CB0">
            <w:pPr>
              <w:widowControl w:val="0"/>
              <w:rPr>
                <w:szCs w:val="24"/>
              </w:rPr>
            </w:pPr>
            <w:r w:rsidRPr="00D31D98">
              <w:rPr>
                <w:szCs w:val="24"/>
              </w:rPr>
              <w:t xml:space="preserve">Učenici 4a, 4b, 4c ,4d, 2a, 2b, i </w:t>
            </w:r>
            <w:proofErr w:type="spellStart"/>
            <w:r w:rsidRPr="00D31D98">
              <w:rPr>
                <w:szCs w:val="24"/>
              </w:rPr>
              <w:t>prof.Završki</w:t>
            </w:r>
            <w:proofErr w:type="spellEnd"/>
          </w:p>
        </w:tc>
      </w:tr>
      <w:tr w:rsidR="005A7CB0" w:rsidRPr="00D31D98" w14:paraId="45E1B1BD" w14:textId="77777777" w:rsidTr="0056321B">
        <w:trPr>
          <w:cantSplit/>
        </w:trPr>
        <w:tc>
          <w:tcPr>
            <w:tcW w:w="2381" w:type="dxa"/>
            <w:vAlign w:val="center"/>
          </w:tcPr>
          <w:p w14:paraId="0DCDE82D" w14:textId="77777777" w:rsidR="005A7CB0" w:rsidRPr="00D31D98" w:rsidRDefault="005A7CB0" w:rsidP="005A7CB0">
            <w:pPr>
              <w:widowControl w:val="0"/>
              <w:rPr>
                <w:b/>
                <w:szCs w:val="24"/>
              </w:rPr>
            </w:pPr>
            <w:r w:rsidRPr="00D31D98">
              <w:rPr>
                <w:b/>
                <w:bCs/>
                <w:szCs w:val="24"/>
              </w:rPr>
              <w:t>Način realizacije</w:t>
            </w:r>
          </w:p>
        </w:tc>
        <w:tc>
          <w:tcPr>
            <w:tcW w:w="6690" w:type="dxa"/>
            <w:vAlign w:val="center"/>
          </w:tcPr>
          <w:p w14:paraId="2F50B2A2" w14:textId="77777777" w:rsidR="005A7CB0" w:rsidRPr="00D31D98" w:rsidRDefault="005A7CB0" w:rsidP="005A7CB0">
            <w:pPr>
              <w:widowControl w:val="0"/>
              <w:rPr>
                <w:szCs w:val="24"/>
              </w:rPr>
            </w:pPr>
            <w:r w:rsidRPr="00D31D98">
              <w:rPr>
                <w:szCs w:val="24"/>
              </w:rPr>
              <w:t>Dramske vježbe, radionice, tehnike i postupci</w:t>
            </w:r>
          </w:p>
        </w:tc>
      </w:tr>
      <w:tr w:rsidR="005A7CB0" w:rsidRPr="00D31D98" w14:paraId="2B8F258A" w14:textId="77777777" w:rsidTr="0056321B">
        <w:trPr>
          <w:cantSplit/>
        </w:trPr>
        <w:tc>
          <w:tcPr>
            <w:tcW w:w="2381" w:type="dxa"/>
            <w:vAlign w:val="center"/>
          </w:tcPr>
          <w:p w14:paraId="7E6C8509" w14:textId="77777777" w:rsidR="005A7CB0" w:rsidRPr="00D31D98" w:rsidRDefault="005A7CB0" w:rsidP="005A7CB0">
            <w:pPr>
              <w:widowControl w:val="0"/>
              <w:rPr>
                <w:b/>
                <w:szCs w:val="24"/>
              </w:rPr>
            </w:pPr>
            <w:proofErr w:type="spellStart"/>
            <w:r w:rsidRPr="00D31D98">
              <w:rPr>
                <w:b/>
                <w:bCs/>
                <w:szCs w:val="24"/>
              </w:rPr>
              <w:t>Vremenik</w:t>
            </w:r>
            <w:proofErr w:type="spellEnd"/>
          </w:p>
        </w:tc>
        <w:tc>
          <w:tcPr>
            <w:tcW w:w="6690" w:type="dxa"/>
            <w:vAlign w:val="center"/>
          </w:tcPr>
          <w:p w14:paraId="2438A142" w14:textId="77777777" w:rsidR="005A7CB0" w:rsidRPr="00D31D98" w:rsidRDefault="005A7CB0" w:rsidP="005A7CB0">
            <w:pPr>
              <w:widowControl w:val="0"/>
              <w:rPr>
                <w:szCs w:val="24"/>
              </w:rPr>
            </w:pPr>
            <w:r w:rsidRPr="00D31D98">
              <w:rPr>
                <w:szCs w:val="24"/>
              </w:rPr>
              <w:t>Rujan 2026. – lipanj 2027.</w:t>
            </w:r>
          </w:p>
        </w:tc>
      </w:tr>
      <w:tr w:rsidR="005A7CB0" w:rsidRPr="00D31D98" w14:paraId="3386B019" w14:textId="77777777" w:rsidTr="0056321B">
        <w:trPr>
          <w:cantSplit/>
        </w:trPr>
        <w:tc>
          <w:tcPr>
            <w:tcW w:w="2381" w:type="dxa"/>
            <w:vAlign w:val="center"/>
          </w:tcPr>
          <w:p w14:paraId="2D9FDA54" w14:textId="77777777" w:rsidR="005A7CB0" w:rsidRPr="00D31D98" w:rsidRDefault="005A7CB0" w:rsidP="005A7CB0">
            <w:pPr>
              <w:widowControl w:val="0"/>
              <w:rPr>
                <w:b/>
                <w:szCs w:val="24"/>
              </w:rPr>
            </w:pPr>
            <w:r w:rsidRPr="00D31D98">
              <w:rPr>
                <w:b/>
                <w:bCs/>
                <w:szCs w:val="24"/>
              </w:rPr>
              <w:lastRenderedPageBreak/>
              <w:t>Troškovnik</w:t>
            </w:r>
          </w:p>
        </w:tc>
        <w:tc>
          <w:tcPr>
            <w:tcW w:w="6690" w:type="dxa"/>
            <w:vAlign w:val="center"/>
          </w:tcPr>
          <w:p w14:paraId="68878F05" w14:textId="77777777" w:rsidR="005A7CB0" w:rsidRPr="00D31D98" w:rsidRDefault="005A7CB0" w:rsidP="005A7CB0">
            <w:pPr>
              <w:widowControl w:val="0"/>
              <w:rPr>
                <w:szCs w:val="24"/>
              </w:rPr>
            </w:pPr>
            <w:r w:rsidRPr="00D31D98">
              <w:rPr>
                <w:szCs w:val="24"/>
              </w:rPr>
              <w:t>Prema potrebi</w:t>
            </w:r>
          </w:p>
        </w:tc>
      </w:tr>
      <w:tr w:rsidR="005A7CB0" w:rsidRPr="00D31D98" w14:paraId="5C296ACA" w14:textId="77777777" w:rsidTr="0056321B">
        <w:trPr>
          <w:cantSplit/>
        </w:trPr>
        <w:tc>
          <w:tcPr>
            <w:tcW w:w="2381" w:type="dxa"/>
            <w:vAlign w:val="center"/>
          </w:tcPr>
          <w:p w14:paraId="511E7D88" w14:textId="77777777" w:rsidR="005A7CB0" w:rsidRPr="00D31D98" w:rsidRDefault="005A7CB0" w:rsidP="005A7CB0">
            <w:pPr>
              <w:widowControl w:val="0"/>
              <w:rPr>
                <w:b/>
                <w:szCs w:val="24"/>
              </w:rPr>
            </w:pPr>
            <w:r w:rsidRPr="00D31D98">
              <w:rPr>
                <w:b/>
                <w:bCs/>
                <w:szCs w:val="24"/>
              </w:rPr>
              <w:t xml:space="preserve">Način vrednovanja </w:t>
            </w:r>
          </w:p>
        </w:tc>
        <w:tc>
          <w:tcPr>
            <w:tcW w:w="6690" w:type="dxa"/>
            <w:vAlign w:val="center"/>
          </w:tcPr>
          <w:p w14:paraId="19C2AB11" w14:textId="77777777" w:rsidR="005A7CB0" w:rsidRPr="00D31D98" w:rsidRDefault="005A7CB0" w:rsidP="005A7CB0">
            <w:pPr>
              <w:widowControl w:val="0"/>
              <w:rPr>
                <w:szCs w:val="24"/>
              </w:rPr>
            </w:pPr>
            <w:r w:rsidRPr="00D31D98">
              <w:rPr>
                <w:szCs w:val="24"/>
              </w:rPr>
              <w:t>Formativno – komunikacija s publikom, razgovor, izvedbe( Božić, Dan škole i sl.)</w:t>
            </w:r>
          </w:p>
        </w:tc>
      </w:tr>
    </w:tbl>
    <w:p w14:paraId="3BF2A964" w14:textId="77777777" w:rsidR="005A7CB0" w:rsidRPr="00D31D98" w:rsidRDefault="005A7CB0">
      <w:pPr>
        <w:spacing w:after="0"/>
      </w:pPr>
    </w:p>
    <w:p w14:paraId="67592B48" w14:textId="77777777" w:rsidR="005A7CB0" w:rsidRPr="00D31D98" w:rsidRDefault="005A7CB0">
      <w:pPr>
        <w:spacing w:after="0"/>
      </w:pPr>
    </w:p>
    <w:p w14:paraId="62DE4DB5" w14:textId="77777777" w:rsidR="005A7CB0" w:rsidRPr="00D31D98" w:rsidRDefault="005A7CB0">
      <w:pPr>
        <w:spacing w:after="0"/>
      </w:pPr>
    </w:p>
    <w:p w14:paraId="05580FD2" w14:textId="77777777" w:rsidR="0056321B" w:rsidRPr="00D31D98" w:rsidRDefault="0056321B" w:rsidP="0056321B">
      <w:pPr>
        <w:keepNext/>
        <w:keepLines/>
        <w:spacing w:before="240" w:after="120"/>
        <w:outlineLvl w:val="0"/>
        <w:rPr>
          <w:b/>
          <w:bCs/>
          <w:kern w:val="36"/>
          <w:sz w:val="48"/>
          <w:szCs w:val="48"/>
        </w:rPr>
      </w:pPr>
      <w:r w:rsidRPr="00D31D98">
        <w:rPr>
          <w:b/>
          <w:bCs/>
          <w:kern w:val="36"/>
          <w:sz w:val="32"/>
          <w:szCs w:val="32"/>
        </w:rPr>
        <w:t>6. DOPUNSKA NASTAVA</w:t>
      </w:r>
    </w:p>
    <w:p w14:paraId="1E639075" w14:textId="77777777" w:rsidR="0056321B" w:rsidRPr="00D31D98" w:rsidRDefault="0056321B" w:rsidP="0056321B">
      <w:pPr>
        <w:spacing w:after="120"/>
        <w:rPr>
          <w:szCs w:val="24"/>
        </w:rPr>
      </w:pPr>
      <w:r w:rsidRPr="00D31D98">
        <w:rPr>
          <w:szCs w:val="24"/>
        </w:rPr>
        <w:t>Dopunska nastava organizira se za učenike kojima je potrebna pomoć u učenju.</w:t>
      </w:r>
    </w:p>
    <w:p w14:paraId="6CA98F93" w14:textId="77777777" w:rsidR="005A7CB0" w:rsidRPr="00D31D98" w:rsidRDefault="0056321B" w:rsidP="0056321B">
      <w:pPr>
        <w:spacing w:after="120"/>
        <w:rPr>
          <w:szCs w:val="24"/>
        </w:rPr>
      </w:pPr>
      <w:r w:rsidRPr="00D31D98">
        <w:rPr>
          <w:szCs w:val="24"/>
        </w:rPr>
        <w:t xml:space="preserve">Služi kao pomoć u svladavanju nastavnih predmeta te uspješniju pripremu za određene provjere znanja. </w:t>
      </w:r>
    </w:p>
    <w:p w14:paraId="3FF5E7A6" w14:textId="77777777" w:rsidR="005A7CB0" w:rsidRPr="00D31D98" w:rsidRDefault="005A7CB0">
      <w:pPr>
        <w:spacing w:after="0"/>
      </w:pPr>
    </w:p>
    <w:tbl>
      <w:tblPr>
        <w:tblStyle w:val="Reetkatablice"/>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154"/>
        <w:gridCol w:w="2813"/>
        <w:gridCol w:w="1291"/>
        <w:gridCol w:w="2813"/>
      </w:tblGrid>
      <w:tr w:rsidR="005A7CB0" w:rsidRPr="00D31D98" w14:paraId="68AA59E8" w14:textId="77777777" w:rsidTr="005A7CB0">
        <w:trPr>
          <w:cantSplit/>
          <w:jc w:val="center"/>
        </w:trPr>
        <w:tc>
          <w:tcPr>
            <w:tcW w:w="2382" w:type="dxa"/>
            <w:shd w:val="clear" w:color="auto" w:fill="4F81BD" w:themeFill="accent1"/>
            <w:vAlign w:val="center"/>
          </w:tcPr>
          <w:p w14:paraId="57C49ED9" w14:textId="77777777" w:rsidR="005A7CB0" w:rsidRPr="00D31D98" w:rsidRDefault="005A7CB0" w:rsidP="005A7CB0">
            <w:pPr>
              <w:keepNext/>
              <w:widowControl w:val="0"/>
              <w:rPr>
                <w:b/>
                <w:bCs/>
              </w:rPr>
            </w:pPr>
            <w:r w:rsidRPr="00D31D98">
              <w:rPr>
                <w:b/>
                <w:bCs/>
                <w:szCs w:val="24"/>
              </w:rPr>
              <w:t>Nastavnik</w:t>
            </w:r>
          </w:p>
        </w:tc>
        <w:tc>
          <w:tcPr>
            <w:tcW w:w="3118" w:type="dxa"/>
            <w:shd w:val="clear" w:color="auto" w:fill="4F81BD" w:themeFill="accent1"/>
            <w:vAlign w:val="center"/>
          </w:tcPr>
          <w:p w14:paraId="2D0ED8FA" w14:textId="77777777" w:rsidR="005A7CB0" w:rsidRPr="00D31D98" w:rsidRDefault="005A7CB0" w:rsidP="005A7CB0">
            <w:pPr>
              <w:keepNext/>
              <w:widowControl w:val="0"/>
              <w:rPr>
                <w:b/>
                <w:bCs/>
              </w:rPr>
            </w:pPr>
            <w:r w:rsidRPr="00D31D98">
              <w:rPr>
                <w:b/>
                <w:bCs/>
                <w:szCs w:val="24"/>
              </w:rPr>
              <w:t>Predmet</w:t>
            </w:r>
          </w:p>
        </w:tc>
        <w:tc>
          <w:tcPr>
            <w:tcW w:w="1417" w:type="dxa"/>
            <w:shd w:val="clear" w:color="auto" w:fill="4F81BD" w:themeFill="accent1"/>
            <w:vAlign w:val="center"/>
          </w:tcPr>
          <w:p w14:paraId="2DA6C91C" w14:textId="77777777" w:rsidR="005A7CB0" w:rsidRPr="00D31D98" w:rsidRDefault="005A7CB0" w:rsidP="005A7CB0">
            <w:pPr>
              <w:keepNext/>
              <w:widowControl w:val="0"/>
              <w:rPr>
                <w:b/>
                <w:bCs/>
              </w:rPr>
            </w:pPr>
            <w:r w:rsidRPr="00D31D98">
              <w:rPr>
                <w:b/>
                <w:bCs/>
                <w:szCs w:val="24"/>
              </w:rPr>
              <w:t>Razred</w:t>
            </w:r>
          </w:p>
        </w:tc>
        <w:tc>
          <w:tcPr>
            <w:tcW w:w="2154" w:type="dxa"/>
            <w:shd w:val="clear" w:color="auto" w:fill="4F81BD" w:themeFill="accent1"/>
            <w:vAlign w:val="center"/>
          </w:tcPr>
          <w:p w14:paraId="727E0C4A" w14:textId="77777777" w:rsidR="005A7CB0" w:rsidRPr="00D31D98" w:rsidRDefault="005A7CB0" w:rsidP="005A7CB0">
            <w:pPr>
              <w:keepNext/>
              <w:widowControl w:val="0"/>
              <w:rPr>
                <w:b/>
                <w:bCs/>
              </w:rPr>
            </w:pPr>
            <w:r w:rsidRPr="00D31D98">
              <w:rPr>
                <w:b/>
                <w:bCs/>
                <w:szCs w:val="24"/>
              </w:rPr>
              <w:t>Tjedno/godišnje</w:t>
            </w:r>
          </w:p>
        </w:tc>
      </w:tr>
      <w:tr w:rsidR="005A7CB0" w:rsidRPr="00D31D98" w14:paraId="3F09AF2D" w14:textId="77777777" w:rsidTr="005A7CB0">
        <w:trPr>
          <w:cantSplit/>
          <w:jc w:val="center"/>
        </w:trPr>
        <w:tc>
          <w:tcPr>
            <w:tcW w:w="2382" w:type="dxa"/>
            <w:shd w:val="clear" w:color="auto" w:fill="C6D9F1" w:themeFill="text2" w:themeFillTint="33"/>
            <w:vAlign w:val="center"/>
          </w:tcPr>
          <w:p w14:paraId="6A481031" w14:textId="77777777" w:rsidR="005A7CB0" w:rsidRPr="00D31D98" w:rsidRDefault="005A7CB0" w:rsidP="005A7CB0">
            <w:pPr>
              <w:widowControl w:val="0"/>
              <w:rPr>
                <w:bCs/>
              </w:rPr>
            </w:pPr>
            <w:r w:rsidRPr="00D31D98">
              <w:rPr>
                <w:szCs w:val="24"/>
              </w:rPr>
              <w:t xml:space="preserve">Brankica </w:t>
            </w:r>
            <w:proofErr w:type="spellStart"/>
            <w:r w:rsidRPr="00D31D98">
              <w:rPr>
                <w:szCs w:val="24"/>
              </w:rPr>
              <w:t>Truhar</w:t>
            </w:r>
            <w:proofErr w:type="spellEnd"/>
          </w:p>
        </w:tc>
        <w:tc>
          <w:tcPr>
            <w:tcW w:w="3118" w:type="dxa"/>
            <w:shd w:val="clear" w:color="auto" w:fill="C6D9F1" w:themeFill="text2" w:themeFillTint="33"/>
            <w:vAlign w:val="center"/>
          </w:tcPr>
          <w:p w14:paraId="69A20BC1" w14:textId="77777777" w:rsidR="005A7CB0" w:rsidRPr="00D31D98" w:rsidRDefault="005A7CB0" w:rsidP="005A7CB0">
            <w:pPr>
              <w:widowControl w:val="0"/>
            </w:pPr>
            <w:r w:rsidRPr="00D31D98">
              <w:rPr>
                <w:szCs w:val="24"/>
              </w:rPr>
              <w:t>Matematika – dopunska</w:t>
            </w:r>
          </w:p>
        </w:tc>
        <w:tc>
          <w:tcPr>
            <w:tcW w:w="1417" w:type="dxa"/>
            <w:shd w:val="clear" w:color="auto" w:fill="C6D9F1" w:themeFill="text2" w:themeFillTint="33"/>
            <w:vAlign w:val="center"/>
          </w:tcPr>
          <w:p w14:paraId="08A9D0CB" w14:textId="77777777" w:rsidR="005A7CB0" w:rsidRPr="00D31D98" w:rsidRDefault="005A7CB0" w:rsidP="005A7CB0">
            <w:pPr>
              <w:widowControl w:val="0"/>
            </w:pPr>
            <w:r w:rsidRPr="00D31D98">
              <w:rPr>
                <w:szCs w:val="24"/>
              </w:rPr>
              <w:t xml:space="preserve">1. </w:t>
            </w:r>
          </w:p>
        </w:tc>
        <w:tc>
          <w:tcPr>
            <w:tcW w:w="2154" w:type="dxa"/>
            <w:shd w:val="clear" w:color="auto" w:fill="C6D9F1" w:themeFill="text2" w:themeFillTint="33"/>
            <w:vAlign w:val="center"/>
          </w:tcPr>
          <w:p w14:paraId="75BBC1E0" w14:textId="77777777" w:rsidR="005A7CB0" w:rsidRPr="00D31D98" w:rsidRDefault="005A7CB0" w:rsidP="005A7CB0">
            <w:pPr>
              <w:widowControl w:val="0"/>
            </w:pPr>
            <w:r w:rsidRPr="00D31D98">
              <w:rPr>
                <w:szCs w:val="24"/>
              </w:rPr>
              <w:t>1</w:t>
            </w:r>
          </w:p>
        </w:tc>
      </w:tr>
      <w:tr w:rsidR="005A7CB0" w:rsidRPr="00D31D98" w14:paraId="387F0693" w14:textId="77777777" w:rsidTr="005A7CB0">
        <w:trPr>
          <w:cantSplit/>
          <w:jc w:val="center"/>
        </w:trPr>
        <w:tc>
          <w:tcPr>
            <w:tcW w:w="2382" w:type="dxa"/>
            <w:shd w:val="clear" w:color="auto" w:fill="C6D9F1" w:themeFill="text2" w:themeFillTint="33"/>
            <w:vAlign w:val="center"/>
          </w:tcPr>
          <w:p w14:paraId="7192347A" w14:textId="77777777" w:rsidR="005A7CB0" w:rsidRPr="00D31D98" w:rsidRDefault="005A7CB0" w:rsidP="005A7CB0">
            <w:pPr>
              <w:widowControl w:val="0"/>
              <w:rPr>
                <w:bCs/>
              </w:rPr>
            </w:pPr>
            <w:r w:rsidRPr="00D31D98">
              <w:rPr>
                <w:szCs w:val="24"/>
              </w:rPr>
              <w:t>Tanja Rajković</w:t>
            </w:r>
          </w:p>
        </w:tc>
        <w:tc>
          <w:tcPr>
            <w:tcW w:w="3118" w:type="dxa"/>
            <w:shd w:val="clear" w:color="auto" w:fill="C6D9F1" w:themeFill="text2" w:themeFillTint="33"/>
            <w:vAlign w:val="center"/>
          </w:tcPr>
          <w:p w14:paraId="10F41213" w14:textId="77777777" w:rsidR="005A7CB0" w:rsidRPr="00D31D98" w:rsidRDefault="005A7CB0" w:rsidP="005A7CB0">
            <w:pPr>
              <w:widowControl w:val="0"/>
            </w:pPr>
            <w:r w:rsidRPr="00D31D98">
              <w:rPr>
                <w:szCs w:val="24"/>
              </w:rPr>
              <w:t>Matematika – dopunska</w:t>
            </w:r>
          </w:p>
        </w:tc>
        <w:tc>
          <w:tcPr>
            <w:tcW w:w="1417" w:type="dxa"/>
            <w:shd w:val="clear" w:color="auto" w:fill="C6D9F1" w:themeFill="text2" w:themeFillTint="33"/>
            <w:vAlign w:val="center"/>
          </w:tcPr>
          <w:p w14:paraId="7E663026" w14:textId="77777777" w:rsidR="005A7CB0" w:rsidRPr="00D31D98" w:rsidRDefault="005A7CB0" w:rsidP="005A7CB0">
            <w:pPr>
              <w:widowControl w:val="0"/>
            </w:pPr>
            <w:r w:rsidRPr="00D31D98">
              <w:rPr>
                <w:szCs w:val="24"/>
              </w:rPr>
              <w:t>3.</w:t>
            </w:r>
          </w:p>
        </w:tc>
        <w:tc>
          <w:tcPr>
            <w:tcW w:w="2154" w:type="dxa"/>
            <w:shd w:val="clear" w:color="auto" w:fill="C6D9F1" w:themeFill="text2" w:themeFillTint="33"/>
            <w:vAlign w:val="center"/>
          </w:tcPr>
          <w:p w14:paraId="31522C6C" w14:textId="77777777" w:rsidR="005A7CB0" w:rsidRPr="00D31D98" w:rsidRDefault="005A7CB0" w:rsidP="005A7CB0">
            <w:pPr>
              <w:widowControl w:val="0"/>
            </w:pPr>
            <w:r w:rsidRPr="00D31D98">
              <w:rPr>
                <w:szCs w:val="24"/>
              </w:rPr>
              <w:t>1</w:t>
            </w:r>
          </w:p>
        </w:tc>
      </w:tr>
      <w:tr w:rsidR="005A7CB0" w:rsidRPr="00D31D98" w14:paraId="4EDB3F9D" w14:textId="77777777" w:rsidTr="005A7CB0">
        <w:trPr>
          <w:cantSplit/>
          <w:jc w:val="center"/>
        </w:trPr>
        <w:tc>
          <w:tcPr>
            <w:tcW w:w="2382" w:type="dxa"/>
            <w:shd w:val="clear" w:color="auto" w:fill="C6D9F1" w:themeFill="text2" w:themeFillTint="33"/>
            <w:vAlign w:val="center"/>
          </w:tcPr>
          <w:p w14:paraId="7C2BF8FC" w14:textId="77777777" w:rsidR="005A7CB0" w:rsidRPr="00D31D98" w:rsidRDefault="005A7CB0" w:rsidP="005A7CB0">
            <w:pPr>
              <w:widowControl w:val="0"/>
              <w:rPr>
                <w:bCs/>
              </w:rPr>
            </w:pPr>
            <w:r w:rsidRPr="00D31D98">
              <w:rPr>
                <w:szCs w:val="24"/>
              </w:rPr>
              <w:t xml:space="preserve">Dajana </w:t>
            </w:r>
            <w:proofErr w:type="spellStart"/>
            <w:r w:rsidRPr="00D31D98">
              <w:rPr>
                <w:szCs w:val="24"/>
              </w:rPr>
              <w:t>Biglbauer</w:t>
            </w:r>
            <w:proofErr w:type="spellEnd"/>
          </w:p>
        </w:tc>
        <w:tc>
          <w:tcPr>
            <w:tcW w:w="3118" w:type="dxa"/>
            <w:shd w:val="clear" w:color="auto" w:fill="C6D9F1" w:themeFill="text2" w:themeFillTint="33"/>
            <w:vAlign w:val="center"/>
          </w:tcPr>
          <w:p w14:paraId="3DFBD59B" w14:textId="77777777" w:rsidR="005A7CB0" w:rsidRPr="00D31D98" w:rsidRDefault="005A7CB0" w:rsidP="005A7CB0">
            <w:pPr>
              <w:widowControl w:val="0"/>
            </w:pPr>
            <w:r w:rsidRPr="00D31D98">
              <w:rPr>
                <w:szCs w:val="24"/>
              </w:rPr>
              <w:t>Matematika - dopunska</w:t>
            </w:r>
          </w:p>
        </w:tc>
        <w:tc>
          <w:tcPr>
            <w:tcW w:w="1417" w:type="dxa"/>
            <w:shd w:val="clear" w:color="auto" w:fill="C6D9F1" w:themeFill="text2" w:themeFillTint="33"/>
            <w:vAlign w:val="center"/>
          </w:tcPr>
          <w:p w14:paraId="013E711B" w14:textId="77777777" w:rsidR="005A7CB0" w:rsidRPr="00D31D98" w:rsidRDefault="005A7CB0" w:rsidP="005A7CB0">
            <w:pPr>
              <w:widowControl w:val="0"/>
            </w:pPr>
            <w:r w:rsidRPr="00D31D98">
              <w:rPr>
                <w:szCs w:val="24"/>
              </w:rPr>
              <w:t>2.</w:t>
            </w:r>
          </w:p>
        </w:tc>
        <w:tc>
          <w:tcPr>
            <w:tcW w:w="2154" w:type="dxa"/>
            <w:shd w:val="clear" w:color="auto" w:fill="C6D9F1" w:themeFill="text2" w:themeFillTint="33"/>
            <w:vAlign w:val="center"/>
          </w:tcPr>
          <w:p w14:paraId="5385CB76" w14:textId="77777777" w:rsidR="005A7CB0" w:rsidRPr="00D31D98" w:rsidRDefault="005A7CB0" w:rsidP="005A7CB0">
            <w:pPr>
              <w:widowControl w:val="0"/>
            </w:pPr>
            <w:r w:rsidRPr="00D31D98">
              <w:rPr>
                <w:szCs w:val="24"/>
              </w:rPr>
              <w:t>1</w:t>
            </w:r>
          </w:p>
        </w:tc>
      </w:tr>
      <w:tr w:rsidR="005A7CB0" w:rsidRPr="00D31D98" w14:paraId="0408C123" w14:textId="77777777" w:rsidTr="005A7CB0">
        <w:trPr>
          <w:cantSplit/>
          <w:jc w:val="center"/>
        </w:trPr>
        <w:tc>
          <w:tcPr>
            <w:tcW w:w="2382" w:type="dxa"/>
            <w:shd w:val="clear" w:color="auto" w:fill="C6D9F1" w:themeFill="text2" w:themeFillTint="33"/>
            <w:vAlign w:val="center"/>
          </w:tcPr>
          <w:p w14:paraId="4C2455DB" w14:textId="77777777" w:rsidR="005A7CB0" w:rsidRPr="00D31D98" w:rsidRDefault="005A7CB0" w:rsidP="005A7CB0">
            <w:pPr>
              <w:widowControl w:val="0"/>
              <w:rPr>
                <w:bCs/>
              </w:rPr>
            </w:pPr>
            <w:r w:rsidRPr="00D31D98">
              <w:rPr>
                <w:szCs w:val="24"/>
              </w:rPr>
              <w:t>Margareta Princip</w:t>
            </w:r>
          </w:p>
        </w:tc>
        <w:tc>
          <w:tcPr>
            <w:tcW w:w="3118" w:type="dxa"/>
            <w:shd w:val="clear" w:color="auto" w:fill="C6D9F1" w:themeFill="text2" w:themeFillTint="33"/>
            <w:vAlign w:val="center"/>
          </w:tcPr>
          <w:p w14:paraId="28FE9B03" w14:textId="77777777" w:rsidR="005A7CB0" w:rsidRPr="00D31D98" w:rsidRDefault="005A7CB0" w:rsidP="005A7CB0">
            <w:pPr>
              <w:widowControl w:val="0"/>
            </w:pPr>
            <w:r w:rsidRPr="00D31D98">
              <w:rPr>
                <w:szCs w:val="24"/>
              </w:rPr>
              <w:t>Hrvatski - dopunska</w:t>
            </w:r>
          </w:p>
        </w:tc>
        <w:tc>
          <w:tcPr>
            <w:tcW w:w="1417" w:type="dxa"/>
            <w:shd w:val="clear" w:color="auto" w:fill="C6D9F1" w:themeFill="text2" w:themeFillTint="33"/>
            <w:vAlign w:val="center"/>
          </w:tcPr>
          <w:p w14:paraId="4A8D7D82" w14:textId="77777777" w:rsidR="005A7CB0" w:rsidRPr="00D31D98" w:rsidRDefault="00982D66" w:rsidP="005A7CB0">
            <w:pPr>
              <w:widowControl w:val="0"/>
            </w:pPr>
            <w:r>
              <w:rPr>
                <w:szCs w:val="24"/>
              </w:rPr>
              <w:t>1.</w:t>
            </w:r>
          </w:p>
        </w:tc>
        <w:tc>
          <w:tcPr>
            <w:tcW w:w="2154" w:type="dxa"/>
            <w:shd w:val="clear" w:color="auto" w:fill="C6D9F1" w:themeFill="text2" w:themeFillTint="33"/>
            <w:vAlign w:val="center"/>
          </w:tcPr>
          <w:p w14:paraId="3114BFA4" w14:textId="77777777" w:rsidR="005A7CB0" w:rsidRPr="00D31D98" w:rsidRDefault="005A7CB0" w:rsidP="005A7CB0">
            <w:pPr>
              <w:widowControl w:val="0"/>
            </w:pPr>
            <w:r w:rsidRPr="00D31D98">
              <w:rPr>
                <w:szCs w:val="24"/>
              </w:rPr>
              <w:t>1</w:t>
            </w:r>
          </w:p>
        </w:tc>
      </w:tr>
      <w:tr w:rsidR="005A7CB0" w:rsidRPr="00D31D98" w14:paraId="34D02B3A" w14:textId="77777777" w:rsidTr="005A7CB0">
        <w:trPr>
          <w:cantSplit/>
          <w:jc w:val="center"/>
        </w:trPr>
        <w:tc>
          <w:tcPr>
            <w:tcW w:w="2382" w:type="dxa"/>
            <w:shd w:val="clear" w:color="auto" w:fill="C6D9F1" w:themeFill="text2" w:themeFillTint="33"/>
            <w:vAlign w:val="center"/>
          </w:tcPr>
          <w:p w14:paraId="5EE604ED" w14:textId="77777777" w:rsidR="005A7CB0" w:rsidRPr="00D31D98" w:rsidRDefault="005A7CB0" w:rsidP="005A7CB0">
            <w:pPr>
              <w:widowControl w:val="0"/>
              <w:rPr>
                <w:bCs/>
              </w:rPr>
            </w:pPr>
            <w:r w:rsidRPr="00D31D98">
              <w:rPr>
                <w:szCs w:val="24"/>
              </w:rPr>
              <w:t>Margareta Princip</w:t>
            </w:r>
          </w:p>
        </w:tc>
        <w:tc>
          <w:tcPr>
            <w:tcW w:w="3118" w:type="dxa"/>
            <w:shd w:val="clear" w:color="auto" w:fill="C6D9F1" w:themeFill="text2" w:themeFillTint="33"/>
            <w:vAlign w:val="center"/>
          </w:tcPr>
          <w:p w14:paraId="3957CE31" w14:textId="77777777" w:rsidR="005A7CB0" w:rsidRPr="00D31D98" w:rsidRDefault="005A7CB0" w:rsidP="005A7CB0">
            <w:pPr>
              <w:widowControl w:val="0"/>
            </w:pPr>
            <w:r w:rsidRPr="00D31D98">
              <w:rPr>
                <w:szCs w:val="24"/>
              </w:rPr>
              <w:t>Hrvatski - dopunska</w:t>
            </w:r>
          </w:p>
        </w:tc>
        <w:tc>
          <w:tcPr>
            <w:tcW w:w="1417" w:type="dxa"/>
            <w:shd w:val="clear" w:color="auto" w:fill="C6D9F1" w:themeFill="text2" w:themeFillTint="33"/>
            <w:vAlign w:val="center"/>
          </w:tcPr>
          <w:p w14:paraId="788DFC53" w14:textId="77777777" w:rsidR="005A7CB0" w:rsidRPr="00D31D98" w:rsidRDefault="00982D66" w:rsidP="005A7CB0">
            <w:pPr>
              <w:widowControl w:val="0"/>
            </w:pPr>
            <w:r>
              <w:rPr>
                <w:szCs w:val="24"/>
              </w:rPr>
              <w:t>2</w:t>
            </w:r>
            <w:r w:rsidR="005A7CB0" w:rsidRPr="00D31D98">
              <w:rPr>
                <w:szCs w:val="24"/>
              </w:rPr>
              <w:t>.</w:t>
            </w:r>
          </w:p>
        </w:tc>
        <w:tc>
          <w:tcPr>
            <w:tcW w:w="2154" w:type="dxa"/>
            <w:shd w:val="clear" w:color="auto" w:fill="C6D9F1" w:themeFill="text2" w:themeFillTint="33"/>
            <w:vAlign w:val="center"/>
          </w:tcPr>
          <w:p w14:paraId="7A15E3C6" w14:textId="77777777" w:rsidR="005A7CB0" w:rsidRPr="00D31D98" w:rsidRDefault="005A7CB0" w:rsidP="005A7CB0">
            <w:pPr>
              <w:widowControl w:val="0"/>
            </w:pPr>
            <w:r w:rsidRPr="00D31D98">
              <w:rPr>
                <w:szCs w:val="24"/>
              </w:rPr>
              <w:t>1</w:t>
            </w:r>
          </w:p>
        </w:tc>
      </w:tr>
      <w:tr w:rsidR="005A7CB0" w:rsidRPr="00D31D98" w14:paraId="592EBB0D" w14:textId="77777777" w:rsidTr="005A7CB0">
        <w:trPr>
          <w:cantSplit/>
          <w:jc w:val="center"/>
        </w:trPr>
        <w:tc>
          <w:tcPr>
            <w:tcW w:w="2382" w:type="dxa"/>
            <w:gridSpan w:val="3"/>
            <w:shd w:val="clear" w:color="auto" w:fill="C6D9F1" w:themeFill="text2" w:themeFillTint="33"/>
            <w:vAlign w:val="center"/>
          </w:tcPr>
          <w:p w14:paraId="31171322" w14:textId="77777777" w:rsidR="005A7CB0" w:rsidRPr="00D31D98" w:rsidRDefault="005A7CB0" w:rsidP="005A7CB0">
            <w:pPr>
              <w:widowControl w:val="0"/>
            </w:pPr>
            <w:r w:rsidRPr="00D31D98">
              <w:rPr>
                <w:szCs w:val="24"/>
              </w:rPr>
              <w:t>UKUPNO:</w:t>
            </w:r>
          </w:p>
        </w:tc>
        <w:tc>
          <w:tcPr>
            <w:tcW w:w="3118" w:type="dxa"/>
            <w:shd w:val="clear" w:color="auto" w:fill="C6D9F1" w:themeFill="text2" w:themeFillTint="33"/>
            <w:vAlign w:val="center"/>
          </w:tcPr>
          <w:p w14:paraId="5D45C8A1" w14:textId="77777777" w:rsidR="005A7CB0" w:rsidRPr="00D31D98" w:rsidRDefault="005A7CB0" w:rsidP="005A7CB0">
            <w:pPr>
              <w:widowControl w:val="0"/>
            </w:pPr>
            <w:r w:rsidRPr="00D31D98">
              <w:rPr>
                <w:szCs w:val="24"/>
              </w:rPr>
              <w:t>5</w:t>
            </w:r>
          </w:p>
        </w:tc>
      </w:tr>
    </w:tbl>
    <w:p w14:paraId="70CAD782" w14:textId="77777777" w:rsidR="005A7CB0" w:rsidRPr="00D31D98" w:rsidRDefault="005A7CB0">
      <w:pPr>
        <w:spacing w:after="0"/>
      </w:pPr>
    </w:p>
    <w:p w14:paraId="30BA84BF" w14:textId="77777777" w:rsidR="00AF028B" w:rsidRPr="00D31D98" w:rsidRDefault="00AF028B">
      <w:pPr>
        <w:spacing w:after="0"/>
      </w:pPr>
    </w:p>
    <w:tbl>
      <w:tblPr>
        <w:tblStyle w:val="Reetkatablice"/>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00" w:type="dxa"/>
          <w:bottom w:w="80" w:type="dxa"/>
          <w:right w:w="100" w:type="dxa"/>
        </w:tblCellMar>
        <w:tblLook w:val="0000" w:firstRow="0" w:lastRow="0" w:firstColumn="0" w:lastColumn="0" w:noHBand="0" w:noVBand="0"/>
      </w:tblPr>
      <w:tblGrid>
        <w:gridCol w:w="2381"/>
        <w:gridCol w:w="6690"/>
      </w:tblGrid>
      <w:tr w:rsidR="00AF028B" w:rsidRPr="00D31D98" w14:paraId="17EE95F0" w14:textId="77777777" w:rsidTr="00AF028B">
        <w:trPr>
          <w:cantSplit/>
        </w:trPr>
        <w:tc>
          <w:tcPr>
            <w:tcW w:w="2381" w:type="dxa"/>
            <w:vAlign w:val="center"/>
          </w:tcPr>
          <w:p w14:paraId="7E836A3A" w14:textId="77777777" w:rsidR="00AF028B" w:rsidRPr="00D31D98" w:rsidRDefault="00AF028B" w:rsidP="00966809">
            <w:pPr>
              <w:pStyle w:val="Sadrajitablice"/>
              <w:keepNext/>
              <w:rPr>
                <w:rFonts w:eastAsia="Times New Roman" w:cs="Times New Roman"/>
                <w:b/>
                <w:bCs/>
                <w:lang w:val="hr-HR"/>
              </w:rPr>
            </w:pPr>
            <w:r w:rsidRPr="00D31D98">
              <w:rPr>
                <w:rFonts w:eastAsia="Times New Roman" w:cs="Times New Roman"/>
                <w:b/>
                <w:bCs/>
                <w:lang w:val="hr-HR"/>
              </w:rPr>
              <w:t>AKTIVNOST</w:t>
            </w:r>
          </w:p>
        </w:tc>
        <w:tc>
          <w:tcPr>
            <w:tcW w:w="6690" w:type="dxa"/>
            <w:vAlign w:val="center"/>
          </w:tcPr>
          <w:p w14:paraId="128F20EB" w14:textId="77777777" w:rsidR="00AF028B" w:rsidRPr="00D31D98" w:rsidRDefault="00AF028B" w:rsidP="00966809">
            <w:pPr>
              <w:pStyle w:val="Sadrajitablice"/>
              <w:keepNext/>
              <w:rPr>
                <w:rFonts w:eastAsia="Times New Roman" w:cs="Times New Roman"/>
                <w:b/>
                <w:bCs/>
                <w:lang w:val="hr-HR"/>
              </w:rPr>
            </w:pPr>
            <w:r w:rsidRPr="00D31D98">
              <w:rPr>
                <w:rFonts w:eastAsia="Times New Roman" w:cs="Times New Roman"/>
                <w:b/>
                <w:bCs/>
                <w:lang w:val="hr-HR"/>
              </w:rPr>
              <w:t>MATEMATIKA – dopunska</w:t>
            </w:r>
          </w:p>
        </w:tc>
      </w:tr>
      <w:tr w:rsidR="00AF028B" w:rsidRPr="00D31D98" w14:paraId="7FEA80D3" w14:textId="77777777" w:rsidTr="00AF028B">
        <w:trPr>
          <w:cantSplit/>
        </w:trPr>
        <w:tc>
          <w:tcPr>
            <w:tcW w:w="2381" w:type="dxa"/>
            <w:vAlign w:val="center"/>
          </w:tcPr>
          <w:p w14:paraId="36FAE55D"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t>Ciljevi</w:t>
            </w:r>
          </w:p>
        </w:tc>
        <w:tc>
          <w:tcPr>
            <w:tcW w:w="6690" w:type="dxa"/>
            <w:vAlign w:val="center"/>
          </w:tcPr>
          <w:p w14:paraId="523DFE12" w14:textId="77777777" w:rsidR="00AF028B" w:rsidRPr="00D31D98" w:rsidRDefault="00AF028B" w:rsidP="00AF028B">
            <w:pPr>
              <w:pStyle w:val="Odlomakpopisa"/>
              <w:widowControl w:val="0"/>
              <w:numPr>
                <w:ilvl w:val="0"/>
                <w:numId w:val="17"/>
              </w:numPr>
              <w:ind w:left="255" w:hanging="142"/>
              <w:rPr>
                <w:color w:val="000000" w:themeColor="text1"/>
              </w:rPr>
            </w:pPr>
            <w:r w:rsidRPr="00D31D98">
              <w:rPr>
                <w:color w:val="000000" w:themeColor="text1"/>
                <w:szCs w:val="24"/>
              </w:rPr>
              <w:t xml:space="preserve">Pružiti dodatnu podršku učenicima kojima je potrebno pomoć u usvajanju </w:t>
            </w:r>
            <w:proofErr w:type="spellStart"/>
            <w:r w:rsidRPr="00D31D98">
              <w:rPr>
                <w:color w:val="000000" w:themeColor="text1"/>
                <w:szCs w:val="24"/>
              </w:rPr>
              <w:t>kurikulumskih</w:t>
            </w:r>
            <w:proofErr w:type="spellEnd"/>
            <w:r w:rsidRPr="00D31D98">
              <w:rPr>
                <w:color w:val="000000" w:themeColor="text1"/>
                <w:szCs w:val="24"/>
              </w:rPr>
              <w:t xml:space="preserve"> ishoda iz matematike.</w:t>
            </w:r>
          </w:p>
          <w:p w14:paraId="2F48D7D9" w14:textId="77777777" w:rsidR="00AF028B" w:rsidRPr="00D31D98" w:rsidRDefault="00AF028B" w:rsidP="00AF028B">
            <w:pPr>
              <w:pStyle w:val="Odlomakpopisa"/>
              <w:widowControl w:val="0"/>
              <w:numPr>
                <w:ilvl w:val="0"/>
                <w:numId w:val="17"/>
              </w:numPr>
              <w:ind w:left="255" w:hanging="142"/>
              <w:rPr>
                <w:color w:val="000000" w:themeColor="text1"/>
              </w:rPr>
            </w:pPr>
            <w:r w:rsidRPr="00D31D98">
              <w:rPr>
                <w:color w:val="000000" w:themeColor="text1"/>
                <w:szCs w:val="24"/>
              </w:rPr>
              <w:t>Nadoknaditi znanje i vještine učenicima koji teže savladavaju dijelove nastavnog gradiva.</w:t>
            </w:r>
          </w:p>
          <w:p w14:paraId="188D7B79" w14:textId="77777777" w:rsidR="00AF028B" w:rsidRPr="00D31D98" w:rsidRDefault="00AF028B" w:rsidP="00AF028B">
            <w:pPr>
              <w:pStyle w:val="Odlomakpopisa"/>
              <w:widowControl w:val="0"/>
              <w:numPr>
                <w:ilvl w:val="0"/>
                <w:numId w:val="17"/>
              </w:numPr>
              <w:ind w:left="255" w:hanging="142"/>
              <w:rPr>
                <w:color w:val="000000" w:themeColor="text1"/>
              </w:rPr>
            </w:pPr>
            <w:r w:rsidRPr="00D31D98">
              <w:rPr>
                <w:color w:val="000000" w:themeColor="text1"/>
                <w:szCs w:val="24"/>
              </w:rPr>
              <w:t>Osposobiti učenike za uspješno praćenje nastave matematike i napredovanje prema obrazovnim standardima.</w:t>
            </w:r>
          </w:p>
          <w:p w14:paraId="06C68A0E" w14:textId="77777777" w:rsidR="00AF028B" w:rsidRPr="00D31D98" w:rsidRDefault="00AF028B" w:rsidP="00AF028B">
            <w:pPr>
              <w:pStyle w:val="Odlomakpopisa"/>
              <w:widowControl w:val="0"/>
              <w:numPr>
                <w:ilvl w:val="0"/>
                <w:numId w:val="17"/>
              </w:numPr>
              <w:ind w:left="255" w:hanging="142"/>
              <w:rPr>
                <w:color w:val="000000" w:themeColor="text1"/>
              </w:rPr>
            </w:pPr>
            <w:r w:rsidRPr="00D31D98">
              <w:rPr>
                <w:color w:val="000000" w:themeColor="text1"/>
                <w:szCs w:val="24"/>
              </w:rPr>
              <w:t>Razvijati motivaciju, samopouzdanje i odgovornost za vlastito učenje.</w:t>
            </w:r>
          </w:p>
          <w:p w14:paraId="09AAFE4D" w14:textId="77777777" w:rsidR="00AF028B" w:rsidRPr="00D31D98" w:rsidRDefault="00AF028B" w:rsidP="00AF028B">
            <w:pPr>
              <w:pStyle w:val="Odlomakpopisa"/>
              <w:widowControl w:val="0"/>
              <w:numPr>
                <w:ilvl w:val="0"/>
                <w:numId w:val="17"/>
              </w:numPr>
              <w:ind w:left="255" w:hanging="142"/>
              <w:rPr>
                <w:color w:val="000000" w:themeColor="text1"/>
              </w:rPr>
            </w:pPr>
            <w:r w:rsidRPr="00D31D98">
              <w:rPr>
                <w:color w:val="000000" w:themeColor="text1"/>
                <w:szCs w:val="24"/>
              </w:rPr>
              <w:t>Sustavno rješavati praznine u znanju kroz individualizirani pristup i diferencirane zadatke.</w:t>
            </w:r>
          </w:p>
        </w:tc>
      </w:tr>
      <w:tr w:rsidR="00AF028B" w:rsidRPr="00D31D98" w14:paraId="54D08D9E" w14:textId="77777777" w:rsidTr="00AF028B">
        <w:trPr>
          <w:cantSplit/>
        </w:trPr>
        <w:tc>
          <w:tcPr>
            <w:tcW w:w="2381" w:type="dxa"/>
            <w:vAlign w:val="center"/>
          </w:tcPr>
          <w:p w14:paraId="625D08F9"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t>Namjena</w:t>
            </w:r>
          </w:p>
        </w:tc>
        <w:tc>
          <w:tcPr>
            <w:tcW w:w="6690" w:type="dxa"/>
            <w:vAlign w:val="center"/>
          </w:tcPr>
          <w:p w14:paraId="262E2F12" w14:textId="77777777" w:rsidR="00AF028B" w:rsidRPr="00D31D98" w:rsidRDefault="00AF028B" w:rsidP="00966809">
            <w:pPr>
              <w:widowControl w:val="0"/>
            </w:pPr>
            <w:r w:rsidRPr="00D31D98">
              <w:rPr>
                <w:color w:val="000000" w:themeColor="text1"/>
                <w:szCs w:val="24"/>
              </w:rPr>
              <w:t xml:space="preserve">Aktivnost je namijenjena učenicima koji imaju poteškoća u praćenju nastavnog sadržaja, imaju poteškoća u učenju ili su dulje izostajali s nastave matematike, te onima kojima je potrebna sistematična pomoć za uspješno svladavanje </w:t>
            </w:r>
            <w:proofErr w:type="spellStart"/>
            <w:r w:rsidRPr="00D31D98">
              <w:rPr>
                <w:color w:val="000000" w:themeColor="text1"/>
                <w:szCs w:val="24"/>
              </w:rPr>
              <w:t>kurikulumskih</w:t>
            </w:r>
            <w:proofErr w:type="spellEnd"/>
            <w:r w:rsidRPr="00D31D98">
              <w:rPr>
                <w:color w:val="000000" w:themeColor="text1"/>
                <w:szCs w:val="24"/>
              </w:rPr>
              <w:t xml:space="preserve"> ishoda matematike</w:t>
            </w:r>
          </w:p>
        </w:tc>
      </w:tr>
      <w:tr w:rsidR="00AF028B" w:rsidRPr="00D31D98" w14:paraId="05CCCCFC" w14:textId="77777777" w:rsidTr="00AF028B">
        <w:trPr>
          <w:cantSplit/>
        </w:trPr>
        <w:tc>
          <w:tcPr>
            <w:tcW w:w="2381" w:type="dxa"/>
            <w:vAlign w:val="center"/>
          </w:tcPr>
          <w:p w14:paraId="5FD5DC8F"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t>Nositelji aktivnosti</w:t>
            </w:r>
          </w:p>
        </w:tc>
        <w:tc>
          <w:tcPr>
            <w:tcW w:w="6690" w:type="dxa"/>
            <w:vAlign w:val="center"/>
          </w:tcPr>
          <w:p w14:paraId="2A7B44F3" w14:textId="77777777" w:rsidR="00AF028B" w:rsidRPr="00D31D98" w:rsidRDefault="00AF028B" w:rsidP="00AF028B">
            <w:pPr>
              <w:pStyle w:val="Odlomakpopisa"/>
              <w:widowControl w:val="0"/>
              <w:numPr>
                <w:ilvl w:val="0"/>
                <w:numId w:val="16"/>
              </w:numPr>
              <w:ind w:left="255" w:hanging="142"/>
              <w:rPr>
                <w:color w:val="000000" w:themeColor="text1"/>
              </w:rPr>
            </w:pPr>
            <w:r w:rsidRPr="00D31D98">
              <w:rPr>
                <w:color w:val="000000" w:themeColor="text1"/>
                <w:szCs w:val="24"/>
              </w:rPr>
              <w:t xml:space="preserve">1. razred: Brankica </w:t>
            </w:r>
            <w:proofErr w:type="spellStart"/>
            <w:r w:rsidRPr="00D31D98">
              <w:rPr>
                <w:color w:val="000000" w:themeColor="text1"/>
                <w:szCs w:val="24"/>
              </w:rPr>
              <w:t>Truhar</w:t>
            </w:r>
            <w:proofErr w:type="spellEnd"/>
            <w:r w:rsidRPr="00D31D98">
              <w:rPr>
                <w:color w:val="000000" w:themeColor="text1"/>
                <w:szCs w:val="24"/>
              </w:rPr>
              <w:t>, prof.</w:t>
            </w:r>
          </w:p>
          <w:p w14:paraId="5610E070" w14:textId="77777777" w:rsidR="00AF028B" w:rsidRPr="00D31D98" w:rsidRDefault="00AF028B" w:rsidP="00AF028B">
            <w:pPr>
              <w:pStyle w:val="Odlomakpopisa"/>
              <w:widowControl w:val="0"/>
              <w:numPr>
                <w:ilvl w:val="0"/>
                <w:numId w:val="16"/>
              </w:numPr>
              <w:ind w:left="255" w:hanging="142"/>
              <w:rPr>
                <w:color w:val="000000" w:themeColor="text1"/>
              </w:rPr>
            </w:pPr>
            <w:r w:rsidRPr="00D31D98">
              <w:rPr>
                <w:color w:val="000000" w:themeColor="text1"/>
                <w:szCs w:val="24"/>
              </w:rPr>
              <w:t xml:space="preserve">2. razred: Dajana </w:t>
            </w:r>
            <w:proofErr w:type="spellStart"/>
            <w:r w:rsidRPr="00D31D98">
              <w:rPr>
                <w:color w:val="000000" w:themeColor="text1"/>
                <w:szCs w:val="24"/>
              </w:rPr>
              <w:t>Biglbauer</w:t>
            </w:r>
            <w:proofErr w:type="spellEnd"/>
            <w:r w:rsidRPr="00D31D98">
              <w:rPr>
                <w:color w:val="000000" w:themeColor="text1"/>
                <w:szCs w:val="24"/>
              </w:rPr>
              <w:t>, prof.</w:t>
            </w:r>
          </w:p>
          <w:p w14:paraId="607F1170" w14:textId="77777777" w:rsidR="00AF028B" w:rsidRPr="00D31D98" w:rsidRDefault="00AF028B" w:rsidP="00AF028B">
            <w:pPr>
              <w:pStyle w:val="Odlomakpopisa"/>
              <w:widowControl w:val="0"/>
              <w:numPr>
                <w:ilvl w:val="0"/>
                <w:numId w:val="16"/>
              </w:numPr>
              <w:ind w:left="255" w:hanging="142"/>
              <w:rPr>
                <w:color w:val="000000" w:themeColor="text1"/>
              </w:rPr>
            </w:pPr>
            <w:r w:rsidRPr="00D31D98">
              <w:rPr>
                <w:color w:val="000000" w:themeColor="text1"/>
                <w:szCs w:val="24"/>
              </w:rPr>
              <w:t>3. razred: Tanja Rajković, prof.</w:t>
            </w:r>
          </w:p>
        </w:tc>
      </w:tr>
      <w:tr w:rsidR="00AF028B" w:rsidRPr="00D31D98" w14:paraId="78CB857F" w14:textId="77777777" w:rsidTr="00AF028B">
        <w:trPr>
          <w:cantSplit/>
        </w:trPr>
        <w:tc>
          <w:tcPr>
            <w:tcW w:w="2381" w:type="dxa"/>
            <w:vAlign w:val="center"/>
          </w:tcPr>
          <w:p w14:paraId="1CE0841D"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lastRenderedPageBreak/>
              <w:t>Način realizacije</w:t>
            </w:r>
          </w:p>
        </w:tc>
        <w:tc>
          <w:tcPr>
            <w:tcW w:w="6690" w:type="dxa"/>
            <w:vAlign w:val="center"/>
          </w:tcPr>
          <w:p w14:paraId="6C391896" w14:textId="77777777" w:rsidR="00AF028B" w:rsidRPr="00D31D98" w:rsidRDefault="00AF028B" w:rsidP="00AF028B">
            <w:pPr>
              <w:pStyle w:val="Odlomakpopisa"/>
              <w:widowControl w:val="0"/>
              <w:numPr>
                <w:ilvl w:val="0"/>
                <w:numId w:val="15"/>
              </w:numPr>
              <w:ind w:left="255" w:hanging="142"/>
              <w:rPr>
                <w:color w:val="000000" w:themeColor="text1"/>
              </w:rPr>
            </w:pPr>
            <w:r w:rsidRPr="00D31D98">
              <w:rPr>
                <w:color w:val="000000" w:themeColor="text1"/>
                <w:szCs w:val="24"/>
              </w:rPr>
              <w:t>Dopunska nastava se provodi organizirano, prema planiranim terminima u školi, najčešće jednom tjedno.</w:t>
            </w:r>
          </w:p>
          <w:p w14:paraId="65711A57" w14:textId="77777777" w:rsidR="00AF028B" w:rsidRPr="00D31D98" w:rsidRDefault="00AF028B" w:rsidP="00AF028B">
            <w:pPr>
              <w:pStyle w:val="Odlomakpopisa"/>
              <w:widowControl w:val="0"/>
              <w:numPr>
                <w:ilvl w:val="0"/>
                <w:numId w:val="15"/>
              </w:numPr>
              <w:ind w:left="255" w:hanging="142"/>
              <w:rPr>
                <w:color w:val="000000" w:themeColor="text1"/>
              </w:rPr>
            </w:pPr>
            <w:r w:rsidRPr="00D31D98">
              <w:rPr>
                <w:color w:val="000000" w:themeColor="text1"/>
                <w:szCs w:val="24"/>
              </w:rPr>
              <w:t>Rad se temelji na individualnom i grupnom pristupu te prilagođenim zadacima prema potrebama i mogućnostima učenika.</w:t>
            </w:r>
          </w:p>
          <w:p w14:paraId="3F0C7284" w14:textId="77777777" w:rsidR="00AF028B" w:rsidRPr="00D31D98" w:rsidRDefault="00AF028B" w:rsidP="00AF028B">
            <w:pPr>
              <w:pStyle w:val="Odlomakpopisa"/>
              <w:widowControl w:val="0"/>
              <w:numPr>
                <w:ilvl w:val="0"/>
                <w:numId w:val="15"/>
              </w:numPr>
              <w:ind w:left="255" w:hanging="142"/>
              <w:rPr>
                <w:color w:val="000000" w:themeColor="text1"/>
              </w:rPr>
            </w:pPr>
            <w:r w:rsidRPr="00D31D98">
              <w:rPr>
                <w:color w:val="000000" w:themeColor="text1"/>
                <w:szCs w:val="24"/>
              </w:rPr>
              <w:t>Koriste se različiti nastavni materijali, radni listići, interaktivne i digitalne metode.</w:t>
            </w:r>
          </w:p>
          <w:p w14:paraId="5B9215E8" w14:textId="77777777" w:rsidR="00AF028B" w:rsidRPr="00D31D98" w:rsidRDefault="00AF028B" w:rsidP="00AF028B">
            <w:pPr>
              <w:pStyle w:val="Odlomakpopisa"/>
              <w:widowControl w:val="0"/>
              <w:numPr>
                <w:ilvl w:val="0"/>
                <w:numId w:val="15"/>
              </w:numPr>
              <w:ind w:left="255" w:hanging="142"/>
              <w:rPr>
                <w:color w:val="000000" w:themeColor="text1"/>
              </w:rPr>
            </w:pPr>
            <w:r w:rsidRPr="00D31D98">
              <w:rPr>
                <w:color w:val="000000" w:themeColor="text1"/>
                <w:szCs w:val="24"/>
              </w:rPr>
              <w:t>Aktivnost uključuje rješavanje konkretnih problema, dodatno objašnjavanje te provedbu vježbi za stjecanje temeljnih znanja.</w:t>
            </w:r>
          </w:p>
          <w:p w14:paraId="0E5F4AF6" w14:textId="77777777" w:rsidR="00AF028B" w:rsidRPr="00D31D98" w:rsidRDefault="00AF028B" w:rsidP="00AF028B">
            <w:pPr>
              <w:pStyle w:val="Odlomakpopisa"/>
              <w:widowControl w:val="0"/>
              <w:numPr>
                <w:ilvl w:val="0"/>
                <w:numId w:val="15"/>
              </w:numPr>
              <w:ind w:left="255" w:hanging="142"/>
              <w:rPr>
                <w:color w:val="000000" w:themeColor="text1"/>
              </w:rPr>
            </w:pPr>
            <w:r w:rsidRPr="00D31D98">
              <w:rPr>
                <w:color w:val="000000" w:themeColor="text1"/>
                <w:szCs w:val="24"/>
              </w:rPr>
              <w:t>Po potrebi se uključuje i komunikacija s roditeljima radi veće podrške učenicima</w:t>
            </w:r>
          </w:p>
        </w:tc>
      </w:tr>
      <w:tr w:rsidR="00AF028B" w:rsidRPr="00D31D98" w14:paraId="0159DDD1" w14:textId="77777777" w:rsidTr="00AF028B">
        <w:trPr>
          <w:cantSplit/>
        </w:trPr>
        <w:tc>
          <w:tcPr>
            <w:tcW w:w="2381" w:type="dxa"/>
            <w:vAlign w:val="center"/>
          </w:tcPr>
          <w:p w14:paraId="32CD59F1" w14:textId="77777777" w:rsidR="00AF028B" w:rsidRPr="00D31D98" w:rsidRDefault="00AF028B" w:rsidP="00966809">
            <w:pPr>
              <w:pStyle w:val="Sadrajitablice"/>
              <w:rPr>
                <w:rFonts w:eastAsia="Times New Roman" w:cs="Times New Roman"/>
                <w:b/>
                <w:bCs/>
                <w:lang w:val="hr-HR"/>
              </w:rPr>
            </w:pPr>
            <w:proofErr w:type="spellStart"/>
            <w:r w:rsidRPr="00D31D98">
              <w:rPr>
                <w:rFonts w:eastAsia="Times New Roman" w:cs="Times New Roman"/>
                <w:b/>
                <w:bCs/>
                <w:lang w:val="hr-HR"/>
              </w:rPr>
              <w:t>Vremenik</w:t>
            </w:r>
            <w:proofErr w:type="spellEnd"/>
          </w:p>
        </w:tc>
        <w:tc>
          <w:tcPr>
            <w:tcW w:w="6690" w:type="dxa"/>
            <w:vAlign w:val="center"/>
          </w:tcPr>
          <w:p w14:paraId="0B002F52" w14:textId="77777777" w:rsidR="00AF028B" w:rsidRPr="00D31D98" w:rsidRDefault="00AF028B" w:rsidP="00AF028B">
            <w:pPr>
              <w:pStyle w:val="Odlomakpopisa"/>
              <w:widowControl w:val="0"/>
              <w:numPr>
                <w:ilvl w:val="0"/>
                <w:numId w:val="14"/>
              </w:numPr>
              <w:ind w:left="255" w:hanging="142"/>
              <w:rPr>
                <w:color w:val="000000" w:themeColor="text1"/>
              </w:rPr>
            </w:pPr>
            <w:r w:rsidRPr="00D31D98">
              <w:rPr>
                <w:color w:val="000000" w:themeColor="text1"/>
                <w:szCs w:val="24"/>
              </w:rPr>
              <w:t>Aktivnost se provodi tijekom školske godine – od rujna 2025. do lipnja 2026.</w:t>
            </w:r>
          </w:p>
          <w:p w14:paraId="21241C2E" w14:textId="77777777" w:rsidR="00AF028B" w:rsidRPr="00D31D98" w:rsidRDefault="00AF028B" w:rsidP="00AF028B">
            <w:pPr>
              <w:pStyle w:val="Odlomakpopisa"/>
              <w:widowControl w:val="0"/>
              <w:numPr>
                <w:ilvl w:val="0"/>
                <w:numId w:val="14"/>
              </w:numPr>
              <w:ind w:left="255" w:hanging="142"/>
              <w:rPr>
                <w:color w:val="000000" w:themeColor="text1"/>
              </w:rPr>
            </w:pPr>
            <w:r w:rsidRPr="00D31D98">
              <w:rPr>
                <w:color w:val="000000" w:themeColor="text1"/>
                <w:szCs w:val="24"/>
              </w:rPr>
              <w:t xml:space="preserve">Učenici se uključuju prema potrebi, povremeno ili kroz duži vremenski period. </w:t>
            </w:r>
          </w:p>
        </w:tc>
      </w:tr>
      <w:tr w:rsidR="00AF028B" w:rsidRPr="00D31D98" w14:paraId="56DB752F" w14:textId="77777777" w:rsidTr="00AF028B">
        <w:trPr>
          <w:cantSplit/>
        </w:trPr>
        <w:tc>
          <w:tcPr>
            <w:tcW w:w="2381" w:type="dxa"/>
            <w:vAlign w:val="center"/>
          </w:tcPr>
          <w:p w14:paraId="6F9F4AE1"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t>Vrednovanje</w:t>
            </w:r>
          </w:p>
        </w:tc>
        <w:tc>
          <w:tcPr>
            <w:tcW w:w="6690" w:type="dxa"/>
            <w:vAlign w:val="center"/>
          </w:tcPr>
          <w:p w14:paraId="4D087D2B" w14:textId="77777777" w:rsidR="00AF028B" w:rsidRPr="00D31D98" w:rsidRDefault="00AF028B" w:rsidP="00AF028B">
            <w:pPr>
              <w:pStyle w:val="Odlomakpopisa"/>
              <w:widowControl w:val="0"/>
              <w:numPr>
                <w:ilvl w:val="0"/>
                <w:numId w:val="13"/>
              </w:numPr>
              <w:ind w:left="255" w:hanging="142"/>
              <w:rPr>
                <w:color w:val="000000" w:themeColor="text1"/>
              </w:rPr>
            </w:pPr>
            <w:r w:rsidRPr="00D31D98">
              <w:rPr>
                <w:color w:val="000000" w:themeColor="text1"/>
                <w:szCs w:val="24"/>
              </w:rPr>
              <w:t>Praćenje napredovanja učenika tijekom aktivnosti kroz izravnu povratnu informaciju i analizu rješavanja zadataka.</w:t>
            </w:r>
          </w:p>
          <w:p w14:paraId="59B6C17F" w14:textId="77777777" w:rsidR="00AF028B" w:rsidRPr="00D31D98" w:rsidRDefault="00AF028B" w:rsidP="00AF028B">
            <w:pPr>
              <w:pStyle w:val="Odlomakpopisa"/>
              <w:widowControl w:val="0"/>
              <w:numPr>
                <w:ilvl w:val="0"/>
                <w:numId w:val="13"/>
              </w:numPr>
              <w:ind w:left="255" w:hanging="142"/>
              <w:rPr>
                <w:color w:val="000000" w:themeColor="text1"/>
              </w:rPr>
            </w:pPr>
            <w:r w:rsidRPr="00D31D98">
              <w:rPr>
                <w:color w:val="000000" w:themeColor="text1"/>
                <w:szCs w:val="24"/>
              </w:rPr>
              <w:t>Redovita evaluacija postignutih ishoda te samoprocjena učenika.</w:t>
            </w:r>
          </w:p>
          <w:p w14:paraId="532A0E09" w14:textId="77777777" w:rsidR="00AF028B" w:rsidRPr="00D31D98" w:rsidRDefault="00AF028B" w:rsidP="00AF028B">
            <w:pPr>
              <w:pStyle w:val="Odlomakpopisa"/>
              <w:widowControl w:val="0"/>
              <w:numPr>
                <w:ilvl w:val="0"/>
                <w:numId w:val="13"/>
              </w:numPr>
              <w:ind w:left="255" w:hanging="142"/>
              <w:rPr>
                <w:color w:val="000000" w:themeColor="text1"/>
              </w:rPr>
            </w:pPr>
            <w:r w:rsidRPr="00D31D98">
              <w:rPr>
                <w:color w:val="000000" w:themeColor="text1"/>
                <w:szCs w:val="24"/>
              </w:rPr>
              <w:t>Povremene inicijalne i završne provjere znanja.</w:t>
            </w:r>
          </w:p>
          <w:p w14:paraId="0F695480" w14:textId="77777777" w:rsidR="00AF028B" w:rsidRPr="00D31D98" w:rsidRDefault="00AF028B" w:rsidP="00AF028B">
            <w:pPr>
              <w:pStyle w:val="Odlomakpopisa"/>
              <w:widowControl w:val="0"/>
              <w:numPr>
                <w:ilvl w:val="0"/>
                <w:numId w:val="13"/>
              </w:numPr>
              <w:ind w:left="255" w:hanging="142"/>
              <w:rPr>
                <w:color w:val="000000" w:themeColor="text1"/>
              </w:rPr>
            </w:pPr>
            <w:r w:rsidRPr="00D31D98">
              <w:rPr>
                <w:color w:val="000000" w:themeColor="text1"/>
                <w:szCs w:val="24"/>
              </w:rPr>
              <w:t>Povratna informacija nositelja aktivnosti te po potrebi izvještaj roditeljima o napretku učenika</w:t>
            </w:r>
          </w:p>
        </w:tc>
      </w:tr>
      <w:tr w:rsidR="00AF028B" w:rsidRPr="00D31D98" w14:paraId="1862E355" w14:textId="77777777" w:rsidTr="00AF028B">
        <w:trPr>
          <w:cantSplit/>
        </w:trPr>
        <w:tc>
          <w:tcPr>
            <w:tcW w:w="2381" w:type="dxa"/>
            <w:vAlign w:val="center"/>
          </w:tcPr>
          <w:p w14:paraId="3C2B7F3D" w14:textId="77777777" w:rsidR="00AF028B" w:rsidRPr="00D31D98" w:rsidRDefault="00AF028B" w:rsidP="00966809">
            <w:pPr>
              <w:pStyle w:val="Sadrajitablice"/>
              <w:rPr>
                <w:rFonts w:eastAsia="Times New Roman" w:cs="Times New Roman"/>
                <w:b/>
                <w:bCs/>
                <w:lang w:val="hr-HR"/>
              </w:rPr>
            </w:pPr>
            <w:r w:rsidRPr="00D31D98">
              <w:rPr>
                <w:rFonts w:eastAsia="Times New Roman" w:cs="Times New Roman"/>
                <w:b/>
                <w:bCs/>
                <w:lang w:val="hr-HR"/>
              </w:rPr>
              <w:t>Troškovnik</w:t>
            </w:r>
          </w:p>
        </w:tc>
        <w:tc>
          <w:tcPr>
            <w:tcW w:w="6690" w:type="dxa"/>
            <w:vAlign w:val="center"/>
          </w:tcPr>
          <w:p w14:paraId="6BBD27F7" w14:textId="77777777" w:rsidR="00AF028B" w:rsidRPr="00D31D98" w:rsidRDefault="00AF028B" w:rsidP="00AF028B">
            <w:pPr>
              <w:pStyle w:val="Odlomakpopisa"/>
              <w:widowControl w:val="0"/>
              <w:numPr>
                <w:ilvl w:val="0"/>
                <w:numId w:val="12"/>
              </w:numPr>
              <w:ind w:left="255" w:hanging="142"/>
              <w:rPr>
                <w:color w:val="000000" w:themeColor="text1"/>
              </w:rPr>
            </w:pPr>
            <w:r w:rsidRPr="00D31D98">
              <w:rPr>
                <w:color w:val="000000" w:themeColor="text1"/>
                <w:szCs w:val="24"/>
              </w:rPr>
              <w:t>Nastava se provodi bez posebnih dodatnih troškova.</w:t>
            </w:r>
          </w:p>
          <w:p w14:paraId="52B322A5" w14:textId="77777777" w:rsidR="00AF028B" w:rsidRPr="00D31D98" w:rsidRDefault="00AF028B" w:rsidP="00AF028B">
            <w:pPr>
              <w:pStyle w:val="Odlomakpopisa"/>
              <w:widowControl w:val="0"/>
              <w:numPr>
                <w:ilvl w:val="0"/>
                <w:numId w:val="12"/>
              </w:numPr>
              <w:ind w:left="255" w:hanging="142"/>
              <w:rPr>
                <w:color w:val="000000" w:themeColor="text1"/>
              </w:rPr>
            </w:pPr>
            <w:r w:rsidRPr="00D31D98">
              <w:rPr>
                <w:color w:val="000000" w:themeColor="text1"/>
                <w:szCs w:val="24"/>
              </w:rPr>
              <w:t>Materijali i sredstva za rad (radni listići, digitalni alati) osigurani su iz školskih resursa.</w:t>
            </w:r>
          </w:p>
          <w:p w14:paraId="3D44EDC8" w14:textId="77777777" w:rsidR="00AF028B" w:rsidRPr="00D31D98" w:rsidRDefault="00AF028B" w:rsidP="00AF028B">
            <w:pPr>
              <w:pStyle w:val="Odlomakpopisa"/>
              <w:widowControl w:val="0"/>
              <w:numPr>
                <w:ilvl w:val="0"/>
                <w:numId w:val="12"/>
              </w:numPr>
              <w:ind w:left="255" w:hanging="142"/>
              <w:rPr>
                <w:color w:val="000000" w:themeColor="text1"/>
              </w:rPr>
            </w:pPr>
            <w:r w:rsidRPr="00D31D98">
              <w:rPr>
                <w:color w:val="000000" w:themeColor="text1"/>
                <w:szCs w:val="24"/>
              </w:rPr>
              <w:t>Po potrebi se koriste besplatni online zadaci i edukativni sadržaji</w:t>
            </w:r>
          </w:p>
        </w:tc>
      </w:tr>
    </w:tbl>
    <w:p w14:paraId="24B7E6E8" w14:textId="77777777" w:rsidR="00AF028B" w:rsidRPr="00D31D98" w:rsidRDefault="00AF028B">
      <w:pPr>
        <w:spacing w:after="0"/>
      </w:pPr>
    </w:p>
    <w:tbl>
      <w:tblPr>
        <w:tblStyle w:val="Reetkatablice"/>
        <w:tblW w:w="9071" w:type="dxa"/>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AF028B" w:rsidRPr="00D31D98" w14:paraId="1ABAF72A"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3E222082" w14:textId="77777777" w:rsidR="00AF028B" w:rsidRPr="00D31D98" w:rsidRDefault="00AF028B" w:rsidP="00966809">
            <w:pPr>
              <w:keepNext/>
              <w:widowControl w:val="0"/>
              <w:textAlignment w:val="baseline"/>
              <w:rPr>
                <w:b/>
                <w:szCs w:val="24"/>
              </w:rPr>
            </w:pPr>
            <w:r w:rsidRPr="00D31D98">
              <w:rPr>
                <w:b/>
                <w:bCs/>
                <w:szCs w:val="24"/>
              </w:rPr>
              <w:t>AKTIVNOST </w:t>
            </w:r>
          </w:p>
        </w:tc>
        <w:tc>
          <w:tcPr>
            <w:tcW w:w="6690" w:type="dxa"/>
            <w:tcBorders>
              <w:top w:val="single" w:sz="4" w:space="0" w:color="000000"/>
              <w:left w:val="single" w:sz="4" w:space="0" w:color="000000"/>
              <w:bottom w:val="single" w:sz="4" w:space="0" w:color="000000"/>
              <w:right w:val="single" w:sz="4" w:space="0" w:color="000000"/>
            </w:tcBorders>
            <w:vAlign w:val="center"/>
          </w:tcPr>
          <w:p w14:paraId="3E45E6FB" w14:textId="77777777" w:rsidR="00AF028B" w:rsidRPr="00D31D98" w:rsidRDefault="00AF028B" w:rsidP="00966809">
            <w:pPr>
              <w:keepNext/>
              <w:widowControl w:val="0"/>
              <w:textAlignment w:val="baseline"/>
              <w:rPr>
                <w:b/>
                <w:szCs w:val="24"/>
              </w:rPr>
            </w:pPr>
            <w:r w:rsidRPr="00D31D98">
              <w:rPr>
                <w:b/>
                <w:bCs/>
                <w:szCs w:val="24"/>
              </w:rPr>
              <w:t>Dopunska nastava za učenike prvih razreda.</w:t>
            </w:r>
          </w:p>
        </w:tc>
      </w:tr>
      <w:tr w:rsidR="00AF028B" w:rsidRPr="00D31D98" w14:paraId="018D0F36"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11A8C0C8" w14:textId="77777777" w:rsidR="00AF028B" w:rsidRPr="00D31D98" w:rsidRDefault="00AF028B" w:rsidP="00966809">
            <w:pPr>
              <w:widowControl w:val="0"/>
              <w:textAlignment w:val="baseline"/>
              <w:rPr>
                <w:b/>
                <w:szCs w:val="24"/>
              </w:rPr>
            </w:pPr>
            <w:r w:rsidRPr="00D31D98">
              <w:rPr>
                <w:b/>
                <w:bCs/>
                <w:color w:val="000000"/>
                <w:szCs w:val="24"/>
              </w:rPr>
              <w:t>Ciljevi </w:t>
            </w:r>
          </w:p>
        </w:tc>
        <w:tc>
          <w:tcPr>
            <w:tcW w:w="6690" w:type="dxa"/>
            <w:tcBorders>
              <w:top w:val="single" w:sz="4" w:space="0" w:color="000000"/>
              <w:left w:val="single" w:sz="4" w:space="0" w:color="000000"/>
              <w:bottom w:val="single" w:sz="4" w:space="0" w:color="000000"/>
              <w:right w:val="single" w:sz="4" w:space="0" w:color="000000"/>
            </w:tcBorders>
            <w:vAlign w:val="center"/>
          </w:tcPr>
          <w:p w14:paraId="11F866D1" w14:textId="77777777" w:rsidR="00AF028B" w:rsidRPr="00D31D98" w:rsidRDefault="00AF028B" w:rsidP="00966809">
            <w:pPr>
              <w:widowControl w:val="0"/>
              <w:textAlignment w:val="baseline"/>
              <w:rPr>
                <w:szCs w:val="24"/>
              </w:rPr>
            </w:pPr>
            <w:r w:rsidRPr="00D31D98">
              <w:rPr>
                <w:szCs w:val="24"/>
              </w:rPr>
              <w:t>Ponavljanje i utvrđivanje temeljnih gramatičkih i pravopisnih pravila, razvijanje vještina, pružanje podrške, poticanje samopouzdanja.</w:t>
            </w:r>
          </w:p>
        </w:tc>
      </w:tr>
      <w:tr w:rsidR="00AF028B" w:rsidRPr="00D31D98" w14:paraId="2E4A94C3"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1B8D2F56" w14:textId="77777777" w:rsidR="00AF028B" w:rsidRPr="00D31D98" w:rsidRDefault="00AF028B" w:rsidP="00966809">
            <w:pPr>
              <w:widowControl w:val="0"/>
              <w:textAlignment w:val="baseline"/>
              <w:rPr>
                <w:b/>
                <w:szCs w:val="24"/>
              </w:rPr>
            </w:pPr>
            <w:r w:rsidRPr="00D31D98">
              <w:rPr>
                <w:b/>
                <w:bCs/>
                <w:color w:val="000000"/>
                <w:szCs w:val="24"/>
              </w:rPr>
              <w:t>Namjena aktivnosti </w:t>
            </w:r>
          </w:p>
        </w:tc>
        <w:tc>
          <w:tcPr>
            <w:tcW w:w="6690" w:type="dxa"/>
            <w:tcBorders>
              <w:top w:val="single" w:sz="4" w:space="0" w:color="000000"/>
              <w:left w:val="single" w:sz="4" w:space="0" w:color="000000"/>
              <w:bottom w:val="single" w:sz="4" w:space="0" w:color="000000"/>
              <w:right w:val="single" w:sz="4" w:space="0" w:color="000000"/>
            </w:tcBorders>
            <w:vAlign w:val="center"/>
          </w:tcPr>
          <w:p w14:paraId="125DA9DF" w14:textId="77777777" w:rsidR="00AF028B" w:rsidRPr="00D31D98" w:rsidRDefault="00AF028B" w:rsidP="00966809">
            <w:pPr>
              <w:widowControl w:val="0"/>
              <w:textAlignment w:val="baseline"/>
              <w:rPr>
                <w:szCs w:val="24"/>
              </w:rPr>
            </w:pPr>
            <w:r w:rsidRPr="00D31D98">
              <w:rPr>
                <w:szCs w:val="24"/>
              </w:rPr>
              <w:t>Dopunska je nastava namijenjena svim učenicima koji žele dodatna    pojašnjena onih ishoda ili sadržaja u učenju koji su neostvareni ili su djelomično ostvareni.</w:t>
            </w:r>
          </w:p>
        </w:tc>
      </w:tr>
      <w:tr w:rsidR="00AF028B" w:rsidRPr="00D31D98" w14:paraId="6898ABD1"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7E39B645" w14:textId="77777777" w:rsidR="00AF028B" w:rsidRPr="00D31D98" w:rsidRDefault="00AF028B" w:rsidP="00966809">
            <w:pPr>
              <w:widowControl w:val="0"/>
              <w:textAlignment w:val="baseline"/>
              <w:rPr>
                <w:b/>
                <w:szCs w:val="24"/>
              </w:rPr>
            </w:pPr>
            <w:r w:rsidRPr="00D31D98">
              <w:rPr>
                <w:b/>
                <w:bCs/>
                <w:color w:val="000000"/>
                <w:szCs w:val="24"/>
              </w:rPr>
              <w:t>Nositelji aktivnosti </w:t>
            </w:r>
          </w:p>
        </w:tc>
        <w:tc>
          <w:tcPr>
            <w:tcW w:w="6690" w:type="dxa"/>
            <w:tcBorders>
              <w:top w:val="single" w:sz="4" w:space="0" w:color="000000"/>
              <w:left w:val="single" w:sz="4" w:space="0" w:color="000000"/>
              <w:bottom w:val="single" w:sz="4" w:space="0" w:color="000000"/>
              <w:right w:val="single" w:sz="4" w:space="0" w:color="000000"/>
            </w:tcBorders>
            <w:vAlign w:val="center"/>
          </w:tcPr>
          <w:p w14:paraId="07126AD2" w14:textId="77777777" w:rsidR="00AF028B" w:rsidRPr="00D31D98" w:rsidRDefault="00AF028B" w:rsidP="00966809">
            <w:pPr>
              <w:widowControl w:val="0"/>
              <w:textAlignment w:val="baseline"/>
              <w:rPr>
                <w:szCs w:val="24"/>
              </w:rPr>
            </w:pPr>
            <w:r w:rsidRPr="00D31D98">
              <w:rPr>
                <w:szCs w:val="24"/>
              </w:rPr>
              <w:t>Margareta Princip</w:t>
            </w:r>
          </w:p>
        </w:tc>
      </w:tr>
      <w:tr w:rsidR="00AF028B" w:rsidRPr="00D31D98" w14:paraId="3BB59B28"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44044D3D" w14:textId="77777777" w:rsidR="00AF028B" w:rsidRPr="00D31D98" w:rsidRDefault="00AF028B" w:rsidP="00966809">
            <w:pPr>
              <w:widowControl w:val="0"/>
              <w:textAlignment w:val="baseline"/>
              <w:rPr>
                <w:b/>
                <w:szCs w:val="24"/>
              </w:rPr>
            </w:pPr>
            <w:r w:rsidRPr="00D31D98">
              <w:rPr>
                <w:b/>
                <w:bCs/>
                <w:color w:val="000000"/>
                <w:szCs w:val="24"/>
              </w:rPr>
              <w:t>Način realizacije </w:t>
            </w:r>
          </w:p>
        </w:tc>
        <w:tc>
          <w:tcPr>
            <w:tcW w:w="6690" w:type="dxa"/>
            <w:tcBorders>
              <w:top w:val="single" w:sz="4" w:space="0" w:color="000000"/>
              <w:left w:val="single" w:sz="4" w:space="0" w:color="000000"/>
              <w:bottom w:val="single" w:sz="4" w:space="0" w:color="000000"/>
              <w:right w:val="single" w:sz="4" w:space="0" w:color="000000"/>
            </w:tcBorders>
            <w:vAlign w:val="center"/>
          </w:tcPr>
          <w:p w14:paraId="7413EE9B" w14:textId="77777777" w:rsidR="00AF028B" w:rsidRPr="00D31D98" w:rsidRDefault="00AF028B" w:rsidP="00966809">
            <w:pPr>
              <w:widowControl w:val="0"/>
              <w:textAlignment w:val="baseline"/>
              <w:rPr>
                <w:szCs w:val="24"/>
              </w:rPr>
            </w:pPr>
            <w:r w:rsidRPr="00D31D98">
              <w:rPr>
                <w:szCs w:val="24"/>
              </w:rPr>
              <w:t>Ponavljanje, vježbanje određenih zadataka, rješavanje različitih tipova zadataka, pisanje različitih vrsta vezanih tekstova i pojašnjenje istih.</w:t>
            </w:r>
          </w:p>
        </w:tc>
      </w:tr>
      <w:tr w:rsidR="00AF028B" w:rsidRPr="00D31D98" w14:paraId="43309027"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410E2845" w14:textId="77777777" w:rsidR="00AF028B" w:rsidRPr="00D31D98" w:rsidRDefault="00AF028B" w:rsidP="00966809">
            <w:pPr>
              <w:widowControl w:val="0"/>
              <w:textAlignment w:val="baseline"/>
              <w:rPr>
                <w:b/>
                <w:szCs w:val="24"/>
              </w:rPr>
            </w:pPr>
            <w:proofErr w:type="spellStart"/>
            <w:r w:rsidRPr="00D31D98">
              <w:rPr>
                <w:b/>
                <w:bCs/>
                <w:color w:val="000000"/>
                <w:szCs w:val="24"/>
              </w:rPr>
              <w:t>Vremenik</w:t>
            </w:r>
            <w:proofErr w:type="spellEnd"/>
            <w:r w:rsidRPr="00D31D98">
              <w:rPr>
                <w:b/>
                <w:bCs/>
                <w:color w:val="000000"/>
                <w:szCs w:val="24"/>
              </w:rPr>
              <w:t> </w:t>
            </w:r>
          </w:p>
        </w:tc>
        <w:tc>
          <w:tcPr>
            <w:tcW w:w="6690" w:type="dxa"/>
            <w:tcBorders>
              <w:top w:val="single" w:sz="4" w:space="0" w:color="000000"/>
              <w:left w:val="single" w:sz="4" w:space="0" w:color="000000"/>
              <w:bottom w:val="single" w:sz="4" w:space="0" w:color="000000"/>
              <w:right w:val="single" w:sz="4" w:space="0" w:color="000000"/>
            </w:tcBorders>
            <w:vAlign w:val="center"/>
          </w:tcPr>
          <w:p w14:paraId="572BB7A1" w14:textId="77777777" w:rsidR="00AF028B" w:rsidRPr="00D31D98" w:rsidRDefault="00AF028B" w:rsidP="00966809">
            <w:pPr>
              <w:widowControl w:val="0"/>
              <w:textAlignment w:val="baseline"/>
              <w:rPr>
                <w:szCs w:val="24"/>
              </w:rPr>
            </w:pPr>
            <w:r w:rsidRPr="00D31D98">
              <w:rPr>
                <w:color w:val="000000"/>
                <w:szCs w:val="24"/>
              </w:rPr>
              <w:t> Od listopada  2026. do lipnja 2027.</w:t>
            </w:r>
          </w:p>
        </w:tc>
      </w:tr>
      <w:tr w:rsidR="00AF028B" w:rsidRPr="00D31D98" w14:paraId="42BD4ED5"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3916FAE4" w14:textId="77777777" w:rsidR="00AF028B" w:rsidRPr="00D31D98" w:rsidRDefault="00AF028B" w:rsidP="00966809">
            <w:pPr>
              <w:widowControl w:val="0"/>
              <w:textAlignment w:val="baseline"/>
              <w:rPr>
                <w:b/>
                <w:szCs w:val="24"/>
              </w:rPr>
            </w:pPr>
            <w:r w:rsidRPr="00D31D98">
              <w:rPr>
                <w:b/>
                <w:bCs/>
                <w:color w:val="000000"/>
                <w:szCs w:val="24"/>
              </w:rPr>
              <w:t>Troškovnik </w:t>
            </w:r>
          </w:p>
        </w:tc>
        <w:tc>
          <w:tcPr>
            <w:tcW w:w="6690" w:type="dxa"/>
            <w:tcBorders>
              <w:top w:val="single" w:sz="4" w:space="0" w:color="000000"/>
              <w:left w:val="single" w:sz="4" w:space="0" w:color="000000"/>
              <w:bottom w:val="single" w:sz="4" w:space="0" w:color="000000"/>
              <w:right w:val="single" w:sz="4" w:space="0" w:color="000000"/>
            </w:tcBorders>
            <w:vAlign w:val="center"/>
          </w:tcPr>
          <w:p w14:paraId="41A3C4AF" w14:textId="77777777" w:rsidR="00AF028B" w:rsidRPr="00D31D98" w:rsidRDefault="00AF028B" w:rsidP="00966809">
            <w:pPr>
              <w:widowControl w:val="0"/>
              <w:textAlignment w:val="baseline"/>
              <w:rPr>
                <w:szCs w:val="24"/>
              </w:rPr>
            </w:pPr>
            <w:r w:rsidRPr="00D31D98">
              <w:rPr>
                <w:color w:val="000000"/>
                <w:szCs w:val="24"/>
              </w:rPr>
              <w:t> Papir za kopiranje listića i marker za ploču.</w:t>
            </w:r>
          </w:p>
        </w:tc>
      </w:tr>
      <w:tr w:rsidR="00AF028B" w:rsidRPr="00D31D98" w14:paraId="1E8B74BF"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73861260" w14:textId="77777777" w:rsidR="00AF028B" w:rsidRPr="00D31D98" w:rsidRDefault="00AF028B" w:rsidP="00966809">
            <w:pPr>
              <w:widowControl w:val="0"/>
              <w:textAlignment w:val="baseline"/>
              <w:rPr>
                <w:b/>
                <w:szCs w:val="24"/>
              </w:rPr>
            </w:pPr>
            <w:r w:rsidRPr="00D31D98">
              <w:rPr>
                <w:b/>
                <w:bCs/>
                <w:color w:val="000000"/>
                <w:szCs w:val="24"/>
              </w:rPr>
              <w:t>Način vrednovanja  </w:t>
            </w:r>
          </w:p>
        </w:tc>
        <w:tc>
          <w:tcPr>
            <w:tcW w:w="6690" w:type="dxa"/>
            <w:tcBorders>
              <w:top w:val="single" w:sz="4" w:space="0" w:color="000000"/>
              <w:left w:val="single" w:sz="4" w:space="0" w:color="000000"/>
              <w:bottom w:val="single" w:sz="4" w:space="0" w:color="000000"/>
              <w:right w:val="single" w:sz="4" w:space="0" w:color="000000"/>
            </w:tcBorders>
            <w:vAlign w:val="center"/>
          </w:tcPr>
          <w:p w14:paraId="797BD446" w14:textId="77777777" w:rsidR="00AF028B" w:rsidRPr="00D31D98" w:rsidRDefault="00AF028B" w:rsidP="00966809">
            <w:pPr>
              <w:widowControl w:val="0"/>
              <w:textAlignment w:val="baseline"/>
              <w:rPr>
                <w:szCs w:val="24"/>
              </w:rPr>
            </w:pPr>
            <w:r w:rsidRPr="00D31D98">
              <w:rPr>
                <w:szCs w:val="24"/>
              </w:rPr>
              <w:t xml:space="preserve">Formativno vrednovanje i </w:t>
            </w:r>
            <w:proofErr w:type="spellStart"/>
            <w:r w:rsidRPr="00D31D98">
              <w:rPr>
                <w:szCs w:val="24"/>
              </w:rPr>
              <w:t>sumativno</w:t>
            </w:r>
            <w:proofErr w:type="spellEnd"/>
            <w:r w:rsidRPr="00D31D98">
              <w:rPr>
                <w:szCs w:val="24"/>
              </w:rPr>
              <w:t xml:space="preserve"> vrednovanje prema potrebi i želji učenika, davanje povratne informacije svakom učeniku, vođenje bilješki o napretku, evidencija nazočnosti.</w:t>
            </w:r>
          </w:p>
        </w:tc>
      </w:tr>
    </w:tbl>
    <w:p w14:paraId="670A8BD7" w14:textId="77777777" w:rsidR="00AF028B" w:rsidRPr="00D31D98" w:rsidRDefault="00AF028B">
      <w:pPr>
        <w:spacing w:after="0"/>
        <w:rPr>
          <w:szCs w:val="24"/>
        </w:rPr>
      </w:pPr>
    </w:p>
    <w:p w14:paraId="1AA3A9C0" w14:textId="77777777" w:rsidR="00AF028B" w:rsidRPr="00D31D98" w:rsidRDefault="00AF028B">
      <w:pPr>
        <w:spacing w:after="0"/>
        <w:rPr>
          <w:szCs w:val="24"/>
        </w:rPr>
      </w:pPr>
    </w:p>
    <w:tbl>
      <w:tblPr>
        <w:tblStyle w:val="Reetkatablice"/>
        <w:tblW w:w="9071" w:type="dxa"/>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AF028B" w:rsidRPr="00D31D98" w14:paraId="37BDD371"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13B3DAC8" w14:textId="77777777" w:rsidR="00AF028B" w:rsidRPr="00D31D98" w:rsidRDefault="00AF028B" w:rsidP="00966809">
            <w:pPr>
              <w:keepNext/>
              <w:widowControl w:val="0"/>
              <w:textAlignment w:val="baseline"/>
              <w:rPr>
                <w:b/>
                <w:szCs w:val="24"/>
              </w:rPr>
            </w:pPr>
            <w:r w:rsidRPr="00D31D98">
              <w:rPr>
                <w:b/>
                <w:bCs/>
                <w:szCs w:val="24"/>
              </w:rPr>
              <w:t>AKTIVNOST </w:t>
            </w:r>
          </w:p>
        </w:tc>
        <w:tc>
          <w:tcPr>
            <w:tcW w:w="6690" w:type="dxa"/>
            <w:tcBorders>
              <w:top w:val="single" w:sz="4" w:space="0" w:color="000000"/>
              <w:left w:val="single" w:sz="4" w:space="0" w:color="000000"/>
              <w:bottom w:val="single" w:sz="4" w:space="0" w:color="000000"/>
              <w:right w:val="single" w:sz="4" w:space="0" w:color="000000"/>
            </w:tcBorders>
            <w:vAlign w:val="center"/>
          </w:tcPr>
          <w:p w14:paraId="75DCEEB0" w14:textId="77777777" w:rsidR="00AF028B" w:rsidRPr="00D31D98" w:rsidRDefault="00AF028B" w:rsidP="00966809">
            <w:pPr>
              <w:keepNext/>
              <w:widowControl w:val="0"/>
              <w:textAlignment w:val="baseline"/>
              <w:rPr>
                <w:b/>
                <w:szCs w:val="24"/>
              </w:rPr>
            </w:pPr>
            <w:r w:rsidRPr="00D31D98">
              <w:rPr>
                <w:b/>
                <w:bCs/>
                <w:szCs w:val="24"/>
              </w:rPr>
              <w:t>Dopunska nastava za učenike drugih razreda.</w:t>
            </w:r>
          </w:p>
        </w:tc>
      </w:tr>
      <w:tr w:rsidR="00AF028B" w:rsidRPr="00D31D98" w14:paraId="6365ACE4"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0865797C" w14:textId="77777777" w:rsidR="00AF028B" w:rsidRPr="00D31D98" w:rsidRDefault="00AF028B" w:rsidP="00966809">
            <w:pPr>
              <w:widowControl w:val="0"/>
              <w:textAlignment w:val="baseline"/>
              <w:rPr>
                <w:b/>
                <w:szCs w:val="24"/>
              </w:rPr>
            </w:pPr>
            <w:r w:rsidRPr="00D31D98">
              <w:rPr>
                <w:b/>
                <w:bCs/>
                <w:color w:val="000000"/>
                <w:szCs w:val="24"/>
              </w:rPr>
              <w:t>Ciljevi </w:t>
            </w:r>
          </w:p>
        </w:tc>
        <w:tc>
          <w:tcPr>
            <w:tcW w:w="6690" w:type="dxa"/>
            <w:tcBorders>
              <w:top w:val="single" w:sz="4" w:space="0" w:color="000000"/>
              <w:left w:val="single" w:sz="4" w:space="0" w:color="000000"/>
              <w:bottom w:val="single" w:sz="4" w:space="0" w:color="000000"/>
              <w:right w:val="single" w:sz="4" w:space="0" w:color="000000"/>
            </w:tcBorders>
            <w:vAlign w:val="center"/>
          </w:tcPr>
          <w:p w14:paraId="37F23EF2" w14:textId="77777777" w:rsidR="00AF028B" w:rsidRPr="00D31D98" w:rsidRDefault="00AF028B" w:rsidP="00966809">
            <w:pPr>
              <w:widowControl w:val="0"/>
              <w:textAlignment w:val="baseline"/>
              <w:rPr>
                <w:szCs w:val="24"/>
              </w:rPr>
            </w:pPr>
            <w:r w:rsidRPr="00D31D98">
              <w:rPr>
                <w:szCs w:val="24"/>
              </w:rPr>
              <w:t>Ponavljanje i utvrđivanje temeljnih gramatičkih i pravopisnih pravila, razvijanje vještina, pružanje podrške, poticanje samopouzdanja.</w:t>
            </w:r>
          </w:p>
        </w:tc>
      </w:tr>
      <w:tr w:rsidR="00AF028B" w:rsidRPr="00D31D98" w14:paraId="45896F1B"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4EA6A502" w14:textId="77777777" w:rsidR="00AF028B" w:rsidRPr="00D31D98" w:rsidRDefault="00AF028B" w:rsidP="00966809">
            <w:pPr>
              <w:widowControl w:val="0"/>
              <w:textAlignment w:val="baseline"/>
              <w:rPr>
                <w:b/>
                <w:szCs w:val="24"/>
              </w:rPr>
            </w:pPr>
            <w:r w:rsidRPr="00D31D98">
              <w:rPr>
                <w:b/>
                <w:bCs/>
                <w:color w:val="000000"/>
                <w:szCs w:val="24"/>
              </w:rPr>
              <w:t>Namjena aktivnosti </w:t>
            </w:r>
          </w:p>
        </w:tc>
        <w:tc>
          <w:tcPr>
            <w:tcW w:w="6690" w:type="dxa"/>
            <w:tcBorders>
              <w:top w:val="single" w:sz="4" w:space="0" w:color="000000"/>
              <w:left w:val="single" w:sz="4" w:space="0" w:color="000000"/>
              <w:bottom w:val="single" w:sz="4" w:space="0" w:color="000000"/>
              <w:right w:val="single" w:sz="4" w:space="0" w:color="000000"/>
            </w:tcBorders>
            <w:vAlign w:val="center"/>
          </w:tcPr>
          <w:p w14:paraId="6A151311" w14:textId="77777777" w:rsidR="00AF028B" w:rsidRPr="00D31D98" w:rsidRDefault="00AF028B" w:rsidP="00966809">
            <w:pPr>
              <w:widowControl w:val="0"/>
              <w:textAlignment w:val="baseline"/>
              <w:rPr>
                <w:szCs w:val="24"/>
              </w:rPr>
            </w:pPr>
            <w:r w:rsidRPr="00D31D98">
              <w:rPr>
                <w:szCs w:val="24"/>
              </w:rPr>
              <w:t>Dopunska je nastava namijenjena svim učenicima koji žele dodatna    pojašnjena onih ishoda ili sadržaja u učenju koji su neostvareni ili su djelomično ostvareni.</w:t>
            </w:r>
          </w:p>
        </w:tc>
      </w:tr>
      <w:tr w:rsidR="00AF028B" w:rsidRPr="00D31D98" w14:paraId="7CF568EF"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44784948" w14:textId="77777777" w:rsidR="00AF028B" w:rsidRPr="00D31D98" w:rsidRDefault="00AF028B" w:rsidP="00966809">
            <w:pPr>
              <w:widowControl w:val="0"/>
              <w:textAlignment w:val="baseline"/>
              <w:rPr>
                <w:b/>
                <w:szCs w:val="24"/>
              </w:rPr>
            </w:pPr>
            <w:r w:rsidRPr="00D31D98">
              <w:rPr>
                <w:b/>
                <w:bCs/>
                <w:color w:val="000000"/>
                <w:szCs w:val="24"/>
              </w:rPr>
              <w:t>Nositelji aktivnosti </w:t>
            </w:r>
          </w:p>
        </w:tc>
        <w:tc>
          <w:tcPr>
            <w:tcW w:w="6690" w:type="dxa"/>
            <w:tcBorders>
              <w:top w:val="single" w:sz="4" w:space="0" w:color="000000"/>
              <w:left w:val="single" w:sz="4" w:space="0" w:color="000000"/>
              <w:bottom w:val="single" w:sz="4" w:space="0" w:color="000000"/>
              <w:right w:val="single" w:sz="4" w:space="0" w:color="000000"/>
            </w:tcBorders>
            <w:vAlign w:val="center"/>
          </w:tcPr>
          <w:p w14:paraId="55A02D44" w14:textId="77777777" w:rsidR="00AF028B" w:rsidRPr="00D31D98" w:rsidRDefault="00AF028B" w:rsidP="00966809">
            <w:pPr>
              <w:widowControl w:val="0"/>
              <w:textAlignment w:val="baseline"/>
              <w:rPr>
                <w:szCs w:val="24"/>
              </w:rPr>
            </w:pPr>
            <w:r w:rsidRPr="00D31D98">
              <w:rPr>
                <w:szCs w:val="24"/>
              </w:rPr>
              <w:t>Margareta Princip</w:t>
            </w:r>
          </w:p>
        </w:tc>
      </w:tr>
      <w:tr w:rsidR="00AF028B" w:rsidRPr="00D31D98" w14:paraId="79CA13BA"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6DC793DB" w14:textId="77777777" w:rsidR="00AF028B" w:rsidRPr="00D31D98" w:rsidRDefault="00AF028B" w:rsidP="00966809">
            <w:pPr>
              <w:widowControl w:val="0"/>
              <w:textAlignment w:val="baseline"/>
              <w:rPr>
                <w:b/>
                <w:szCs w:val="24"/>
              </w:rPr>
            </w:pPr>
            <w:r w:rsidRPr="00D31D98">
              <w:rPr>
                <w:b/>
                <w:bCs/>
                <w:color w:val="000000"/>
                <w:szCs w:val="24"/>
              </w:rPr>
              <w:t>Način realizacije </w:t>
            </w:r>
          </w:p>
        </w:tc>
        <w:tc>
          <w:tcPr>
            <w:tcW w:w="6690" w:type="dxa"/>
            <w:tcBorders>
              <w:top w:val="single" w:sz="4" w:space="0" w:color="000000"/>
              <w:left w:val="single" w:sz="4" w:space="0" w:color="000000"/>
              <w:bottom w:val="single" w:sz="4" w:space="0" w:color="000000"/>
              <w:right w:val="single" w:sz="4" w:space="0" w:color="000000"/>
            </w:tcBorders>
            <w:vAlign w:val="center"/>
          </w:tcPr>
          <w:p w14:paraId="1C801C4A" w14:textId="77777777" w:rsidR="00AF028B" w:rsidRPr="00D31D98" w:rsidRDefault="00AF028B" w:rsidP="00966809">
            <w:pPr>
              <w:widowControl w:val="0"/>
              <w:textAlignment w:val="baseline"/>
              <w:rPr>
                <w:szCs w:val="24"/>
              </w:rPr>
            </w:pPr>
            <w:r w:rsidRPr="00D31D98">
              <w:rPr>
                <w:szCs w:val="24"/>
              </w:rPr>
              <w:t>Ponavljanje, vježbanje određenih zadataka, rješavanje različitih tipova zadataka, pisanje različitih vrsta vezanih tekstova i pojašnjenje istih.</w:t>
            </w:r>
          </w:p>
        </w:tc>
      </w:tr>
      <w:tr w:rsidR="00AF028B" w:rsidRPr="00D31D98" w14:paraId="6A4B7A9F"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5863C666" w14:textId="77777777" w:rsidR="00AF028B" w:rsidRPr="00D31D98" w:rsidRDefault="00AF028B" w:rsidP="00966809">
            <w:pPr>
              <w:widowControl w:val="0"/>
              <w:textAlignment w:val="baseline"/>
              <w:rPr>
                <w:b/>
                <w:szCs w:val="24"/>
              </w:rPr>
            </w:pPr>
            <w:proofErr w:type="spellStart"/>
            <w:r w:rsidRPr="00D31D98">
              <w:rPr>
                <w:b/>
                <w:bCs/>
                <w:color w:val="000000"/>
                <w:szCs w:val="24"/>
              </w:rPr>
              <w:t>Vremenik</w:t>
            </w:r>
            <w:proofErr w:type="spellEnd"/>
            <w:r w:rsidRPr="00D31D98">
              <w:rPr>
                <w:b/>
                <w:bCs/>
                <w:color w:val="000000"/>
                <w:szCs w:val="24"/>
              </w:rPr>
              <w:t> </w:t>
            </w:r>
          </w:p>
        </w:tc>
        <w:tc>
          <w:tcPr>
            <w:tcW w:w="6690" w:type="dxa"/>
            <w:tcBorders>
              <w:top w:val="single" w:sz="4" w:space="0" w:color="000000"/>
              <w:left w:val="single" w:sz="4" w:space="0" w:color="000000"/>
              <w:bottom w:val="single" w:sz="4" w:space="0" w:color="000000"/>
              <w:right w:val="single" w:sz="4" w:space="0" w:color="000000"/>
            </w:tcBorders>
            <w:vAlign w:val="center"/>
          </w:tcPr>
          <w:p w14:paraId="06BF0C67" w14:textId="77777777" w:rsidR="00AF028B" w:rsidRPr="00D31D98" w:rsidRDefault="00AF028B" w:rsidP="00966809">
            <w:pPr>
              <w:widowControl w:val="0"/>
              <w:textAlignment w:val="baseline"/>
              <w:rPr>
                <w:szCs w:val="24"/>
              </w:rPr>
            </w:pPr>
            <w:r w:rsidRPr="00D31D98">
              <w:rPr>
                <w:color w:val="000000"/>
                <w:szCs w:val="24"/>
              </w:rPr>
              <w:t> Od listopada  2026. do lipnja 2027.</w:t>
            </w:r>
          </w:p>
        </w:tc>
      </w:tr>
      <w:tr w:rsidR="00AF028B" w:rsidRPr="00D31D98" w14:paraId="7B8AC283"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6CAC103B" w14:textId="77777777" w:rsidR="00AF028B" w:rsidRPr="00D31D98" w:rsidRDefault="00AF028B" w:rsidP="00966809">
            <w:pPr>
              <w:widowControl w:val="0"/>
              <w:textAlignment w:val="baseline"/>
              <w:rPr>
                <w:b/>
                <w:szCs w:val="24"/>
              </w:rPr>
            </w:pPr>
            <w:r w:rsidRPr="00D31D98">
              <w:rPr>
                <w:b/>
                <w:bCs/>
                <w:color w:val="000000"/>
                <w:szCs w:val="24"/>
              </w:rPr>
              <w:t>Troškovnik </w:t>
            </w:r>
          </w:p>
        </w:tc>
        <w:tc>
          <w:tcPr>
            <w:tcW w:w="6690" w:type="dxa"/>
            <w:tcBorders>
              <w:top w:val="single" w:sz="4" w:space="0" w:color="000000"/>
              <w:left w:val="single" w:sz="4" w:space="0" w:color="000000"/>
              <w:bottom w:val="single" w:sz="4" w:space="0" w:color="000000"/>
              <w:right w:val="single" w:sz="4" w:space="0" w:color="000000"/>
            </w:tcBorders>
            <w:vAlign w:val="center"/>
          </w:tcPr>
          <w:p w14:paraId="1FF7ABE9" w14:textId="77777777" w:rsidR="00AF028B" w:rsidRPr="00D31D98" w:rsidRDefault="00AF028B" w:rsidP="00966809">
            <w:pPr>
              <w:widowControl w:val="0"/>
              <w:textAlignment w:val="baseline"/>
              <w:rPr>
                <w:szCs w:val="24"/>
              </w:rPr>
            </w:pPr>
            <w:r w:rsidRPr="00D31D98">
              <w:rPr>
                <w:color w:val="000000"/>
                <w:szCs w:val="24"/>
              </w:rPr>
              <w:t> Papir za kopiranje listića i marker za ploču.</w:t>
            </w:r>
          </w:p>
        </w:tc>
      </w:tr>
      <w:tr w:rsidR="00AF028B" w:rsidRPr="00D31D98" w14:paraId="65AC738B" w14:textId="77777777" w:rsidTr="00AF028B">
        <w:trPr>
          <w:cantSplit/>
        </w:trPr>
        <w:tc>
          <w:tcPr>
            <w:tcW w:w="2381" w:type="dxa"/>
            <w:tcBorders>
              <w:top w:val="single" w:sz="4" w:space="0" w:color="000000"/>
              <w:left w:val="single" w:sz="4" w:space="0" w:color="000000"/>
              <w:bottom w:val="single" w:sz="4" w:space="0" w:color="000000"/>
              <w:right w:val="single" w:sz="4" w:space="0" w:color="000000"/>
            </w:tcBorders>
            <w:vAlign w:val="center"/>
          </w:tcPr>
          <w:p w14:paraId="155516A0" w14:textId="77777777" w:rsidR="00AF028B" w:rsidRPr="00D31D98" w:rsidRDefault="00AF028B" w:rsidP="00966809">
            <w:pPr>
              <w:widowControl w:val="0"/>
              <w:textAlignment w:val="baseline"/>
              <w:rPr>
                <w:b/>
                <w:szCs w:val="24"/>
              </w:rPr>
            </w:pPr>
            <w:r w:rsidRPr="00D31D98">
              <w:rPr>
                <w:b/>
                <w:bCs/>
                <w:color w:val="000000"/>
                <w:szCs w:val="24"/>
              </w:rPr>
              <w:t>Način vrednovanja  </w:t>
            </w:r>
          </w:p>
        </w:tc>
        <w:tc>
          <w:tcPr>
            <w:tcW w:w="6690" w:type="dxa"/>
            <w:tcBorders>
              <w:top w:val="single" w:sz="4" w:space="0" w:color="000000"/>
              <w:left w:val="single" w:sz="4" w:space="0" w:color="000000"/>
              <w:bottom w:val="single" w:sz="4" w:space="0" w:color="000000"/>
              <w:right w:val="single" w:sz="4" w:space="0" w:color="000000"/>
            </w:tcBorders>
            <w:vAlign w:val="center"/>
          </w:tcPr>
          <w:p w14:paraId="7C51B57D" w14:textId="77777777" w:rsidR="00AF028B" w:rsidRPr="00D31D98" w:rsidRDefault="00AF028B" w:rsidP="00966809">
            <w:pPr>
              <w:widowControl w:val="0"/>
              <w:textAlignment w:val="baseline"/>
              <w:rPr>
                <w:szCs w:val="24"/>
              </w:rPr>
            </w:pPr>
            <w:r w:rsidRPr="00D31D98">
              <w:rPr>
                <w:szCs w:val="24"/>
              </w:rPr>
              <w:t xml:space="preserve">Formativno vrednovanje i </w:t>
            </w:r>
            <w:proofErr w:type="spellStart"/>
            <w:r w:rsidRPr="00D31D98">
              <w:rPr>
                <w:szCs w:val="24"/>
              </w:rPr>
              <w:t>sumativno</w:t>
            </w:r>
            <w:proofErr w:type="spellEnd"/>
            <w:r w:rsidRPr="00D31D98">
              <w:rPr>
                <w:szCs w:val="24"/>
              </w:rPr>
              <w:t xml:space="preserve"> vrednovanje prema potrebi i želji učenika, davanje povratne informacije svakom učeniku, vođenje bilješki o napretku, evidencija nazočnosti.</w:t>
            </w:r>
          </w:p>
        </w:tc>
      </w:tr>
    </w:tbl>
    <w:p w14:paraId="23D99482" w14:textId="77777777" w:rsidR="00AF028B" w:rsidRPr="00D31D98" w:rsidRDefault="00AF028B">
      <w:pPr>
        <w:spacing w:after="0"/>
        <w:rPr>
          <w:szCs w:val="24"/>
        </w:rPr>
      </w:pPr>
    </w:p>
    <w:p w14:paraId="6D23001D" w14:textId="77777777" w:rsidR="0091379C" w:rsidRPr="00D31D98" w:rsidRDefault="0091379C">
      <w:pPr>
        <w:spacing w:after="0"/>
        <w:rPr>
          <w:szCs w:val="24"/>
        </w:rPr>
      </w:pPr>
    </w:p>
    <w:p w14:paraId="72C83DE9" w14:textId="77777777" w:rsidR="001865F2" w:rsidRPr="00982D66" w:rsidRDefault="00982D66" w:rsidP="00982D66">
      <w:pPr>
        <w:keepNext/>
        <w:keepLines/>
        <w:spacing w:before="240" w:after="120"/>
        <w:rPr>
          <w:sz w:val="48"/>
          <w:szCs w:val="48"/>
        </w:rPr>
      </w:pPr>
      <w:r>
        <w:rPr>
          <w:b/>
          <w:sz w:val="32"/>
          <w:szCs w:val="32"/>
        </w:rPr>
        <w:t>7.</w:t>
      </w:r>
      <w:r w:rsidR="001865F2" w:rsidRPr="00982D66">
        <w:rPr>
          <w:b/>
          <w:sz w:val="32"/>
          <w:szCs w:val="32"/>
        </w:rPr>
        <w:t xml:space="preserve"> IZVANUČIONIČKA I TERENSKA NASTAVA, IZLETI I POSJETI</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6AC2C076" w14:textId="77777777" w:rsidTr="00966809">
        <w:trPr>
          <w:cantSplit/>
        </w:trPr>
        <w:tc>
          <w:tcPr>
            <w:tcW w:w="2381" w:type="dxa"/>
            <w:vAlign w:val="center"/>
          </w:tcPr>
          <w:p w14:paraId="06FC0AB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E338D5C" w14:textId="77777777" w:rsidR="001865F2" w:rsidRPr="00D31D98" w:rsidRDefault="001865F2" w:rsidP="00966809">
            <w:pPr>
              <w:keepNext/>
              <w:widowControl w:val="0"/>
              <w:rPr>
                <w:b/>
              </w:rPr>
            </w:pPr>
            <w:r w:rsidRPr="00D31D98">
              <w:rPr>
                <w:b/>
                <w:bCs/>
                <w:szCs w:val="24"/>
              </w:rPr>
              <w:t xml:space="preserve">IZVANUČIONIČKA NASTAVA - POSJET MUZEJU </w:t>
            </w:r>
            <w:proofErr w:type="spellStart"/>
            <w:r w:rsidRPr="00D31D98">
              <w:rPr>
                <w:b/>
                <w:bCs/>
                <w:szCs w:val="24"/>
              </w:rPr>
              <w:t>Musée</w:t>
            </w:r>
            <w:proofErr w:type="spellEnd"/>
            <w:r w:rsidRPr="00D31D98">
              <w:rPr>
                <w:b/>
                <w:bCs/>
                <w:szCs w:val="24"/>
              </w:rPr>
              <w:t xml:space="preserve"> de </w:t>
            </w:r>
            <w:proofErr w:type="spellStart"/>
            <w:r w:rsidRPr="00D31D98">
              <w:rPr>
                <w:b/>
                <w:bCs/>
                <w:szCs w:val="24"/>
              </w:rPr>
              <w:t>l'Homme</w:t>
            </w:r>
            <w:proofErr w:type="spellEnd"/>
            <w:r w:rsidRPr="00D31D98">
              <w:rPr>
                <w:b/>
                <w:bCs/>
                <w:szCs w:val="24"/>
              </w:rPr>
              <w:t xml:space="preserve"> I </w:t>
            </w:r>
            <w:proofErr w:type="spellStart"/>
            <w:r w:rsidRPr="00D31D98">
              <w:rPr>
                <w:b/>
                <w:bCs/>
                <w:szCs w:val="24"/>
              </w:rPr>
              <w:t>Muséum</w:t>
            </w:r>
            <w:proofErr w:type="spellEnd"/>
            <w:r w:rsidRPr="00D31D98">
              <w:rPr>
                <w:b/>
                <w:bCs/>
                <w:szCs w:val="24"/>
              </w:rPr>
              <w:t xml:space="preserve"> </w:t>
            </w:r>
            <w:proofErr w:type="spellStart"/>
            <w:r w:rsidRPr="00D31D98">
              <w:rPr>
                <w:b/>
                <w:bCs/>
                <w:szCs w:val="24"/>
              </w:rPr>
              <w:t>national</w:t>
            </w:r>
            <w:proofErr w:type="spellEnd"/>
            <w:r w:rsidRPr="00D31D98">
              <w:rPr>
                <w:b/>
                <w:bCs/>
                <w:szCs w:val="24"/>
              </w:rPr>
              <w:t xml:space="preserve"> </w:t>
            </w:r>
            <w:proofErr w:type="spellStart"/>
            <w:r w:rsidRPr="00D31D98">
              <w:rPr>
                <w:b/>
                <w:bCs/>
                <w:szCs w:val="24"/>
              </w:rPr>
              <w:t>d'Histoire</w:t>
            </w:r>
            <w:proofErr w:type="spellEnd"/>
            <w:r w:rsidRPr="00D31D98">
              <w:rPr>
                <w:b/>
                <w:bCs/>
                <w:szCs w:val="24"/>
              </w:rPr>
              <w:t xml:space="preserve"> </w:t>
            </w:r>
            <w:proofErr w:type="spellStart"/>
            <w:r w:rsidRPr="00D31D98">
              <w:rPr>
                <w:b/>
                <w:bCs/>
                <w:szCs w:val="24"/>
              </w:rPr>
              <w:t>naturelle</w:t>
            </w:r>
            <w:proofErr w:type="spellEnd"/>
            <w:r w:rsidRPr="00D31D98">
              <w:rPr>
                <w:b/>
                <w:bCs/>
                <w:szCs w:val="24"/>
              </w:rPr>
              <w:t xml:space="preserve"> U PARIZU</w:t>
            </w:r>
          </w:p>
        </w:tc>
      </w:tr>
      <w:tr w:rsidR="001865F2" w:rsidRPr="00D31D98" w14:paraId="06D0F881" w14:textId="77777777" w:rsidTr="00966809">
        <w:trPr>
          <w:cantSplit/>
        </w:trPr>
        <w:tc>
          <w:tcPr>
            <w:tcW w:w="2381" w:type="dxa"/>
            <w:vAlign w:val="center"/>
          </w:tcPr>
          <w:p w14:paraId="4C5E57FE" w14:textId="77777777" w:rsidR="001865F2" w:rsidRPr="00D31D98" w:rsidRDefault="001865F2" w:rsidP="00966809">
            <w:pPr>
              <w:widowControl w:val="0"/>
              <w:rPr>
                <w:b/>
              </w:rPr>
            </w:pPr>
            <w:r w:rsidRPr="00D31D98">
              <w:rPr>
                <w:b/>
                <w:bCs/>
                <w:szCs w:val="24"/>
              </w:rPr>
              <w:t>Ciljevi</w:t>
            </w:r>
          </w:p>
        </w:tc>
        <w:tc>
          <w:tcPr>
            <w:tcW w:w="6690" w:type="dxa"/>
            <w:vAlign w:val="center"/>
          </w:tcPr>
          <w:p w14:paraId="5A627F0B" w14:textId="77777777" w:rsidR="001865F2" w:rsidRPr="00D31D98" w:rsidRDefault="001865F2" w:rsidP="00966809">
            <w:pPr>
              <w:widowControl w:val="0"/>
            </w:pPr>
            <w:r w:rsidRPr="00D31D98">
              <w:rPr>
                <w:szCs w:val="24"/>
              </w:rPr>
              <w:t>Poticati razumijevanje evolucije čovjeka, vizualizirati teoriju evolucije,</w:t>
            </w:r>
          </w:p>
          <w:p w14:paraId="0FB0A5B0" w14:textId="77777777" w:rsidR="001865F2" w:rsidRPr="00D31D98" w:rsidRDefault="001865F2" w:rsidP="00966809">
            <w:pPr>
              <w:widowControl w:val="0"/>
            </w:pPr>
            <w:r w:rsidRPr="00D31D98">
              <w:rPr>
                <w:szCs w:val="24"/>
              </w:rPr>
              <w:t xml:space="preserve">suočiti se sa budućnošću čovječanstva te razbijati predrasude i </w:t>
            </w:r>
            <w:proofErr w:type="spellStart"/>
            <w:r w:rsidRPr="00D31D98">
              <w:rPr>
                <w:szCs w:val="24"/>
              </w:rPr>
              <w:t>miskoncepcije</w:t>
            </w:r>
            <w:proofErr w:type="spellEnd"/>
            <w:r w:rsidRPr="00D31D98">
              <w:rPr>
                <w:szCs w:val="24"/>
              </w:rPr>
              <w:t xml:space="preserve"> o podrijetlu čovjeka.</w:t>
            </w:r>
          </w:p>
        </w:tc>
      </w:tr>
      <w:tr w:rsidR="001865F2" w:rsidRPr="00D31D98" w14:paraId="52AD516E" w14:textId="77777777" w:rsidTr="00966809">
        <w:trPr>
          <w:cantSplit/>
        </w:trPr>
        <w:tc>
          <w:tcPr>
            <w:tcW w:w="2381" w:type="dxa"/>
            <w:vAlign w:val="center"/>
          </w:tcPr>
          <w:p w14:paraId="19DA1CBF"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F8D817C" w14:textId="77777777" w:rsidR="001865F2" w:rsidRPr="00D31D98" w:rsidRDefault="001865F2" w:rsidP="00966809">
            <w:pPr>
              <w:widowControl w:val="0"/>
            </w:pPr>
            <w:r w:rsidRPr="00D31D98">
              <w:rPr>
                <w:szCs w:val="24"/>
              </w:rPr>
              <w:t xml:space="preserve">Iskustveno i </w:t>
            </w:r>
            <w:proofErr w:type="spellStart"/>
            <w:r w:rsidRPr="00D31D98">
              <w:rPr>
                <w:szCs w:val="24"/>
              </w:rPr>
              <w:t>izvanučioničko</w:t>
            </w:r>
            <w:proofErr w:type="spellEnd"/>
            <w:r w:rsidRPr="00D31D98">
              <w:rPr>
                <w:szCs w:val="24"/>
              </w:rPr>
              <w:t xml:space="preserve"> učenje koje omogućuje izravno povezivanje teorijskih znanja sa praktičnim primjerima iz svijeta prirode u korelaciji sa ostalim predmetima (geografija, povijest, kemija…)</w:t>
            </w:r>
          </w:p>
        </w:tc>
      </w:tr>
      <w:tr w:rsidR="001865F2" w:rsidRPr="00D31D98" w14:paraId="09E3BA1A" w14:textId="77777777" w:rsidTr="00966809">
        <w:trPr>
          <w:cantSplit/>
        </w:trPr>
        <w:tc>
          <w:tcPr>
            <w:tcW w:w="2381" w:type="dxa"/>
            <w:vAlign w:val="center"/>
          </w:tcPr>
          <w:p w14:paraId="5E19CB9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EA35504"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7B013E09"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79B5D953"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505F414F"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p w14:paraId="71594CC9" w14:textId="77777777" w:rsidR="001865F2" w:rsidRPr="00D31D98" w:rsidRDefault="001865F2" w:rsidP="00966809">
            <w:pPr>
              <w:widowControl w:val="0"/>
            </w:pPr>
            <w:r w:rsidRPr="00D31D98">
              <w:rPr>
                <w:szCs w:val="24"/>
              </w:rPr>
              <w:t>u suradnji sa kolegama/</w:t>
            </w:r>
            <w:proofErr w:type="spellStart"/>
            <w:r w:rsidRPr="00D31D98">
              <w:rPr>
                <w:szCs w:val="24"/>
              </w:rPr>
              <w:t>icama</w:t>
            </w:r>
            <w:proofErr w:type="spellEnd"/>
            <w:r w:rsidRPr="00D31D98">
              <w:rPr>
                <w:szCs w:val="24"/>
              </w:rPr>
              <w:t xml:space="preserve"> iz geografije, povijesti i kemije</w:t>
            </w:r>
          </w:p>
        </w:tc>
      </w:tr>
      <w:tr w:rsidR="001865F2" w:rsidRPr="00D31D98" w14:paraId="3C66B8AD" w14:textId="77777777" w:rsidTr="00966809">
        <w:trPr>
          <w:cantSplit/>
        </w:trPr>
        <w:tc>
          <w:tcPr>
            <w:tcW w:w="2381" w:type="dxa"/>
            <w:vAlign w:val="center"/>
          </w:tcPr>
          <w:p w14:paraId="00672D53"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1426D45" w14:textId="77777777" w:rsidR="001865F2" w:rsidRPr="00D31D98" w:rsidRDefault="001865F2" w:rsidP="00966809">
            <w:pPr>
              <w:widowControl w:val="0"/>
            </w:pPr>
            <w:r w:rsidRPr="00D31D98">
              <w:rPr>
                <w:szCs w:val="24"/>
              </w:rPr>
              <w:t>Posjet muzejima te prisustvovanje edukaciji i radionicama koje sadržajno prate GIK nastavnog predmeta biologije.</w:t>
            </w:r>
          </w:p>
        </w:tc>
      </w:tr>
      <w:tr w:rsidR="001865F2" w:rsidRPr="00D31D98" w14:paraId="3ED2E6FF" w14:textId="77777777" w:rsidTr="00966809">
        <w:trPr>
          <w:cantSplit/>
        </w:trPr>
        <w:tc>
          <w:tcPr>
            <w:tcW w:w="2381" w:type="dxa"/>
            <w:vAlign w:val="center"/>
          </w:tcPr>
          <w:p w14:paraId="4BC78711" w14:textId="77777777" w:rsidR="001865F2" w:rsidRPr="00D31D98" w:rsidRDefault="001865F2" w:rsidP="00966809">
            <w:pPr>
              <w:widowControl w:val="0"/>
              <w:rPr>
                <w:b/>
              </w:rPr>
            </w:pPr>
            <w:proofErr w:type="spellStart"/>
            <w:r w:rsidRPr="00D31D98">
              <w:rPr>
                <w:b/>
                <w:bCs/>
                <w:szCs w:val="24"/>
              </w:rPr>
              <w:lastRenderedPageBreak/>
              <w:t>Vremenik</w:t>
            </w:r>
            <w:proofErr w:type="spellEnd"/>
          </w:p>
        </w:tc>
        <w:tc>
          <w:tcPr>
            <w:tcW w:w="6690" w:type="dxa"/>
            <w:vAlign w:val="center"/>
          </w:tcPr>
          <w:p w14:paraId="40956866" w14:textId="77777777" w:rsidR="001865F2" w:rsidRPr="00D31D98" w:rsidRDefault="001865F2" w:rsidP="00966809">
            <w:pPr>
              <w:widowControl w:val="0"/>
            </w:pPr>
            <w:r w:rsidRPr="00D31D98">
              <w:rPr>
                <w:szCs w:val="24"/>
              </w:rPr>
              <w:t>2026./2027.</w:t>
            </w:r>
          </w:p>
        </w:tc>
      </w:tr>
      <w:tr w:rsidR="001865F2" w:rsidRPr="00D31D98" w14:paraId="030D6F88" w14:textId="77777777" w:rsidTr="00966809">
        <w:trPr>
          <w:cantSplit/>
        </w:trPr>
        <w:tc>
          <w:tcPr>
            <w:tcW w:w="2381" w:type="dxa"/>
            <w:vAlign w:val="center"/>
          </w:tcPr>
          <w:p w14:paraId="3BF4AB97" w14:textId="77777777" w:rsidR="001865F2" w:rsidRPr="00D31D98" w:rsidRDefault="001865F2" w:rsidP="00966809">
            <w:pPr>
              <w:widowControl w:val="0"/>
              <w:rPr>
                <w:b/>
              </w:rPr>
            </w:pPr>
            <w:r w:rsidRPr="00D31D98">
              <w:rPr>
                <w:b/>
                <w:bCs/>
                <w:szCs w:val="24"/>
              </w:rPr>
              <w:t>Troškovnik</w:t>
            </w:r>
          </w:p>
        </w:tc>
        <w:tc>
          <w:tcPr>
            <w:tcW w:w="6690" w:type="dxa"/>
            <w:vAlign w:val="center"/>
          </w:tcPr>
          <w:p w14:paraId="3467895C" w14:textId="77777777" w:rsidR="001865F2" w:rsidRPr="00D31D98" w:rsidRDefault="001865F2" w:rsidP="00966809">
            <w:pPr>
              <w:widowControl w:val="0"/>
            </w:pPr>
            <w:r w:rsidRPr="00D31D98">
              <w:rPr>
                <w:szCs w:val="24"/>
              </w:rPr>
              <w:t>Troškovi prijevoza, boravka te ulaznica u organizaciji turističke agencije ( prema objavljenom natječaju).</w:t>
            </w:r>
          </w:p>
        </w:tc>
      </w:tr>
      <w:tr w:rsidR="001865F2" w:rsidRPr="00D31D98" w14:paraId="32081795" w14:textId="77777777" w:rsidTr="00966809">
        <w:trPr>
          <w:cantSplit/>
        </w:trPr>
        <w:tc>
          <w:tcPr>
            <w:tcW w:w="2381" w:type="dxa"/>
            <w:vAlign w:val="center"/>
          </w:tcPr>
          <w:p w14:paraId="357C7778"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2FFFFE1" w14:textId="77777777" w:rsidR="001865F2" w:rsidRPr="00D31D98" w:rsidRDefault="001865F2" w:rsidP="00966809">
            <w:pPr>
              <w:widowControl w:val="0"/>
            </w:pPr>
            <w:proofErr w:type="spellStart"/>
            <w:r w:rsidRPr="00D31D98">
              <w:rPr>
                <w:szCs w:val="24"/>
              </w:rPr>
              <w:t>Debata,igranje</w:t>
            </w:r>
            <w:proofErr w:type="spellEnd"/>
            <w:r w:rsidRPr="00D31D98">
              <w:rPr>
                <w:szCs w:val="24"/>
              </w:rPr>
              <w:t xml:space="preserve"> uloga (znanstveni novinari), izrada mini izložbe ili postera u školi prema unaprijed definiranim rubrikama za vrednovanje.</w:t>
            </w:r>
          </w:p>
        </w:tc>
      </w:tr>
    </w:tbl>
    <w:p w14:paraId="7B7D757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BFD1008" w14:textId="77777777" w:rsidTr="00966809">
        <w:trPr>
          <w:cantSplit/>
        </w:trPr>
        <w:tc>
          <w:tcPr>
            <w:tcW w:w="2381" w:type="dxa"/>
            <w:vAlign w:val="center"/>
          </w:tcPr>
          <w:p w14:paraId="17111C65"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67B1C65" w14:textId="77777777" w:rsidR="001865F2" w:rsidRPr="00D31D98" w:rsidRDefault="001865F2" w:rsidP="00966809">
            <w:pPr>
              <w:keepNext/>
              <w:widowControl w:val="0"/>
              <w:rPr>
                <w:b/>
              </w:rPr>
            </w:pPr>
            <w:r w:rsidRPr="00D31D98">
              <w:rPr>
                <w:b/>
                <w:bCs/>
                <w:szCs w:val="24"/>
              </w:rPr>
              <w:t>ADVENT U BUDIMPEŠTI – JEDNODNEVNI IZLET, prosinac 2027.</w:t>
            </w:r>
          </w:p>
        </w:tc>
      </w:tr>
      <w:tr w:rsidR="001865F2" w:rsidRPr="00D31D98" w14:paraId="7639AB6C" w14:textId="77777777" w:rsidTr="00966809">
        <w:trPr>
          <w:cantSplit/>
        </w:trPr>
        <w:tc>
          <w:tcPr>
            <w:tcW w:w="2381" w:type="dxa"/>
            <w:vAlign w:val="center"/>
          </w:tcPr>
          <w:p w14:paraId="765CC55D"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600C8568" w14:textId="77777777" w:rsidR="001865F2" w:rsidRPr="00D31D98" w:rsidRDefault="001865F2" w:rsidP="00966809">
            <w:pPr>
              <w:widowControl w:val="0"/>
            </w:pPr>
            <w:r w:rsidRPr="00D31D98">
              <w:rPr>
                <w:szCs w:val="24"/>
              </w:rPr>
              <w:t>➢ upoznati kulturne, povijesne i turističke znamenitosti Budimpešte</w:t>
            </w:r>
          </w:p>
          <w:p w14:paraId="5B66D41A" w14:textId="77777777" w:rsidR="001865F2" w:rsidRPr="00D31D98" w:rsidRDefault="001865F2" w:rsidP="00966809">
            <w:pPr>
              <w:widowControl w:val="0"/>
            </w:pPr>
            <w:r w:rsidRPr="00D31D98">
              <w:rPr>
                <w:szCs w:val="24"/>
              </w:rPr>
              <w:t>➢ upoznati adventske običaje i tradiciju druge europske zemlje</w:t>
            </w:r>
          </w:p>
          <w:p w14:paraId="12E3C3D0" w14:textId="77777777" w:rsidR="001865F2" w:rsidRPr="00D31D98" w:rsidRDefault="001865F2" w:rsidP="00966809">
            <w:pPr>
              <w:widowControl w:val="0"/>
            </w:pPr>
            <w:r w:rsidRPr="00D31D98">
              <w:rPr>
                <w:szCs w:val="24"/>
              </w:rPr>
              <w:t>➢ razvijati interes za upoznavanje drugih kultura i sredina</w:t>
            </w:r>
          </w:p>
          <w:p w14:paraId="46DBB849" w14:textId="77777777" w:rsidR="001865F2" w:rsidRPr="00D31D98" w:rsidRDefault="001865F2" w:rsidP="00966809">
            <w:pPr>
              <w:widowControl w:val="0"/>
            </w:pPr>
            <w:r w:rsidRPr="00D31D98">
              <w:rPr>
                <w:szCs w:val="24"/>
              </w:rPr>
              <w:t>➢ razvijati socijalne i komunikacijske vještine te odgovorno ponašanje tijekom putovanja</w:t>
            </w:r>
          </w:p>
        </w:tc>
      </w:tr>
      <w:tr w:rsidR="001865F2" w:rsidRPr="00D31D98" w14:paraId="161CC410" w14:textId="77777777" w:rsidTr="00966809">
        <w:trPr>
          <w:cantSplit/>
        </w:trPr>
        <w:tc>
          <w:tcPr>
            <w:tcW w:w="2381" w:type="dxa"/>
            <w:vAlign w:val="center"/>
          </w:tcPr>
          <w:p w14:paraId="1D724573"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3DEFFF4" w14:textId="77777777" w:rsidR="001865F2" w:rsidRPr="00D31D98" w:rsidRDefault="001865F2" w:rsidP="00966809">
            <w:pPr>
              <w:widowControl w:val="0"/>
            </w:pPr>
            <w:r w:rsidRPr="00D31D98">
              <w:rPr>
                <w:szCs w:val="24"/>
              </w:rPr>
              <w:t>➢ učenicima drugih razreda omogućiti upoznavanje Budimpešte i njezine kulturne i turističke ponude</w:t>
            </w:r>
          </w:p>
          <w:p w14:paraId="5D0E0FCD" w14:textId="77777777" w:rsidR="001865F2" w:rsidRPr="00D31D98" w:rsidRDefault="001865F2" w:rsidP="00966809">
            <w:pPr>
              <w:widowControl w:val="0"/>
            </w:pPr>
            <w:r w:rsidRPr="00D31D98">
              <w:rPr>
                <w:szCs w:val="24"/>
              </w:rPr>
              <w:t>➢ poticati zajedništvo, međusobnu suradnju i kvalitetno provođenje slobodnog vremena</w:t>
            </w:r>
          </w:p>
          <w:p w14:paraId="7F811558" w14:textId="77777777" w:rsidR="001865F2" w:rsidRPr="00D31D98" w:rsidRDefault="001865F2" w:rsidP="00966809">
            <w:pPr>
              <w:widowControl w:val="0"/>
            </w:pPr>
            <w:r w:rsidRPr="00D31D98">
              <w:rPr>
                <w:szCs w:val="24"/>
              </w:rPr>
              <w:t>➢ razvijati svijest o kulturnoj raznolikosti i europskoj kulturnoj baštini</w:t>
            </w:r>
          </w:p>
        </w:tc>
      </w:tr>
      <w:tr w:rsidR="001865F2" w:rsidRPr="00D31D98" w14:paraId="19908E0D" w14:textId="77777777" w:rsidTr="00966809">
        <w:trPr>
          <w:cantSplit/>
        </w:trPr>
        <w:tc>
          <w:tcPr>
            <w:tcW w:w="2381" w:type="dxa"/>
            <w:vAlign w:val="center"/>
          </w:tcPr>
          <w:p w14:paraId="689A4D49"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0293E18F" w14:textId="77777777" w:rsidR="001865F2" w:rsidRPr="00D31D98" w:rsidRDefault="001865F2" w:rsidP="00966809">
            <w:pPr>
              <w:widowControl w:val="0"/>
            </w:pPr>
            <w:r w:rsidRPr="00D31D98">
              <w:rPr>
                <w:szCs w:val="24"/>
              </w:rPr>
              <w:t>➢ nastavnici – voditelji i pratitelji učenika</w:t>
            </w:r>
          </w:p>
          <w:p w14:paraId="7E40DDF9" w14:textId="77777777" w:rsidR="001865F2" w:rsidRPr="00D31D98" w:rsidRDefault="001865F2" w:rsidP="00966809">
            <w:pPr>
              <w:widowControl w:val="0"/>
            </w:pPr>
            <w:r w:rsidRPr="00D31D98">
              <w:rPr>
                <w:szCs w:val="24"/>
              </w:rPr>
              <w:t>➢ organizacija i provedba izleta te briga o sigurnosti i primjerenom ponašanju učenika</w:t>
            </w:r>
          </w:p>
        </w:tc>
      </w:tr>
      <w:tr w:rsidR="001865F2" w:rsidRPr="00D31D98" w14:paraId="0342D8EF" w14:textId="77777777" w:rsidTr="00966809">
        <w:trPr>
          <w:cantSplit/>
        </w:trPr>
        <w:tc>
          <w:tcPr>
            <w:tcW w:w="2381" w:type="dxa"/>
            <w:vAlign w:val="center"/>
          </w:tcPr>
          <w:p w14:paraId="59A64530"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5AB932AE" w14:textId="77777777" w:rsidR="001865F2" w:rsidRPr="00D31D98" w:rsidRDefault="001865F2" w:rsidP="00966809">
            <w:pPr>
              <w:widowControl w:val="0"/>
            </w:pPr>
            <w:r w:rsidRPr="00D31D98">
              <w:rPr>
                <w:szCs w:val="24"/>
              </w:rPr>
              <w:t>➢ organizacija jednodnevnog izleta u Budimpeštu</w:t>
            </w:r>
          </w:p>
          <w:p w14:paraId="0DDA1ACD" w14:textId="77777777" w:rsidR="001865F2" w:rsidRPr="00D31D98" w:rsidRDefault="001865F2" w:rsidP="00966809">
            <w:pPr>
              <w:widowControl w:val="0"/>
            </w:pPr>
            <w:r w:rsidRPr="00D31D98">
              <w:rPr>
                <w:szCs w:val="24"/>
              </w:rPr>
              <w:t>➢ razgledavanje grada, kulturnih i turističkih znamenitosti te adventskih sadržaja prema naknadno utvrđenom planu puta</w:t>
            </w:r>
          </w:p>
        </w:tc>
      </w:tr>
      <w:tr w:rsidR="001865F2" w:rsidRPr="00D31D98" w14:paraId="787261A8" w14:textId="77777777" w:rsidTr="00966809">
        <w:trPr>
          <w:cantSplit/>
        </w:trPr>
        <w:tc>
          <w:tcPr>
            <w:tcW w:w="2381" w:type="dxa"/>
            <w:vAlign w:val="center"/>
          </w:tcPr>
          <w:p w14:paraId="3688ED9D"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3E1080FF" w14:textId="77777777" w:rsidR="001865F2" w:rsidRPr="00D31D98" w:rsidRDefault="001865F2" w:rsidP="00966809">
            <w:pPr>
              <w:widowControl w:val="0"/>
            </w:pPr>
            <w:r w:rsidRPr="00D31D98">
              <w:rPr>
                <w:szCs w:val="24"/>
              </w:rPr>
              <w:t>➢ prosinac 2027.</w:t>
            </w:r>
          </w:p>
          <w:p w14:paraId="1A3182C4" w14:textId="77777777" w:rsidR="001865F2" w:rsidRPr="00D31D98" w:rsidRDefault="001865F2" w:rsidP="00966809">
            <w:pPr>
              <w:widowControl w:val="0"/>
            </w:pPr>
            <w:r w:rsidRPr="00D31D98">
              <w:rPr>
                <w:szCs w:val="24"/>
              </w:rPr>
              <w:t>➢ realizacija ovisi o zainteresiranosti učenika i financijskim mogućnostima roditelja</w:t>
            </w:r>
          </w:p>
        </w:tc>
      </w:tr>
      <w:tr w:rsidR="001865F2" w:rsidRPr="00D31D98" w14:paraId="4BB74DDB" w14:textId="77777777" w:rsidTr="00966809">
        <w:trPr>
          <w:cantSplit/>
        </w:trPr>
        <w:tc>
          <w:tcPr>
            <w:tcW w:w="2381" w:type="dxa"/>
            <w:vAlign w:val="center"/>
          </w:tcPr>
          <w:p w14:paraId="57195CAC"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03050908" w14:textId="77777777" w:rsidR="001865F2" w:rsidRPr="00D31D98" w:rsidRDefault="001865F2" w:rsidP="00966809">
            <w:pPr>
              <w:widowControl w:val="0"/>
            </w:pPr>
            <w:r w:rsidRPr="00D31D98">
              <w:rPr>
                <w:szCs w:val="24"/>
              </w:rPr>
              <w:t>➢ troškovi prijevoza i ostali troškovi izleta bit će utvrđeni nakon definiranja programa i broja zainteresiranih učenika</w:t>
            </w:r>
          </w:p>
          <w:p w14:paraId="73382383" w14:textId="77777777" w:rsidR="001865F2" w:rsidRPr="00D31D98" w:rsidRDefault="001865F2" w:rsidP="00966809">
            <w:pPr>
              <w:widowControl w:val="0"/>
            </w:pPr>
            <w:r w:rsidRPr="00D31D98">
              <w:rPr>
                <w:szCs w:val="24"/>
              </w:rPr>
              <w:t>➢ izlet se financira sredstvima roditelja</w:t>
            </w:r>
          </w:p>
        </w:tc>
      </w:tr>
      <w:tr w:rsidR="001865F2" w:rsidRPr="00D31D98" w14:paraId="6966D3E0" w14:textId="77777777" w:rsidTr="00966809">
        <w:trPr>
          <w:cantSplit/>
        </w:trPr>
        <w:tc>
          <w:tcPr>
            <w:tcW w:w="2381" w:type="dxa"/>
            <w:vAlign w:val="center"/>
          </w:tcPr>
          <w:p w14:paraId="52329F4D" w14:textId="77777777" w:rsidR="001865F2" w:rsidRPr="00D31D98" w:rsidRDefault="001865F2" w:rsidP="00966809">
            <w:pPr>
              <w:widowControl w:val="0"/>
              <w:rPr>
                <w:b/>
              </w:rPr>
            </w:pPr>
            <w:r w:rsidRPr="00D31D98">
              <w:rPr>
                <w:b/>
                <w:bCs/>
                <w:szCs w:val="24"/>
              </w:rPr>
              <w:t>Način vrednovanja i korištenje rezultata vrednovanja</w:t>
            </w:r>
          </w:p>
        </w:tc>
        <w:tc>
          <w:tcPr>
            <w:tcW w:w="6690" w:type="dxa"/>
            <w:vAlign w:val="center"/>
          </w:tcPr>
          <w:p w14:paraId="7B163784" w14:textId="77777777" w:rsidR="001865F2" w:rsidRPr="00D31D98" w:rsidRDefault="001865F2" w:rsidP="00966809">
            <w:pPr>
              <w:widowControl w:val="0"/>
            </w:pPr>
            <w:r w:rsidRPr="00D31D98">
              <w:rPr>
                <w:szCs w:val="24"/>
              </w:rPr>
              <w:t>➢ razgovor s učenicima i razmjena dojmova nakon izleta</w:t>
            </w:r>
          </w:p>
          <w:p w14:paraId="1E5CCE66" w14:textId="77777777" w:rsidR="001865F2" w:rsidRPr="00D31D98" w:rsidRDefault="001865F2" w:rsidP="00966809">
            <w:pPr>
              <w:widowControl w:val="0"/>
            </w:pPr>
            <w:r w:rsidRPr="00D31D98">
              <w:rPr>
                <w:szCs w:val="24"/>
              </w:rPr>
              <w:t>➢ praćenje zainteresiranosti, sudjelovanja i zadovoljstva učenika provedenom aktivnošću</w:t>
            </w:r>
          </w:p>
        </w:tc>
      </w:tr>
    </w:tbl>
    <w:p w14:paraId="28DB3AC1"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84A0C85" w14:textId="77777777" w:rsidTr="00966809">
        <w:trPr>
          <w:cantSplit/>
        </w:trPr>
        <w:tc>
          <w:tcPr>
            <w:tcW w:w="2381" w:type="dxa"/>
            <w:vAlign w:val="center"/>
          </w:tcPr>
          <w:p w14:paraId="7D69B3AF"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5B1F3BE8" w14:textId="77777777" w:rsidR="001865F2" w:rsidRPr="00D31D98" w:rsidRDefault="001865F2" w:rsidP="00966809">
            <w:pPr>
              <w:keepNext/>
              <w:widowControl w:val="0"/>
              <w:rPr>
                <w:b/>
              </w:rPr>
            </w:pPr>
            <w:r w:rsidRPr="00D31D98">
              <w:rPr>
                <w:b/>
                <w:bCs/>
                <w:szCs w:val="24"/>
              </w:rPr>
              <w:t>IZLET – GRADSKA I SVEUČILIŠNA KNJIŽNICA, MUZEJ ILI ARHIV</w:t>
            </w:r>
          </w:p>
        </w:tc>
      </w:tr>
      <w:tr w:rsidR="001865F2" w:rsidRPr="00D31D98" w14:paraId="6669C30D" w14:textId="77777777" w:rsidTr="00966809">
        <w:trPr>
          <w:cantSplit/>
        </w:trPr>
        <w:tc>
          <w:tcPr>
            <w:tcW w:w="2381" w:type="dxa"/>
            <w:vAlign w:val="center"/>
          </w:tcPr>
          <w:p w14:paraId="2BCF30F8"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46966E17" w14:textId="77777777" w:rsidR="001865F2" w:rsidRPr="00D31D98" w:rsidRDefault="001865F2" w:rsidP="00966809">
            <w:pPr>
              <w:widowControl w:val="0"/>
            </w:pPr>
            <w:r w:rsidRPr="00D31D98">
              <w:rPr>
                <w:szCs w:val="24"/>
              </w:rPr>
              <w:t>➢ omogućiti učenicima obilazak naše knjižnice, muzeja ili arhiva (ovisno o zainteresiranosti učenika)</w:t>
            </w:r>
          </w:p>
          <w:p w14:paraId="140A3396" w14:textId="77777777" w:rsidR="001865F2" w:rsidRPr="00D31D98" w:rsidRDefault="001865F2" w:rsidP="00966809">
            <w:pPr>
              <w:widowControl w:val="0"/>
            </w:pPr>
            <w:r w:rsidRPr="00D31D98">
              <w:rPr>
                <w:szCs w:val="24"/>
              </w:rPr>
              <w:t>➢ informacije o instituciji i njenoj povijesti – istraživački rad učenika</w:t>
            </w:r>
          </w:p>
        </w:tc>
      </w:tr>
      <w:tr w:rsidR="001865F2" w:rsidRPr="00D31D98" w14:paraId="55B54E03" w14:textId="77777777" w:rsidTr="00966809">
        <w:trPr>
          <w:cantSplit/>
        </w:trPr>
        <w:tc>
          <w:tcPr>
            <w:tcW w:w="2381" w:type="dxa"/>
            <w:vAlign w:val="center"/>
          </w:tcPr>
          <w:p w14:paraId="026CC775"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222C7F0A" w14:textId="77777777" w:rsidR="001865F2" w:rsidRPr="00D31D98" w:rsidRDefault="001865F2" w:rsidP="00966809">
            <w:pPr>
              <w:widowControl w:val="0"/>
            </w:pPr>
            <w:r w:rsidRPr="00D31D98">
              <w:rPr>
                <w:szCs w:val="24"/>
              </w:rPr>
              <w:t>➢ mogućnost rada na izvorima i interdisciplinarni pristup u obradi tema</w:t>
            </w:r>
          </w:p>
          <w:p w14:paraId="20126A92" w14:textId="77777777" w:rsidR="001865F2" w:rsidRPr="00D31D98" w:rsidRDefault="001865F2" w:rsidP="00966809">
            <w:pPr>
              <w:widowControl w:val="0"/>
            </w:pPr>
            <w:r w:rsidRPr="00D31D98">
              <w:rPr>
                <w:szCs w:val="24"/>
              </w:rPr>
              <w:t>➢ poticanje rada u skupini i suradnja</w:t>
            </w:r>
          </w:p>
          <w:p w14:paraId="7D8F158A" w14:textId="77777777" w:rsidR="001865F2" w:rsidRPr="00D31D98" w:rsidRDefault="001865F2" w:rsidP="00966809">
            <w:pPr>
              <w:widowControl w:val="0"/>
            </w:pPr>
            <w:r w:rsidRPr="00D31D98">
              <w:rPr>
                <w:szCs w:val="24"/>
              </w:rPr>
              <w:t>➢ razvijati pozitivan odnos prema povijesnim i kulturnim vrijednostima</w:t>
            </w:r>
          </w:p>
          <w:p w14:paraId="753A394E" w14:textId="77777777" w:rsidR="001865F2" w:rsidRPr="00D31D98" w:rsidRDefault="001865F2" w:rsidP="00966809">
            <w:pPr>
              <w:widowControl w:val="0"/>
            </w:pPr>
            <w:r w:rsidRPr="00D31D98">
              <w:rPr>
                <w:szCs w:val="24"/>
              </w:rPr>
              <w:t>➢ odgovornost prema materijalnim dobrima te bogatoj kulturnoj i knjižnoj baštini Hrvatske i svijeta</w:t>
            </w:r>
          </w:p>
        </w:tc>
      </w:tr>
      <w:tr w:rsidR="001865F2" w:rsidRPr="00D31D98" w14:paraId="33DB1483" w14:textId="77777777" w:rsidTr="00966809">
        <w:trPr>
          <w:cantSplit/>
        </w:trPr>
        <w:tc>
          <w:tcPr>
            <w:tcW w:w="2381" w:type="dxa"/>
            <w:vAlign w:val="center"/>
          </w:tcPr>
          <w:p w14:paraId="277E997D"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3ED3266E" w14:textId="77777777" w:rsidR="001865F2" w:rsidRPr="00D31D98" w:rsidRDefault="001865F2" w:rsidP="00966809">
            <w:pPr>
              <w:widowControl w:val="0"/>
            </w:pPr>
            <w:r w:rsidRPr="00D31D98">
              <w:rPr>
                <w:szCs w:val="24"/>
              </w:rPr>
              <w:t>➢ svi profesori hrvatskoga jezika i knjižničar</w:t>
            </w:r>
          </w:p>
          <w:p w14:paraId="45761184" w14:textId="77777777" w:rsidR="001865F2" w:rsidRPr="00D31D98" w:rsidRDefault="001865F2" w:rsidP="00966809">
            <w:pPr>
              <w:widowControl w:val="0"/>
            </w:pPr>
            <w:r w:rsidRPr="00D31D98">
              <w:rPr>
                <w:szCs w:val="24"/>
              </w:rPr>
              <w:t>➢ dogovoriti posjet</w:t>
            </w:r>
          </w:p>
          <w:p w14:paraId="5D8AE0B3" w14:textId="77777777" w:rsidR="001865F2" w:rsidRPr="00D31D98" w:rsidRDefault="001865F2" w:rsidP="00966809">
            <w:pPr>
              <w:widowControl w:val="0"/>
            </w:pPr>
            <w:r w:rsidRPr="00D31D98">
              <w:rPr>
                <w:szCs w:val="24"/>
              </w:rPr>
              <w:t>➢ zadati učenicima zadatke te paziti da se ispune sve predviđene zadaće</w:t>
            </w:r>
          </w:p>
        </w:tc>
      </w:tr>
      <w:tr w:rsidR="001865F2" w:rsidRPr="00D31D98" w14:paraId="172FD173" w14:textId="77777777" w:rsidTr="00966809">
        <w:trPr>
          <w:cantSplit/>
        </w:trPr>
        <w:tc>
          <w:tcPr>
            <w:tcW w:w="2381" w:type="dxa"/>
            <w:vAlign w:val="center"/>
          </w:tcPr>
          <w:p w14:paraId="76AEA52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501BE07" w14:textId="77777777" w:rsidR="001865F2" w:rsidRPr="00D31D98" w:rsidRDefault="001865F2" w:rsidP="00966809">
            <w:pPr>
              <w:widowControl w:val="0"/>
            </w:pPr>
            <w:r w:rsidRPr="00D31D98">
              <w:rPr>
                <w:szCs w:val="24"/>
              </w:rPr>
              <w:t>➢ prikupljati informacije tijekom posjeta</w:t>
            </w:r>
          </w:p>
          <w:p w14:paraId="4EE3E0B1" w14:textId="77777777" w:rsidR="001865F2" w:rsidRPr="00D31D98" w:rsidRDefault="001865F2" w:rsidP="00966809">
            <w:pPr>
              <w:widowControl w:val="0"/>
            </w:pPr>
            <w:r w:rsidRPr="00D31D98">
              <w:rPr>
                <w:szCs w:val="24"/>
              </w:rPr>
              <w:t>➢ provjera znanja na satima i razgovor prilikom obrade novih nastavnih sadržaja</w:t>
            </w:r>
          </w:p>
        </w:tc>
      </w:tr>
      <w:tr w:rsidR="001865F2" w:rsidRPr="00D31D98" w14:paraId="3640FE54" w14:textId="77777777" w:rsidTr="00966809">
        <w:trPr>
          <w:cantSplit/>
        </w:trPr>
        <w:tc>
          <w:tcPr>
            <w:tcW w:w="2381" w:type="dxa"/>
            <w:vAlign w:val="center"/>
          </w:tcPr>
          <w:p w14:paraId="2082F8E1"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5B9289E2" w14:textId="77777777" w:rsidR="001865F2" w:rsidRPr="00D31D98" w:rsidRDefault="001865F2" w:rsidP="00966809">
            <w:pPr>
              <w:widowControl w:val="0"/>
            </w:pPr>
            <w:r w:rsidRPr="00D31D98">
              <w:rPr>
                <w:szCs w:val="24"/>
              </w:rPr>
              <w:t>➢ ožujak 2027. god.</w:t>
            </w:r>
          </w:p>
          <w:p w14:paraId="1FC07B25" w14:textId="77777777" w:rsidR="001865F2" w:rsidRPr="00D31D98" w:rsidRDefault="001865F2" w:rsidP="00966809">
            <w:pPr>
              <w:widowControl w:val="0"/>
            </w:pPr>
            <w:r w:rsidRPr="00D31D98">
              <w:rPr>
                <w:szCs w:val="24"/>
              </w:rPr>
              <w:t>➢ prethodni dogovor s navedenim ustanovama</w:t>
            </w:r>
          </w:p>
        </w:tc>
      </w:tr>
      <w:tr w:rsidR="001865F2" w:rsidRPr="00D31D98" w14:paraId="0E4B1599" w14:textId="77777777" w:rsidTr="00966809">
        <w:trPr>
          <w:cantSplit/>
        </w:trPr>
        <w:tc>
          <w:tcPr>
            <w:tcW w:w="2381" w:type="dxa"/>
            <w:vAlign w:val="center"/>
          </w:tcPr>
          <w:p w14:paraId="7669A5B8"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4E076F71" w14:textId="77777777" w:rsidR="001865F2" w:rsidRPr="00D31D98" w:rsidRDefault="001865F2" w:rsidP="00966809">
            <w:pPr>
              <w:widowControl w:val="0"/>
            </w:pPr>
            <w:r w:rsidRPr="00D31D98">
              <w:rPr>
                <w:szCs w:val="24"/>
              </w:rPr>
              <w:t>➢ po dogovoru s navedenim ustanovama</w:t>
            </w:r>
          </w:p>
        </w:tc>
      </w:tr>
      <w:tr w:rsidR="001865F2" w:rsidRPr="00D31D98" w14:paraId="4710ACD5" w14:textId="77777777" w:rsidTr="00966809">
        <w:trPr>
          <w:cantSplit/>
        </w:trPr>
        <w:tc>
          <w:tcPr>
            <w:tcW w:w="2381" w:type="dxa"/>
            <w:vAlign w:val="center"/>
          </w:tcPr>
          <w:p w14:paraId="7188565C" w14:textId="77777777" w:rsidR="001865F2" w:rsidRPr="00D31D98" w:rsidRDefault="001865F2" w:rsidP="00966809">
            <w:pPr>
              <w:widowControl w:val="0"/>
              <w:rPr>
                <w:b/>
              </w:rPr>
            </w:pPr>
            <w:r w:rsidRPr="00D31D98">
              <w:rPr>
                <w:b/>
                <w:bCs/>
                <w:szCs w:val="24"/>
              </w:rPr>
              <w:t>Način vrednovanja i način korištenja rezultata</w:t>
            </w:r>
          </w:p>
        </w:tc>
        <w:tc>
          <w:tcPr>
            <w:tcW w:w="6690" w:type="dxa"/>
            <w:vAlign w:val="center"/>
          </w:tcPr>
          <w:p w14:paraId="16660814" w14:textId="77777777" w:rsidR="001865F2" w:rsidRPr="00D31D98" w:rsidRDefault="001865F2" w:rsidP="00966809">
            <w:pPr>
              <w:widowControl w:val="0"/>
            </w:pPr>
            <w:r w:rsidRPr="00D31D98">
              <w:rPr>
                <w:szCs w:val="24"/>
              </w:rPr>
              <w:t>➢ učenici vrednuju izlet</w:t>
            </w:r>
          </w:p>
          <w:p w14:paraId="63509618" w14:textId="77777777" w:rsidR="001865F2" w:rsidRPr="00D31D98" w:rsidRDefault="001865F2" w:rsidP="00966809">
            <w:pPr>
              <w:widowControl w:val="0"/>
            </w:pPr>
            <w:r w:rsidRPr="00D31D98">
              <w:rPr>
                <w:szCs w:val="24"/>
              </w:rPr>
              <w:t>➢ iskoristiti u nastavi sve viđeno tijekom posjeta</w:t>
            </w:r>
          </w:p>
          <w:p w14:paraId="259B04B7" w14:textId="77777777" w:rsidR="001865F2" w:rsidRPr="00D31D98" w:rsidRDefault="001865F2" w:rsidP="00966809">
            <w:pPr>
              <w:widowControl w:val="0"/>
            </w:pPr>
            <w:r w:rsidRPr="00D31D98">
              <w:rPr>
                <w:szCs w:val="24"/>
              </w:rPr>
              <w:t>➢ potaknuti učenike da i sami obilaze slične institucije i traže informacije</w:t>
            </w:r>
          </w:p>
        </w:tc>
      </w:tr>
    </w:tbl>
    <w:p w14:paraId="65C344B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A1BFB39" w14:textId="77777777" w:rsidTr="00966809">
        <w:trPr>
          <w:cantSplit/>
        </w:trPr>
        <w:tc>
          <w:tcPr>
            <w:tcW w:w="2381" w:type="dxa"/>
            <w:vAlign w:val="center"/>
          </w:tcPr>
          <w:p w14:paraId="0F30ECF1"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2FE8AB4" w14:textId="77777777" w:rsidR="001865F2" w:rsidRPr="00D31D98" w:rsidRDefault="001865F2" w:rsidP="00966809">
            <w:pPr>
              <w:keepNext/>
              <w:widowControl w:val="0"/>
              <w:rPr>
                <w:b/>
              </w:rPr>
            </w:pPr>
            <w:r w:rsidRPr="00D31D98">
              <w:rPr>
                <w:b/>
                <w:bCs/>
                <w:szCs w:val="24"/>
              </w:rPr>
              <w:t>IZLET – INTERLIBER studeni 2026., 13. 11.</w:t>
            </w:r>
          </w:p>
        </w:tc>
      </w:tr>
      <w:tr w:rsidR="001865F2" w:rsidRPr="00D31D98" w14:paraId="153D4792" w14:textId="77777777" w:rsidTr="00966809">
        <w:trPr>
          <w:cantSplit/>
        </w:trPr>
        <w:tc>
          <w:tcPr>
            <w:tcW w:w="2381" w:type="dxa"/>
            <w:vAlign w:val="center"/>
          </w:tcPr>
          <w:p w14:paraId="7E819FC2"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4DDABE73" w14:textId="77777777" w:rsidR="001865F2" w:rsidRPr="00D31D98" w:rsidRDefault="001865F2" w:rsidP="00966809">
            <w:pPr>
              <w:widowControl w:val="0"/>
            </w:pPr>
            <w:r w:rsidRPr="00D31D98">
              <w:rPr>
                <w:szCs w:val="24"/>
              </w:rPr>
              <w:t>➢ posjet Interliberu s ciljem povoljnije nabavke potrebnih knjižničnih materijala</w:t>
            </w:r>
          </w:p>
          <w:p w14:paraId="5BC92E0C" w14:textId="77777777" w:rsidR="001865F2" w:rsidRPr="00D31D98" w:rsidRDefault="001865F2" w:rsidP="00966809">
            <w:pPr>
              <w:widowControl w:val="0"/>
            </w:pPr>
            <w:r w:rsidRPr="00D31D98">
              <w:rPr>
                <w:szCs w:val="24"/>
              </w:rPr>
              <w:t>➢ prepoznati važnost pisane riječi</w:t>
            </w:r>
          </w:p>
          <w:p w14:paraId="4FF86E41" w14:textId="77777777" w:rsidR="001865F2" w:rsidRPr="00D31D98" w:rsidRDefault="001865F2" w:rsidP="00966809">
            <w:pPr>
              <w:widowControl w:val="0"/>
            </w:pPr>
            <w:r w:rsidRPr="00D31D98">
              <w:rPr>
                <w:szCs w:val="24"/>
              </w:rPr>
              <w:t>➢ preporučiti kolegama zanimljivu literaturu za čitanje mimo propisanih naslova za cjelovito čitanje</w:t>
            </w:r>
          </w:p>
          <w:p w14:paraId="08AAA309" w14:textId="77777777" w:rsidR="001865F2" w:rsidRPr="00D31D98" w:rsidRDefault="001865F2" w:rsidP="00966809">
            <w:pPr>
              <w:widowControl w:val="0"/>
            </w:pPr>
            <w:r w:rsidRPr="00D31D98">
              <w:rPr>
                <w:szCs w:val="24"/>
              </w:rPr>
              <w:t>➢ argumentirano diskutirati u pročitanome</w:t>
            </w:r>
          </w:p>
        </w:tc>
      </w:tr>
      <w:tr w:rsidR="001865F2" w:rsidRPr="00D31D98" w14:paraId="2F055E87" w14:textId="77777777" w:rsidTr="00966809">
        <w:trPr>
          <w:cantSplit/>
        </w:trPr>
        <w:tc>
          <w:tcPr>
            <w:tcW w:w="2381" w:type="dxa"/>
            <w:vAlign w:val="center"/>
          </w:tcPr>
          <w:p w14:paraId="6AEF6176"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C7AD942" w14:textId="77777777" w:rsidR="001865F2" w:rsidRPr="00D31D98" w:rsidRDefault="001865F2" w:rsidP="00966809">
            <w:pPr>
              <w:widowControl w:val="0"/>
            </w:pPr>
            <w:r w:rsidRPr="00D31D98">
              <w:rPr>
                <w:szCs w:val="24"/>
              </w:rPr>
              <w:t>➢ upoznati se s bogatstvom pisane riječi</w:t>
            </w:r>
          </w:p>
          <w:p w14:paraId="0FEDC0AD" w14:textId="77777777" w:rsidR="001865F2" w:rsidRPr="00D31D98" w:rsidRDefault="001865F2" w:rsidP="00966809">
            <w:pPr>
              <w:widowControl w:val="0"/>
            </w:pPr>
            <w:r w:rsidRPr="00D31D98">
              <w:rPr>
                <w:szCs w:val="24"/>
              </w:rPr>
              <w:t>➢ poticati učenike na vrijednost književne baštine</w:t>
            </w:r>
          </w:p>
        </w:tc>
      </w:tr>
      <w:tr w:rsidR="001865F2" w:rsidRPr="00D31D98" w14:paraId="0A48067A" w14:textId="77777777" w:rsidTr="00966809">
        <w:trPr>
          <w:cantSplit/>
        </w:trPr>
        <w:tc>
          <w:tcPr>
            <w:tcW w:w="2381" w:type="dxa"/>
            <w:vAlign w:val="center"/>
          </w:tcPr>
          <w:p w14:paraId="7C0824ED"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5F7D87AA" w14:textId="77777777" w:rsidR="001865F2" w:rsidRPr="00D31D98" w:rsidRDefault="001865F2" w:rsidP="00966809">
            <w:pPr>
              <w:widowControl w:val="0"/>
            </w:pPr>
            <w:r w:rsidRPr="00D31D98">
              <w:rPr>
                <w:szCs w:val="24"/>
              </w:rPr>
              <w:t>➢ profesori hrvatskoga jezika i knjižničarka</w:t>
            </w:r>
          </w:p>
          <w:p w14:paraId="6DCA706D" w14:textId="77777777" w:rsidR="001865F2" w:rsidRPr="00D31D98" w:rsidRDefault="001865F2" w:rsidP="00966809">
            <w:pPr>
              <w:widowControl w:val="0"/>
            </w:pPr>
            <w:r w:rsidRPr="00D31D98">
              <w:rPr>
                <w:szCs w:val="24"/>
              </w:rPr>
              <w:t>➢ briga o ponašanju učenika</w:t>
            </w:r>
          </w:p>
        </w:tc>
      </w:tr>
      <w:tr w:rsidR="001865F2" w:rsidRPr="00D31D98" w14:paraId="133E1863" w14:textId="77777777" w:rsidTr="00966809">
        <w:trPr>
          <w:cantSplit/>
        </w:trPr>
        <w:tc>
          <w:tcPr>
            <w:tcW w:w="2381" w:type="dxa"/>
            <w:vAlign w:val="center"/>
          </w:tcPr>
          <w:p w14:paraId="082D39FC" w14:textId="77777777" w:rsidR="001865F2" w:rsidRPr="00D31D98" w:rsidRDefault="001865F2" w:rsidP="00966809">
            <w:pPr>
              <w:widowControl w:val="0"/>
              <w:rPr>
                <w:b/>
              </w:rPr>
            </w:pPr>
            <w:r w:rsidRPr="00D31D98">
              <w:rPr>
                <w:b/>
                <w:bCs/>
                <w:szCs w:val="24"/>
              </w:rPr>
              <w:lastRenderedPageBreak/>
              <w:t>Način realizacije aktivnosti</w:t>
            </w:r>
          </w:p>
        </w:tc>
        <w:tc>
          <w:tcPr>
            <w:tcW w:w="6690" w:type="dxa"/>
            <w:vAlign w:val="center"/>
          </w:tcPr>
          <w:p w14:paraId="4A162CD9" w14:textId="77777777" w:rsidR="001865F2" w:rsidRPr="00D31D98" w:rsidRDefault="001865F2" w:rsidP="00966809">
            <w:pPr>
              <w:widowControl w:val="0"/>
            </w:pPr>
            <w:r w:rsidRPr="00D31D98">
              <w:rPr>
                <w:szCs w:val="24"/>
              </w:rPr>
              <w:t>➢ organizirati posjet Interliberu u Zagrebu</w:t>
            </w:r>
          </w:p>
          <w:p w14:paraId="4FC3526E" w14:textId="77777777" w:rsidR="001865F2" w:rsidRPr="00D31D98" w:rsidRDefault="001865F2" w:rsidP="00966809">
            <w:pPr>
              <w:widowControl w:val="0"/>
            </w:pPr>
            <w:r w:rsidRPr="00D31D98">
              <w:rPr>
                <w:szCs w:val="24"/>
              </w:rPr>
              <w:t>➢ podjela zadataka i njihovo izvršavanje</w:t>
            </w:r>
          </w:p>
        </w:tc>
      </w:tr>
      <w:tr w:rsidR="001865F2" w:rsidRPr="00D31D98" w14:paraId="4AAFFE88" w14:textId="77777777" w:rsidTr="00966809">
        <w:trPr>
          <w:cantSplit/>
        </w:trPr>
        <w:tc>
          <w:tcPr>
            <w:tcW w:w="2381" w:type="dxa"/>
            <w:vAlign w:val="center"/>
          </w:tcPr>
          <w:p w14:paraId="503A39F2"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64CDEAA7" w14:textId="77777777" w:rsidR="001865F2" w:rsidRPr="00D31D98" w:rsidRDefault="001865F2" w:rsidP="00966809">
            <w:pPr>
              <w:widowControl w:val="0"/>
            </w:pPr>
            <w:r w:rsidRPr="00D31D98">
              <w:rPr>
                <w:szCs w:val="24"/>
              </w:rPr>
              <w:t>➢ studeni 2026.</w:t>
            </w:r>
          </w:p>
        </w:tc>
      </w:tr>
      <w:tr w:rsidR="001865F2" w:rsidRPr="00D31D98" w14:paraId="4F3563F9" w14:textId="77777777" w:rsidTr="00966809">
        <w:trPr>
          <w:cantSplit/>
        </w:trPr>
        <w:tc>
          <w:tcPr>
            <w:tcW w:w="2381" w:type="dxa"/>
            <w:vAlign w:val="center"/>
          </w:tcPr>
          <w:p w14:paraId="5CC47687"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7804120D" w14:textId="77777777" w:rsidR="001865F2" w:rsidRPr="00D31D98" w:rsidRDefault="001865F2" w:rsidP="00966809">
            <w:pPr>
              <w:widowControl w:val="0"/>
            </w:pPr>
            <w:r w:rsidRPr="00D31D98">
              <w:rPr>
                <w:szCs w:val="24"/>
              </w:rPr>
              <w:t>➢ s detaljnim troškovima bit ćemo upoznati pravovremeno</w:t>
            </w:r>
          </w:p>
        </w:tc>
      </w:tr>
      <w:tr w:rsidR="001865F2" w:rsidRPr="00D31D98" w14:paraId="5171547D" w14:textId="77777777" w:rsidTr="00966809">
        <w:trPr>
          <w:cantSplit/>
        </w:trPr>
        <w:tc>
          <w:tcPr>
            <w:tcW w:w="2381" w:type="dxa"/>
            <w:vAlign w:val="center"/>
          </w:tcPr>
          <w:p w14:paraId="4E492CFC" w14:textId="77777777" w:rsidR="001865F2" w:rsidRPr="00D31D98" w:rsidRDefault="001865F2" w:rsidP="00966809">
            <w:pPr>
              <w:widowControl w:val="0"/>
              <w:rPr>
                <w:b/>
              </w:rPr>
            </w:pPr>
            <w:r w:rsidRPr="00D31D98">
              <w:rPr>
                <w:b/>
                <w:bCs/>
                <w:szCs w:val="24"/>
              </w:rPr>
              <w:t>Način vrednovanja i korištenje rezultata vrednovanja</w:t>
            </w:r>
          </w:p>
        </w:tc>
        <w:tc>
          <w:tcPr>
            <w:tcW w:w="6690" w:type="dxa"/>
            <w:vAlign w:val="center"/>
          </w:tcPr>
          <w:p w14:paraId="684F9E1B" w14:textId="77777777" w:rsidR="001865F2" w:rsidRPr="00D31D98" w:rsidRDefault="001865F2" w:rsidP="00966809">
            <w:pPr>
              <w:widowControl w:val="0"/>
            </w:pPr>
            <w:r w:rsidRPr="00D31D98">
              <w:rPr>
                <w:szCs w:val="24"/>
              </w:rPr>
              <w:t>➢ pisanje i vrednovanje eseja na temu: Važnost pisane riječi u modernom vremenu tehnologije ili Važnost čitanja za razvoj verbalne inteligencije učenika.</w:t>
            </w:r>
          </w:p>
        </w:tc>
      </w:tr>
    </w:tbl>
    <w:p w14:paraId="03C321B8"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92620EA" w14:textId="77777777" w:rsidTr="00966809">
        <w:trPr>
          <w:cantSplit/>
        </w:trPr>
        <w:tc>
          <w:tcPr>
            <w:tcW w:w="2381" w:type="dxa"/>
            <w:vAlign w:val="center"/>
          </w:tcPr>
          <w:p w14:paraId="6FF14F4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77C5DC6" w14:textId="77777777" w:rsidR="001865F2" w:rsidRPr="00D31D98" w:rsidRDefault="001865F2" w:rsidP="00966809">
            <w:pPr>
              <w:keepNext/>
              <w:widowControl w:val="0"/>
              <w:rPr>
                <w:b/>
              </w:rPr>
            </w:pPr>
            <w:r w:rsidRPr="00D31D98">
              <w:rPr>
                <w:b/>
                <w:bCs/>
                <w:szCs w:val="24"/>
              </w:rPr>
              <w:t>POSJETI KAZALIŠNIM PREDSTAVAMA</w:t>
            </w:r>
          </w:p>
        </w:tc>
      </w:tr>
      <w:tr w:rsidR="001865F2" w:rsidRPr="00D31D98" w14:paraId="6B4E6B1B" w14:textId="77777777" w:rsidTr="00966809">
        <w:trPr>
          <w:cantSplit/>
        </w:trPr>
        <w:tc>
          <w:tcPr>
            <w:tcW w:w="2381" w:type="dxa"/>
            <w:vAlign w:val="center"/>
          </w:tcPr>
          <w:p w14:paraId="66C97C62"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5AB5B176" w14:textId="77777777" w:rsidR="001865F2" w:rsidRPr="00D31D98" w:rsidRDefault="001865F2" w:rsidP="00966809">
            <w:pPr>
              <w:widowControl w:val="0"/>
            </w:pPr>
            <w:r w:rsidRPr="00D31D98">
              <w:rPr>
                <w:szCs w:val="24"/>
              </w:rPr>
              <w:t>➢ razvijanje kazališne kulture</w:t>
            </w:r>
          </w:p>
          <w:p w14:paraId="0765F15C" w14:textId="77777777" w:rsidR="001865F2" w:rsidRPr="00D31D98" w:rsidRDefault="001865F2" w:rsidP="00966809">
            <w:pPr>
              <w:widowControl w:val="0"/>
            </w:pPr>
            <w:r w:rsidRPr="00D31D98">
              <w:rPr>
                <w:szCs w:val="24"/>
              </w:rPr>
              <w:t>➢ potaknuti interes za kazališnu umjetnost</w:t>
            </w:r>
          </w:p>
          <w:p w14:paraId="6CE902B4" w14:textId="77777777" w:rsidR="001865F2" w:rsidRPr="00D31D98" w:rsidRDefault="001865F2" w:rsidP="00966809">
            <w:pPr>
              <w:widowControl w:val="0"/>
            </w:pPr>
            <w:r w:rsidRPr="00D31D98">
              <w:rPr>
                <w:szCs w:val="24"/>
              </w:rPr>
              <w:t xml:space="preserve">➢ biti sposoban kritički analizirati </w:t>
            </w:r>
            <w:proofErr w:type="spellStart"/>
            <w:r w:rsidRPr="00D31D98">
              <w:rPr>
                <w:szCs w:val="24"/>
              </w:rPr>
              <w:t>odgledanu</w:t>
            </w:r>
            <w:proofErr w:type="spellEnd"/>
            <w:r w:rsidRPr="00D31D98">
              <w:rPr>
                <w:szCs w:val="24"/>
              </w:rPr>
              <w:t xml:space="preserve"> predstavu</w:t>
            </w:r>
          </w:p>
          <w:p w14:paraId="42199AA4" w14:textId="77777777" w:rsidR="001865F2" w:rsidRPr="00D31D98" w:rsidRDefault="001865F2" w:rsidP="00966809">
            <w:pPr>
              <w:widowControl w:val="0"/>
            </w:pPr>
            <w:r w:rsidRPr="00D31D98">
              <w:rPr>
                <w:szCs w:val="24"/>
              </w:rPr>
              <w:t xml:space="preserve">➢ učenici će pisati izvješća/sažetke </w:t>
            </w:r>
            <w:proofErr w:type="spellStart"/>
            <w:r w:rsidRPr="00D31D98">
              <w:rPr>
                <w:szCs w:val="24"/>
              </w:rPr>
              <w:t>odgledanih</w:t>
            </w:r>
            <w:proofErr w:type="spellEnd"/>
            <w:r w:rsidRPr="00D31D98">
              <w:rPr>
                <w:szCs w:val="24"/>
              </w:rPr>
              <w:t xml:space="preserve"> predstava u kojima će primijeniti naučena književna i teorijska znanja iz nastave književnosti; razvijat će svoju sposobnost pisanja i kreativnoga izražavanja</w:t>
            </w:r>
          </w:p>
        </w:tc>
      </w:tr>
      <w:tr w:rsidR="001865F2" w:rsidRPr="00D31D98" w14:paraId="54F85010" w14:textId="77777777" w:rsidTr="00966809">
        <w:trPr>
          <w:cantSplit/>
        </w:trPr>
        <w:tc>
          <w:tcPr>
            <w:tcW w:w="2381" w:type="dxa"/>
            <w:vAlign w:val="center"/>
          </w:tcPr>
          <w:p w14:paraId="3A6FC95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D8CFDFA" w14:textId="77777777" w:rsidR="001865F2" w:rsidRPr="00D31D98" w:rsidRDefault="001865F2" w:rsidP="00966809">
            <w:pPr>
              <w:widowControl w:val="0"/>
            </w:pPr>
            <w:r w:rsidRPr="00D31D98">
              <w:rPr>
                <w:szCs w:val="24"/>
              </w:rPr>
              <w:t>➢ organiziranje posjeta kazališnim predstavama</w:t>
            </w:r>
          </w:p>
        </w:tc>
      </w:tr>
      <w:tr w:rsidR="001865F2" w:rsidRPr="00D31D98" w14:paraId="04428C7C" w14:textId="77777777" w:rsidTr="00966809">
        <w:trPr>
          <w:cantSplit/>
        </w:trPr>
        <w:tc>
          <w:tcPr>
            <w:tcW w:w="2381" w:type="dxa"/>
            <w:vAlign w:val="center"/>
          </w:tcPr>
          <w:p w14:paraId="5524538C"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6DA6049D" w14:textId="77777777" w:rsidR="001865F2" w:rsidRPr="00D31D98" w:rsidRDefault="001865F2" w:rsidP="00966809">
            <w:pPr>
              <w:widowControl w:val="0"/>
            </w:pPr>
            <w:r w:rsidRPr="00D31D98">
              <w:rPr>
                <w:szCs w:val="24"/>
              </w:rPr>
              <w:t xml:space="preserve">➢ svi profesori hrvatskoga jezika (Melita </w:t>
            </w:r>
            <w:proofErr w:type="spellStart"/>
            <w:r w:rsidRPr="00D31D98">
              <w:rPr>
                <w:szCs w:val="24"/>
              </w:rPr>
              <w:t>Fišer</w:t>
            </w:r>
            <w:proofErr w:type="spellEnd"/>
            <w:r w:rsidRPr="00D31D98">
              <w:rPr>
                <w:szCs w:val="24"/>
              </w:rPr>
              <w:t>)</w:t>
            </w:r>
          </w:p>
          <w:p w14:paraId="150BE450" w14:textId="77777777" w:rsidR="001865F2" w:rsidRPr="00D31D98" w:rsidRDefault="001865F2" w:rsidP="00966809">
            <w:pPr>
              <w:widowControl w:val="0"/>
            </w:pPr>
            <w:r w:rsidRPr="00D31D98">
              <w:rPr>
                <w:szCs w:val="24"/>
              </w:rPr>
              <w:t>➢ paziti na disciplinu učenika tijekom kazališnih predstava</w:t>
            </w:r>
          </w:p>
        </w:tc>
      </w:tr>
      <w:tr w:rsidR="001865F2" w:rsidRPr="00D31D98" w14:paraId="4269B4EC" w14:textId="77777777" w:rsidTr="00966809">
        <w:trPr>
          <w:cantSplit/>
        </w:trPr>
        <w:tc>
          <w:tcPr>
            <w:tcW w:w="2381" w:type="dxa"/>
            <w:vAlign w:val="center"/>
          </w:tcPr>
          <w:p w14:paraId="0814261A"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080657A4" w14:textId="77777777" w:rsidR="001865F2" w:rsidRPr="00D31D98" w:rsidRDefault="001865F2" w:rsidP="00966809">
            <w:pPr>
              <w:widowControl w:val="0"/>
            </w:pPr>
            <w:r w:rsidRPr="00D31D98">
              <w:rPr>
                <w:szCs w:val="24"/>
              </w:rPr>
              <w:t>➢ tijekom školske godine 2026./2027. organizira se odlazak na četiri kazališne predstave</w:t>
            </w:r>
          </w:p>
          <w:p w14:paraId="765CD7C9" w14:textId="77777777" w:rsidR="001865F2" w:rsidRPr="00D31D98" w:rsidRDefault="001865F2" w:rsidP="00966809">
            <w:pPr>
              <w:widowControl w:val="0"/>
            </w:pPr>
            <w:r w:rsidRPr="00D31D98">
              <w:rPr>
                <w:szCs w:val="24"/>
              </w:rPr>
              <w:t>➢ učenici se za posjet kazalištu opredjeljuju prema osobnim interesima i mogućnostima</w:t>
            </w:r>
          </w:p>
          <w:p w14:paraId="62CF3679" w14:textId="77777777" w:rsidR="001865F2" w:rsidRPr="00D31D98" w:rsidRDefault="001865F2" w:rsidP="00966809">
            <w:pPr>
              <w:widowControl w:val="0"/>
            </w:pPr>
            <w:r w:rsidRPr="00D31D98">
              <w:rPr>
                <w:szCs w:val="24"/>
              </w:rPr>
              <w:t>➢ izbor predstava određuju voditelji tijekom godine nakon što kazalište objavi svoj godišnji program</w:t>
            </w:r>
          </w:p>
        </w:tc>
      </w:tr>
      <w:tr w:rsidR="001865F2" w:rsidRPr="00D31D98" w14:paraId="1F720610" w14:textId="77777777" w:rsidTr="00966809">
        <w:trPr>
          <w:cantSplit/>
        </w:trPr>
        <w:tc>
          <w:tcPr>
            <w:tcW w:w="2381" w:type="dxa"/>
            <w:vAlign w:val="center"/>
          </w:tcPr>
          <w:p w14:paraId="6C4E89F6"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1C0FA678" w14:textId="77777777" w:rsidR="001865F2" w:rsidRPr="00D31D98" w:rsidRDefault="001865F2" w:rsidP="00966809">
            <w:pPr>
              <w:widowControl w:val="0"/>
            </w:pPr>
            <w:r w:rsidRPr="00D31D98">
              <w:rPr>
                <w:szCs w:val="24"/>
              </w:rPr>
              <w:t>➢ nije određen, postavlja se prema ponudi predstava u kazališnoj sezoni</w:t>
            </w:r>
          </w:p>
        </w:tc>
      </w:tr>
      <w:tr w:rsidR="001865F2" w:rsidRPr="00D31D98" w14:paraId="7AB8D55B" w14:textId="77777777" w:rsidTr="00966809">
        <w:trPr>
          <w:cantSplit/>
        </w:trPr>
        <w:tc>
          <w:tcPr>
            <w:tcW w:w="2381" w:type="dxa"/>
            <w:vAlign w:val="center"/>
          </w:tcPr>
          <w:p w14:paraId="745F5DB0" w14:textId="77777777" w:rsidR="001865F2" w:rsidRPr="00D31D98" w:rsidRDefault="001865F2" w:rsidP="00966809">
            <w:pPr>
              <w:widowControl w:val="0"/>
              <w:rPr>
                <w:b/>
              </w:rPr>
            </w:pPr>
            <w:r w:rsidRPr="00D31D98">
              <w:rPr>
                <w:b/>
                <w:bCs/>
                <w:szCs w:val="24"/>
              </w:rPr>
              <w:t>Detaljan troškovnik aktivnosti</w:t>
            </w:r>
          </w:p>
        </w:tc>
        <w:tc>
          <w:tcPr>
            <w:tcW w:w="6690" w:type="dxa"/>
            <w:vAlign w:val="center"/>
          </w:tcPr>
          <w:p w14:paraId="099A2CE4" w14:textId="77777777" w:rsidR="001865F2" w:rsidRPr="00D31D98" w:rsidRDefault="001865F2" w:rsidP="00966809">
            <w:pPr>
              <w:widowControl w:val="0"/>
            </w:pPr>
            <w:r w:rsidRPr="00D31D98">
              <w:rPr>
                <w:szCs w:val="24"/>
              </w:rPr>
              <w:t>➢ posjet kazalištu organizira Gimnazija, a troškove kazališnih ulaznica snose učenici</w:t>
            </w:r>
          </w:p>
        </w:tc>
      </w:tr>
      <w:tr w:rsidR="001865F2" w:rsidRPr="00D31D98" w14:paraId="3C5C6406" w14:textId="77777777" w:rsidTr="00966809">
        <w:trPr>
          <w:cantSplit/>
        </w:trPr>
        <w:tc>
          <w:tcPr>
            <w:tcW w:w="2381" w:type="dxa"/>
            <w:vAlign w:val="center"/>
          </w:tcPr>
          <w:p w14:paraId="1FDDFC8C"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222E3D56" w14:textId="77777777" w:rsidR="001865F2" w:rsidRPr="00D31D98" w:rsidRDefault="001865F2" w:rsidP="00966809">
            <w:pPr>
              <w:widowControl w:val="0"/>
            </w:pPr>
            <w:r w:rsidRPr="00D31D98">
              <w:rPr>
                <w:szCs w:val="24"/>
              </w:rPr>
              <w:t>➢ analiza i vrednovanja u okviru analize provedbe godišnjeg plana i programa</w:t>
            </w:r>
          </w:p>
          <w:p w14:paraId="62F3C1BD" w14:textId="77777777" w:rsidR="001865F2" w:rsidRPr="00D31D98" w:rsidRDefault="001865F2" w:rsidP="00966809">
            <w:pPr>
              <w:widowControl w:val="0"/>
            </w:pPr>
            <w:r w:rsidRPr="00D31D98">
              <w:rPr>
                <w:szCs w:val="24"/>
              </w:rPr>
              <w:t xml:space="preserve">➢ pisanje i vrednovanje eseja na temu </w:t>
            </w:r>
            <w:proofErr w:type="spellStart"/>
            <w:r w:rsidRPr="00D31D98">
              <w:rPr>
                <w:szCs w:val="24"/>
              </w:rPr>
              <w:t>odgledanih</w:t>
            </w:r>
            <w:proofErr w:type="spellEnd"/>
            <w:r w:rsidRPr="00D31D98">
              <w:rPr>
                <w:szCs w:val="24"/>
              </w:rPr>
              <w:t xml:space="preserve"> predstava</w:t>
            </w:r>
          </w:p>
        </w:tc>
      </w:tr>
    </w:tbl>
    <w:p w14:paraId="3F76176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3A8A0D3" w14:textId="77777777" w:rsidTr="00966809">
        <w:trPr>
          <w:cantSplit/>
        </w:trPr>
        <w:tc>
          <w:tcPr>
            <w:tcW w:w="2381" w:type="dxa"/>
            <w:vAlign w:val="center"/>
          </w:tcPr>
          <w:p w14:paraId="306C2FAB"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16D92E1" w14:textId="77777777" w:rsidR="001865F2" w:rsidRPr="00D31D98" w:rsidRDefault="001865F2" w:rsidP="00966809">
            <w:pPr>
              <w:keepNext/>
              <w:widowControl w:val="0"/>
              <w:rPr>
                <w:b/>
              </w:rPr>
            </w:pPr>
            <w:proofErr w:type="spellStart"/>
            <w:r w:rsidRPr="00D31D98">
              <w:rPr>
                <w:b/>
                <w:bCs/>
                <w:szCs w:val="24"/>
              </w:rPr>
              <w:t>Izvanučionička</w:t>
            </w:r>
            <w:proofErr w:type="spellEnd"/>
            <w:r w:rsidRPr="00D31D98">
              <w:rPr>
                <w:b/>
                <w:bCs/>
                <w:szCs w:val="24"/>
              </w:rPr>
              <w:t xml:space="preserve"> nastava</w:t>
            </w:r>
          </w:p>
        </w:tc>
      </w:tr>
      <w:tr w:rsidR="001865F2" w:rsidRPr="00D31D98" w14:paraId="53DDD3AF" w14:textId="77777777" w:rsidTr="00966809">
        <w:trPr>
          <w:cantSplit/>
        </w:trPr>
        <w:tc>
          <w:tcPr>
            <w:tcW w:w="2381" w:type="dxa"/>
            <w:vAlign w:val="center"/>
          </w:tcPr>
          <w:p w14:paraId="172E8563"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6EBFEC6C" w14:textId="77777777" w:rsidR="001865F2" w:rsidRPr="00D31D98" w:rsidRDefault="001865F2" w:rsidP="00966809">
            <w:pPr>
              <w:widowControl w:val="0"/>
            </w:pPr>
            <w:r w:rsidRPr="00D31D98">
              <w:rPr>
                <w:szCs w:val="24"/>
              </w:rPr>
              <w:t xml:space="preserve">Suradnja s lokalnom zajednicom i drugim ustanovama. </w:t>
            </w:r>
            <w:proofErr w:type="spellStart"/>
            <w:r w:rsidRPr="00D31D98">
              <w:rPr>
                <w:szCs w:val="24"/>
              </w:rPr>
              <w:t>Izvanučionička</w:t>
            </w:r>
            <w:proofErr w:type="spellEnd"/>
            <w:r w:rsidRPr="00D31D98">
              <w:rPr>
                <w:szCs w:val="24"/>
              </w:rPr>
              <w:t xml:space="preserve"> nastava ostvarivat će se posjetima različitim tematskih izložbama i/ili događanjima</w:t>
            </w:r>
          </w:p>
        </w:tc>
      </w:tr>
      <w:tr w:rsidR="001865F2" w:rsidRPr="00D31D98" w14:paraId="6DCFD84A" w14:textId="77777777" w:rsidTr="00966809">
        <w:trPr>
          <w:cantSplit/>
        </w:trPr>
        <w:tc>
          <w:tcPr>
            <w:tcW w:w="2381" w:type="dxa"/>
            <w:vAlign w:val="center"/>
          </w:tcPr>
          <w:p w14:paraId="000EC282"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5148B836" w14:textId="77777777" w:rsidR="001865F2" w:rsidRPr="00D31D98" w:rsidRDefault="001865F2" w:rsidP="00966809">
            <w:pPr>
              <w:widowControl w:val="0"/>
            </w:pPr>
            <w:r w:rsidRPr="00D31D98">
              <w:rPr>
                <w:szCs w:val="24"/>
              </w:rPr>
              <w:t>Promicati STEM područje znanosti. Zainteresirati učenike za informatičke sadržaje.</w:t>
            </w:r>
          </w:p>
        </w:tc>
      </w:tr>
      <w:tr w:rsidR="001865F2" w:rsidRPr="00D31D98" w14:paraId="7D3ADF5B" w14:textId="77777777" w:rsidTr="00966809">
        <w:trPr>
          <w:cantSplit/>
        </w:trPr>
        <w:tc>
          <w:tcPr>
            <w:tcW w:w="2381" w:type="dxa"/>
            <w:vAlign w:val="center"/>
          </w:tcPr>
          <w:p w14:paraId="59A99334"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598129B3" w14:textId="77777777" w:rsidR="001865F2" w:rsidRPr="00D31D98" w:rsidRDefault="001865F2" w:rsidP="00966809">
            <w:pPr>
              <w:widowControl w:val="0"/>
            </w:pPr>
            <w:r w:rsidRPr="00D31D98">
              <w:rPr>
                <w:szCs w:val="24"/>
              </w:rPr>
              <w:t>Članovi aktiva informatike</w:t>
            </w:r>
          </w:p>
          <w:p w14:paraId="4B29A2E0" w14:textId="77777777" w:rsidR="001865F2" w:rsidRPr="00D31D98" w:rsidRDefault="001865F2" w:rsidP="00966809">
            <w:pPr>
              <w:widowControl w:val="0"/>
            </w:pPr>
            <w:r w:rsidRPr="00D31D98">
              <w:rPr>
                <w:szCs w:val="24"/>
              </w:rPr>
              <w:t>Škola, učenici, organizatori manifestacija.</w:t>
            </w:r>
          </w:p>
          <w:p w14:paraId="175A45F7" w14:textId="77777777" w:rsidR="001865F2" w:rsidRPr="00D31D98" w:rsidRDefault="001865F2" w:rsidP="00966809">
            <w:pPr>
              <w:widowControl w:val="0"/>
            </w:pPr>
            <w:r w:rsidRPr="00D31D98">
              <w:rPr>
                <w:szCs w:val="24"/>
              </w:rPr>
              <w:t>Nositelj aktivnosti izrađuje izvještaj o aktivnosti.</w:t>
            </w:r>
          </w:p>
        </w:tc>
      </w:tr>
      <w:tr w:rsidR="001865F2" w:rsidRPr="00D31D98" w14:paraId="2F8B3B2A" w14:textId="77777777" w:rsidTr="00966809">
        <w:trPr>
          <w:cantSplit/>
        </w:trPr>
        <w:tc>
          <w:tcPr>
            <w:tcW w:w="2381" w:type="dxa"/>
            <w:vAlign w:val="center"/>
          </w:tcPr>
          <w:p w14:paraId="5697A2F7"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1253AFC8" w14:textId="77777777" w:rsidR="001865F2" w:rsidRPr="00D31D98" w:rsidRDefault="001865F2" w:rsidP="00966809">
            <w:pPr>
              <w:widowControl w:val="0"/>
            </w:pPr>
            <w:r w:rsidRPr="00D31D98">
              <w:rPr>
                <w:szCs w:val="24"/>
              </w:rPr>
              <w:t>Posjete ustanovama, izložbama, predavanjima i radionicama.</w:t>
            </w:r>
          </w:p>
        </w:tc>
      </w:tr>
      <w:tr w:rsidR="001865F2" w:rsidRPr="00D31D98" w14:paraId="7F716C84" w14:textId="77777777" w:rsidTr="00966809">
        <w:trPr>
          <w:cantSplit/>
        </w:trPr>
        <w:tc>
          <w:tcPr>
            <w:tcW w:w="2381" w:type="dxa"/>
            <w:vAlign w:val="center"/>
          </w:tcPr>
          <w:p w14:paraId="0B6973E2"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678F4C5D" w14:textId="77777777" w:rsidR="001865F2" w:rsidRPr="00D31D98" w:rsidRDefault="001865F2" w:rsidP="00966809">
            <w:pPr>
              <w:widowControl w:val="0"/>
            </w:pPr>
            <w:r w:rsidRPr="00D31D98">
              <w:rPr>
                <w:szCs w:val="24"/>
              </w:rPr>
              <w:t>Od rujna 2026. do lipnja 2027.</w:t>
            </w:r>
          </w:p>
        </w:tc>
      </w:tr>
      <w:tr w:rsidR="001865F2" w:rsidRPr="00D31D98" w14:paraId="5D1BCA1F" w14:textId="77777777" w:rsidTr="00966809">
        <w:trPr>
          <w:cantSplit/>
        </w:trPr>
        <w:tc>
          <w:tcPr>
            <w:tcW w:w="2381" w:type="dxa"/>
            <w:vAlign w:val="center"/>
          </w:tcPr>
          <w:p w14:paraId="3D5CF0E6"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31928597" w14:textId="77777777" w:rsidR="001865F2" w:rsidRPr="00D31D98" w:rsidRDefault="001865F2" w:rsidP="00966809">
            <w:pPr>
              <w:widowControl w:val="0"/>
            </w:pPr>
            <w:r w:rsidRPr="00D31D98">
              <w:rPr>
                <w:szCs w:val="24"/>
              </w:rPr>
              <w:t>Ulaznice, prijevoz</w:t>
            </w:r>
          </w:p>
        </w:tc>
      </w:tr>
      <w:tr w:rsidR="001865F2" w:rsidRPr="00D31D98" w14:paraId="47088E45" w14:textId="77777777" w:rsidTr="00966809">
        <w:trPr>
          <w:cantSplit/>
        </w:trPr>
        <w:tc>
          <w:tcPr>
            <w:tcW w:w="2381" w:type="dxa"/>
            <w:vAlign w:val="center"/>
          </w:tcPr>
          <w:p w14:paraId="0E25E00E"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5E1135ED" w14:textId="77777777" w:rsidR="001865F2" w:rsidRPr="00D31D98" w:rsidRDefault="001865F2" w:rsidP="00966809">
            <w:pPr>
              <w:widowControl w:val="0"/>
            </w:pPr>
            <w:r w:rsidRPr="00D31D98">
              <w:rPr>
                <w:szCs w:val="24"/>
              </w:rPr>
              <w:t>Formativno vrednovanje. Vrednovanje će se temeljiti na osnovi uključenosti i motiviranosti učenika.</w:t>
            </w:r>
          </w:p>
          <w:p w14:paraId="554EB1D1" w14:textId="77777777" w:rsidR="001865F2" w:rsidRPr="00D31D98" w:rsidRDefault="001865F2" w:rsidP="00966809">
            <w:pPr>
              <w:widowControl w:val="0"/>
            </w:pPr>
            <w:r w:rsidRPr="00D31D98">
              <w:rPr>
                <w:szCs w:val="24"/>
              </w:rPr>
              <w:t>Izvješća, radionice, ankete, razgovor</w:t>
            </w:r>
          </w:p>
        </w:tc>
      </w:tr>
    </w:tbl>
    <w:p w14:paraId="2E46C3C3"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FA735B1" w14:textId="77777777" w:rsidTr="00966809">
        <w:trPr>
          <w:cantSplit/>
        </w:trPr>
        <w:tc>
          <w:tcPr>
            <w:tcW w:w="2381" w:type="dxa"/>
            <w:vAlign w:val="center"/>
          </w:tcPr>
          <w:p w14:paraId="6BD0C962"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3CAA19F" w14:textId="77777777" w:rsidR="001865F2" w:rsidRPr="00D31D98" w:rsidRDefault="001865F2" w:rsidP="00966809">
            <w:pPr>
              <w:keepNext/>
              <w:widowControl w:val="0"/>
              <w:rPr>
                <w:b/>
              </w:rPr>
            </w:pPr>
            <w:r w:rsidRPr="00D31D98">
              <w:rPr>
                <w:b/>
                <w:bCs/>
                <w:szCs w:val="24"/>
              </w:rPr>
              <w:t>IZVANUČIONIČKA NASTAVA-ENGLESKI JEZIK</w:t>
            </w:r>
          </w:p>
        </w:tc>
      </w:tr>
      <w:tr w:rsidR="001865F2" w:rsidRPr="00D31D98" w14:paraId="3AC5BE9E" w14:textId="77777777" w:rsidTr="00966809">
        <w:trPr>
          <w:cantSplit/>
        </w:trPr>
        <w:tc>
          <w:tcPr>
            <w:tcW w:w="2381" w:type="dxa"/>
            <w:vAlign w:val="center"/>
          </w:tcPr>
          <w:p w14:paraId="5CC3947A" w14:textId="77777777" w:rsidR="001865F2" w:rsidRPr="00D31D98" w:rsidRDefault="001865F2" w:rsidP="00966809">
            <w:pPr>
              <w:widowControl w:val="0"/>
              <w:rPr>
                <w:b/>
              </w:rPr>
            </w:pPr>
            <w:r w:rsidRPr="00D31D98">
              <w:rPr>
                <w:b/>
                <w:bCs/>
                <w:szCs w:val="24"/>
              </w:rPr>
              <w:t>Ciljevi</w:t>
            </w:r>
          </w:p>
        </w:tc>
        <w:tc>
          <w:tcPr>
            <w:tcW w:w="6690" w:type="dxa"/>
            <w:vAlign w:val="center"/>
          </w:tcPr>
          <w:p w14:paraId="5623E99B" w14:textId="77777777" w:rsidR="001865F2" w:rsidRPr="00D31D98" w:rsidRDefault="001865F2" w:rsidP="00966809">
            <w:pPr>
              <w:widowControl w:val="0"/>
            </w:pPr>
            <w:r w:rsidRPr="00D31D98">
              <w:rPr>
                <w:szCs w:val="24"/>
              </w:rPr>
              <w:t>Suradnja s izvornim govornicima i kulturom</w:t>
            </w:r>
          </w:p>
        </w:tc>
      </w:tr>
      <w:tr w:rsidR="001865F2" w:rsidRPr="00D31D98" w14:paraId="47C46825" w14:textId="77777777" w:rsidTr="00966809">
        <w:trPr>
          <w:cantSplit/>
        </w:trPr>
        <w:tc>
          <w:tcPr>
            <w:tcW w:w="2381" w:type="dxa"/>
            <w:vAlign w:val="center"/>
          </w:tcPr>
          <w:p w14:paraId="4F2E8F0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8322BBA" w14:textId="77777777" w:rsidR="001865F2" w:rsidRPr="00D31D98" w:rsidRDefault="001865F2" w:rsidP="00966809">
            <w:pPr>
              <w:widowControl w:val="0"/>
            </w:pPr>
            <w:r w:rsidRPr="00D31D98">
              <w:rPr>
                <w:szCs w:val="24"/>
              </w:rPr>
              <w:t>Jezično-komunikacijsko područje</w:t>
            </w:r>
          </w:p>
        </w:tc>
      </w:tr>
      <w:tr w:rsidR="001865F2" w:rsidRPr="00D31D98" w14:paraId="2139C83C" w14:textId="77777777" w:rsidTr="00966809">
        <w:trPr>
          <w:cantSplit/>
        </w:trPr>
        <w:tc>
          <w:tcPr>
            <w:tcW w:w="2381" w:type="dxa"/>
            <w:vAlign w:val="center"/>
          </w:tcPr>
          <w:p w14:paraId="54DC2AA8"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D5D595B" w14:textId="77777777" w:rsidR="001865F2" w:rsidRPr="00D31D98" w:rsidRDefault="001865F2" w:rsidP="00966809">
            <w:pPr>
              <w:widowControl w:val="0"/>
            </w:pPr>
            <w:r w:rsidRPr="00D31D98">
              <w:rPr>
                <w:szCs w:val="24"/>
              </w:rPr>
              <w:t>Škola, učenici, organizatori aktivnosti</w:t>
            </w:r>
          </w:p>
        </w:tc>
      </w:tr>
      <w:tr w:rsidR="001865F2" w:rsidRPr="00D31D98" w14:paraId="47679AEF" w14:textId="77777777" w:rsidTr="00966809">
        <w:trPr>
          <w:cantSplit/>
        </w:trPr>
        <w:tc>
          <w:tcPr>
            <w:tcW w:w="2381" w:type="dxa"/>
            <w:vAlign w:val="center"/>
          </w:tcPr>
          <w:p w14:paraId="40C366E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34FCC91" w14:textId="77777777" w:rsidR="001865F2" w:rsidRPr="00D31D98" w:rsidRDefault="001865F2" w:rsidP="00966809">
            <w:pPr>
              <w:widowControl w:val="0"/>
            </w:pPr>
            <w:r w:rsidRPr="00D31D98">
              <w:rPr>
                <w:szCs w:val="24"/>
              </w:rPr>
              <w:t>Posjeti koncertima, izložbama, predstavama, koncertima</w:t>
            </w:r>
          </w:p>
        </w:tc>
      </w:tr>
      <w:tr w:rsidR="001865F2" w:rsidRPr="00D31D98" w14:paraId="340C93DC" w14:textId="77777777" w:rsidTr="00966809">
        <w:trPr>
          <w:cantSplit/>
        </w:trPr>
        <w:tc>
          <w:tcPr>
            <w:tcW w:w="2381" w:type="dxa"/>
            <w:vAlign w:val="center"/>
          </w:tcPr>
          <w:p w14:paraId="6CAFAED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AD47801" w14:textId="77777777" w:rsidR="001865F2" w:rsidRPr="00D31D98" w:rsidRDefault="001865F2" w:rsidP="00966809">
            <w:pPr>
              <w:widowControl w:val="0"/>
            </w:pPr>
            <w:r w:rsidRPr="00D31D98">
              <w:rPr>
                <w:szCs w:val="24"/>
              </w:rPr>
              <w:t>Tijekom nastavne godine</w:t>
            </w:r>
          </w:p>
        </w:tc>
      </w:tr>
      <w:tr w:rsidR="001865F2" w:rsidRPr="00D31D98" w14:paraId="54E6A8DB" w14:textId="77777777" w:rsidTr="00966809">
        <w:trPr>
          <w:cantSplit/>
        </w:trPr>
        <w:tc>
          <w:tcPr>
            <w:tcW w:w="2381" w:type="dxa"/>
            <w:vAlign w:val="center"/>
          </w:tcPr>
          <w:p w14:paraId="61911C10" w14:textId="77777777" w:rsidR="001865F2" w:rsidRPr="00D31D98" w:rsidRDefault="001865F2" w:rsidP="00966809">
            <w:pPr>
              <w:widowControl w:val="0"/>
              <w:rPr>
                <w:b/>
              </w:rPr>
            </w:pPr>
            <w:r w:rsidRPr="00D31D98">
              <w:rPr>
                <w:b/>
                <w:bCs/>
                <w:szCs w:val="24"/>
              </w:rPr>
              <w:t>Troškovnik</w:t>
            </w:r>
          </w:p>
        </w:tc>
        <w:tc>
          <w:tcPr>
            <w:tcW w:w="6690" w:type="dxa"/>
            <w:vAlign w:val="center"/>
          </w:tcPr>
          <w:p w14:paraId="16EE740C" w14:textId="77777777" w:rsidR="001865F2" w:rsidRPr="00D31D98" w:rsidRDefault="001865F2" w:rsidP="00966809">
            <w:pPr>
              <w:widowControl w:val="0"/>
            </w:pPr>
            <w:r w:rsidRPr="00D31D98">
              <w:rPr>
                <w:szCs w:val="24"/>
              </w:rPr>
              <w:t>Ulaznice, prijevozne karte</w:t>
            </w:r>
          </w:p>
        </w:tc>
      </w:tr>
      <w:tr w:rsidR="001865F2" w:rsidRPr="00D31D98" w14:paraId="1D089C5E" w14:textId="77777777" w:rsidTr="00966809">
        <w:trPr>
          <w:cantSplit/>
        </w:trPr>
        <w:tc>
          <w:tcPr>
            <w:tcW w:w="2381" w:type="dxa"/>
            <w:vAlign w:val="center"/>
          </w:tcPr>
          <w:p w14:paraId="2FE8B1C0"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CF7E493" w14:textId="77777777" w:rsidR="001865F2" w:rsidRPr="00D31D98" w:rsidRDefault="001865F2" w:rsidP="00966809">
            <w:pPr>
              <w:widowControl w:val="0"/>
            </w:pPr>
            <w:r w:rsidRPr="00D31D98">
              <w:rPr>
                <w:szCs w:val="24"/>
              </w:rPr>
              <w:t>Izvješća, razgovori, ankete</w:t>
            </w:r>
          </w:p>
        </w:tc>
      </w:tr>
    </w:tbl>
    <w:p w14:paraId="6E638821" w14:textId="77777777" w:rsidR="001865F2" w:rsidRPr="00D31D98" w:rsidRDefault="001865F2" w:rsidP="001865F2">
      <w:pPr>
        <w:spacing w:after="0"/>
      </w:pPr>
    </w:p>
    <w:p w14:paraId="7B6A4CDA" w14:textId="77777777" w:rsidR="001865F2" w:rsidRPr="00D31D98" w:rsidRDefault="001865F2" w:rsidP="001865F2">
      <w:pPr>
        <w:spacing w:after="120"/>
      </w:pPr>
      <w:proofErr w:type="spellStart"/>
      <w:r w:rsidRPr="00D31D98">
        <w:rPr>
          <w:szCs w:val="24"/>
        </w:rPr>
        <w:t>Izvanučionička</w:t>
      </w:r>
      <w:proofErr w:type="spellEnd"/>
      <w:r w:rsidRPr="00D31D98">
        <w:rPr>
          <w:szCs w:val="24"/>
        </w:rPr>
        <w:t xml:space="preserve"> nastava ostvarivat će se posjetima izložbenim prostorima u Osijeku, Hrvatskoj i inozemstvu (ovisno o izložbenom postavu).</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B53CC3B" w14:textId="77777777" w:rsidTr="00966809">
        <w:trPr>
          <w:cantSplit/>
        </w:trPr>
        <w:tc>
          <w:tcPr>
            <w:tcW w:w="2381" w:type="dxa"/>
            <w:vAlign w:val="center"/>
          </w:tcPr>
          <w:p w14:paraId="38133292"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387C9C1" w14:textId="77777777" w:rsidR="001865F2" w:rsidRPr="00D31D98" w:rsidRDefault="001865F2" w:rsidP="00966809">
            <w:pPr>
              <w:keepNext/>
              <w:widowControl w:val="0"/>
              <w:rPr>
                <w:b/>
              </w:rPr>
            </w:pPr>
            <w:r w:rsidRPr="00D31D98">
              <w:rPr>
                <w:b/>
                <w:bCs/>
                <w:szCs w:val="24"/>
              </w:rPr>
              <w:t>IZVANUČIONIČKA NASTAVA– LIKOVNA UMJETNOST (posjeti izložbama, građevinama )</w:t>
            </w:r>
          </w:p>
        </w:tc>
      </w:tr>
      <w:tr w:rsidR="001865F2" w:rsidRPr="00D31D98" w14:paraId="448C25F6" w14:textId="77777777" w:rsidTr="00966809">
        <w:trPr>
          <w:cantSplit/>
        </w:trPr>
        <w:tc>
          <w:tcPr>
            <w:tcW w:w="2381" w:type="dxa"/>
            <w:vAlign w:val="center"/>
          </w:tcPr>
          <w:p w14:paraId="78CEA21C" w14:textId="77777777" w:rsidR="001865F2" w:rsidRPr="00D31D98" w:rsidRDefault="001865F2" w:rsidP="00966809">
            <w:pPr>
              <w:widowControl w:val="0"/>
              <w:rPr>
                <w:b/>
              </w:rPr>
            </w:pPr>
            <w:r w:rsidRPr="00D31D98">
              <w:rPr>
                <w:b/>
                <w:bCs/>
                <w:szCs w:val="24"/>
              </w:rPr>
              <w:t>Ciljevi</w:t>
            </w:r>
          </w:p>
        </w:tc>
        <w:tc>
          <w:tcPr>
            <w:tcW w:w="6690" w:type="dxa"/>
            <w:vAlign w:val="center"/>
          </w:tcPr>
          <w:p w14:paraId="2A2E1298" w14:textId="77777777" w:rsidR="001865F2" w:rsidRPr="00D31D98" w:rsidRDefault="001865F2" w:rsidP="00966809">
            <w:pPr>
              <w:widowControl w:val="0"/>
            </w:pPr>
            <w:r w:rsidRPr="00D31D98">
              <w:rPr>
                <w:szCs w:val="24"/>
              </w:rPr>
              <w:t>-potaknuti interes za odlazak na izložbe, obilazak javne skulpture i djela arhitekture</w:t>
            </w:r>
          </w:p>
        </w:tc>
      </w:tr>
      <w:tr w:rsidR="001865F2" w:rsidRPr="00D31D98" w14:paraId="7FA57D1A" w14:textId="77777777" w:rsidTr="00966809">
        <w:trPr>
          <w:cantSplit/>
        </w:trPr>
        <w:tc>
          <w:tcPr>
            <w:tcW w:w="2381" w:type="dxa"/>
            <w:vAlign w:val="center"/>
          </w:tcPr>
          <w:p w14:paraId="4F9938EA" w14:textId="77777777" w:rsidR="001865F2" w:rsidRPr="00D31D98" w:rsidRDefault="001865F2" w:rsidP="00966809">
            <w:pPr>
              <w:widowControl w:val="0"/>
              <w:rPr>
                <w:b/>
              </w:rPr>
            </w:pPr>
            <w:r w:rsidRPr="00D31D98">
              <w:rPr>
                <w:b/>
                <w:bCs/>
                <w:szCs w:val="24"/>
              </w:rPr>
              <w:t>Namjena</w:t>
            </w:r>
          </w:p>
        </w:tc>
        <w:tc>
          <w:tcPr>
            <w:tcW w:w="6690" w:type="dxa"/>
            <w:vAlign w:val="center"/>
          </w:tcPr>
          <w:p w14:paraId="44294E16" w14:textId="77777777" w:rsidR="001865F2" w:rsidRPr="00D31D98" w:rsidRDefault="001865F2" w:rsidP="00966809">
            <w:pPr>
              <w:widowControl w:val="0"/>
            </w:pPr>
            <w:r w:rsidRPr="00D31D98">
              <w:rPr>
                <w:szCs w:val="24"/>
              </w:rPr>
              <w:t>Organiziranje posjeta muzejima, galerijama i građevinama te vizualni kontakt učenika s umjetničkim djelima. Aktivan odnos prema zaštiti spomenika</w:t>
            </w:r>
          </w:p>
        </w:tc>
      </w:tr>
      <w:tr w:rsidR="001865F2" w:rsidRPr="00D31D98" w14:paraId="61CA4214" w14:textId="77777777" w:rsidTr="00966809">
        <w:trPr>
          <w:cantSplit/>
        </w:trPr>
        <w:tc>
          <w:tcPr>
            <w:tcW w:w="2381" w:type="dxa"/>
            <w:vAlign w:val="center"/>
          </w:tcPr>
          <w:p w14:paraId="0ABD49DB" w14:textId="77777777" w:rsidR="001865F2" w:rsidRPr="00D31D98" w:rsidRDefault="001865F2" w:rsidP="00966809">
            <w:pPr>
              <w:widowControl w:val="0"/>
              <w:rPr>
                <w:b/>
              </w:rPr>
            </w:pPr>
            <w:r w:rsidRPr="00D31D98">
              <w:rPr>
                <w:b/>
                <w:bCs/>
                <w:szCs w:val="24"/>
              </w:rPr>
              <w:t>Nositelj</w:t>
            </w:r>
          </w:p>
        </w:tc>
        <w:tc>
          <w:tcPr>
            <w:tcW w:w="6690" w:type="dxa"/>
            <w:vAlign w:val="center"/>
          </w:tcPr>
          <w:p w14:paraId="1AC71055"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p>
        </w:tc>
      </w:tr>
      <w:tr w:rsidR="001865F2" w:rsidRPr="00D31D98" w14:paraId="46E66019" w14:textId="77777777" w:rsidTr="00966809">
        <w:trPr>
          <w:cantSplit/>
        </w:trPr>
        <w:tc>
          <w:tcPr>
            <w:tcW w:w="2381" w:type="dxa"/>
            <w:vAlign w:val="center"/>
          </w:tcPr>
          <w:p w14:paraId="2755D1C2"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225CC6CF" w14:textId="77777777" w:rsidR="001865F2" w:rsidRPr="00D31D98" w:rsidRDefault="001865F2" w:rsidP="00966809">
            <w:pPr>
              <w:widowControl w:val="0"/>
            </w:pPr>
            <w:r w:rsidRPr="00D31D98">
              <w:rPr>
                <w:szCs w:val="24"/>
              </w:rPr>
              <w:t>-tijekom godine organizira se nekoliko posjeta izložbenim prostorima ovisno o ponuđenim postavima galerija, muzeja u Osijeku, Hrvatskoj i inozemstvu</w:t>
            </w:r>
          </w:p>
          <w:p w14:paraId="5C43CA0A" w14:textId="77777777" w:rsidR="001865F2" w:rsidRPr="00D31D98" w:rsidRDefault="001865F2" w:rsidP="00966809">
            <w:pPr>
              <w:widowControl w:val="0"/>
            </w:pPr>
            <w:r w:rsidRPr="00D31D98">
              <w:rPr>
                <w:szCs w:val="24"/>
              </w:rPr>
              <w:t>-izbor izložbi određuje voditelj tijekom godine, nakon što muzeji objave svoje godišnje program</w:t>
            </w:r>
          </w:p>
          <w:p w14:paraId="2FAACF7B" w14:textId="77777777" w:rsidR="001865F2" w:rsidRPr="00D31D98" w:rsidRDefault="001865F2" w:rsidP="00966809">
            <w:pPr>
              <w:widowControl w:val="0"/>
            </w:pPr>
            <w:r w:rsidRPr="00D31D98">
              <w:rPr>
                <w:szCs w:val="24"/>
              </w:rPr>
              <w:t>-obilazak građevina, posjeti izložbama provode se uz teme koje se obrađuju</w:t>
            </w:r>
          </w:p>
        </w:tc>
      </w:tr>
      <w:tr w:rsidR="001865F2" w:rsidRPr="00D31D98" w14:paraId="2985AB02" w14:textId="77777777" w:rsidTr="00966809">
        <w:trPr>
          <w:cantSplit/>
        </w:trPr>
        <w:tc>
          <w:tcPr>
            <w:tcW w:w="2381" w:type="dxa"/>
            <w:vAlign w:val="center"/>
          </w:tcPr>
          <w:p w14:paraId="0F0184B0"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84C131A" w14:textId="77777777" w:rsidR="001865F2" w:rsidRPr="00D31D98" w:rsidRDefault="001865F2" w:rsidP="00966809">
            <w:pPr>
              <w:widowControl w:val="0"/>
            </w:pPr>
            <w:proofErr w:type="spellStart"/>
            <w:r w:rsidRPr="00D31D98">
              <w:rPr>
                <w:szCs w:val="24"/>
              </w:rPr>
              <w:t>Vremenik</w:t>
            </w:r>
            <w:proofErr w:type="spellEnd"/>
            <w:r w:rsidRPr="00D31D98">
              <w:rPr>
                <w:szCs w:val="24"/>
              </w:rPr>
              <w:t xml:space="preserve"> nije fiksan, a postavlja se prema ponudi izložbi tijekom godine</w:t>
            </w:r>
          </w:p>
        </w:tc>
      </w:tr>
      <w:tr w:rsidR="001865F2" w:rsidRPr="00D31D98" w14:paraId="59A53FCD" w14:textId="77777777" w:rsidTr="00966809">
        <w:trPr>
          <w:cantSplit/>
        </w:trPr>
        <w:tc>
          <w:tcPr>
            <w:tcW w:w="2381" w:type="dxa"/>
            <w:vAlign w:val="center"/>
          </w:tcPr>
          <w:p w14:paraId="07FE280C" w14:textId="77777777" w:rsidR="001865F2" w:rsidRPr="00D31D98" w:rsidRDefault="001865F2" w:rsidP="00966809">
            <w:pPr>
              <w:widowControl w:val="0"/>
              <w:rPr>
                <w:b/>
              </w:rPr>
            </w:pPr>
            <w:r w:rsidRPr="00D31D98">
              <w:rPr>
                <w:b/>
                <w:bCs/>
                <w:szCs w:val="24"/>
              </w:rPr>
              <w:t>Troškovnik</w:t>
            </w:r>
          </w:p>
        </w:tc>
        <w:tc>
          <w:tcPr>
            <w:tcW w:w="6690" w:type="dxa"/>
            <w:vAlign w:val="center"/>
          </w:tcPr>
          <w:p w14:paraId="3C53104D" w14:textId="77777777" w:rsidR="001865F2" w:rsidRPr="00D31D98" w:rsidRDefault="001865F2" w:rsidP="00966809">
            <w:pPr>
              <w:widowControl w:val="0"/>
            </w:pPr>
            <w:r w:rsidRPr="00D31D98">
              <w:rPr>
                <w:szCs w:val="24"/>
              </w:rPr>
              <w:t>Ulaznice, cijena ovisi o odabiru agencije</w:t>
            </w:r>
          </w:p>
        </w:tc>
      </w:tr>
      <w:tr w:rsidR="001865F2" w:rsidRPr="00D31D98" w14:paraId="74A37D98" w14:textId="77777777" w:rsidTr="00966809">
        <w:trPr>
          <w:cantSplit/>
        </w:trPr>
        <w:tc>
          <w:tcPr>
            <w:tcW w:w="2381" w:type="dxa"/>
            <w:vAlign w:val="center"/>
          </w:tcPr>
          <w:p w14:paraId="338D6F8B"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53FCF9B1" w14:textId="77777777" w:rsidR="001865F2" w:rsidRPr="00D31D98" w:rsidRDefault="001865F2" w:rsidP="00966809">
            <w:pPr>
              <w:widowControl w:val="0"/>
            </w:pPr>
            <w:r w:rsidRPr="00D31D98">
              <w:rPr>
                <w:szCs w:val="24"/>
              </w:rPr>
              <w:t>-učenički rad vrednuje se na nastavi</w:t>
            </w:r>
          </w:p>
          <w:p w14:paraId="2B03DF1B" w14:textId="77777777" w:rsidR="001865F2" w:rsidRPr="00D31D98" w:rsidRDefault="001865F2" w:rsidP="00966809">
            <w:pPr>
              <w:widowControl w:val="0"/>
            </w:pPr>
            <w:r w:rsidRPr="00D31D98">
              <w:rPr>
                <w:szCs w:val="24"/>
              </w:rPr>
              <w:t>-razgovori i analiza u neposrednom kontaktu s umjetničkim djelom</w:t>
            </w:r>
          </w:p>
          <w:p w14:paraId="4E92E68D" w14:textId="77777777" w:rsidR="001865F2" w:rsidRPr="00D31D98" w:rsidRDefault="001865F2" w:rsidP="00966809">
            <w:pPr>
              <w:widowControl w:val="0"/>
            </w:pPr>
            <w:r w:rsidRPr="00D31D98">
              <w:rPr>
                <w:szCs w:val="24"/>
              </w:rPr>
              <w:t>-kritički stav učenika</w:t>
            </w:r>
          </w:p>
        </w:tc>
      </w:tr>
    </w:tbl>
    <w:p w14:paraId="3F163046"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8225732" w14:textId="77777777" w:rsidTr="00966809">
        <w:trPr>
          <w:cantSplit/>
        </w:trPr>
        <w:tc>
          <w:tcPr>
            <w:tcW w:w="2381" w:type="dxa"/>
            <w:vAlign w:val="center"/>
          </w:tcPr>
          <w:p w14:paraId="5146B13D"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00A59C3" w14:textId="77777777" w:rsidR="001865F2" w:rsidRPr="00D31D98" w:rsidRDefault="001865F2" w:rsidP="00966809">
            <w:pPr>
              <w:keepNext/>
              <w:widowControl w:val="0"/>
              <w:rPr>
                <w:b/>
              </w:rPr>
            </w:pPr>
            <w:r w:rsidRPr="00D31D98">
              <w:rPr>
                <w:b/>
                <w:bCs/>
                <w:szCs w:val="24"/>
              </w:rPr>
              <w:t>TERENSKA NASTAVA – LIKOVNA UMJETNOST ( arhitektura stadiona, kapela sv. Roka u Osijeku, katedrala Sv. Petra i Pavla u Osijeku, secesija u Osijeku, barokna Tvrđa)</w:t>
            </w:r>
          </w:p>
        </w:tc>
      </w:tr>
      <w:tr w:rsidR="001865F2" w:rsidRPr="00D31D98" w14:paraId="57BC39AC" w14:textId="77777777" w:rsidTr="00966809">
        <w:trPr>
          <w:cantSplit/>
        </w:trPr>
        <w:tc>
          <w:tcPr>
            <w:tcW w:w="2381" w:type="dxa"/>
            <w:vAlign w:val="center"/>
          </w:tcPr>
          <w:p w14:paraId="6877EC55" w14:textId="77777777" w:rsidR="001865F2" w:rsidRPr="00D31D98" w:rsidRDefault="001865F2" w:rsidP="00966809">
            <w:pPr>
              <w:widowControl w:val="0"/>
              <w:rPr>
                <w:b/>
              </w:rPr>
            </w:pPr>
            <w:r w:rsidRPr="00D31D98">
              <w:rPr>
                <w:b/>
                <w:bCs/>
                <w:szCs w:val="24"/>
              </w:rPr>
              <w:t>Ciljevi</w:t>
            </w:r>
          </w:p>
        </w:tc>
        <w:tc>
          <w:tcPr>
            <w:tcW w:w="6690" w:type="dxa"/>
            <w:vAlign w:val="center"/>
          </w:tcPr>
          <w:p w14:paraId="5BB26A8B" w14:textId="77777777" w:rsidR="001865F2" w:rsidRPr="00D31D98" w:rsidRDefault="001865F2" w:rsidP="00966809">
            <w:pPr>
              <w:widowControl w:val="0"/>
            </w:pPr>
            <w:r w:rsidRPr="00D31D98">
              <w:rPr>
                <w:szCs w:val="24"/>
              </w:rPr>
              <w:t>-osuvremeniti nastavu istraživačkim radom</w:t>
            </w:r>
          </w:p>
          <w:p w14:paraId="66AE4563" w14:textId="77777777" w:rsidR="001865F2" w:rsidRPr="00D31D98" w:rsidRDefault="001865F2" w:rsidP="00966809">
            <w:pPr>
              <w:widowControl w:val="0"/>
            </w:pPr>
            <w:r w:rsidRPr="00D31D98">
              <w:rPr>
                <w:szCs w:val="24"/>
              </w:rPr>
              <w:t>-povezivanje teorije i vizualnog doživljaja</w:t>
            </w:r>
          </w:p>
          <w:p w14:paraId="46A8E093" w14:textId="77777777" w:rsidR="001865F2" w:rsidRPr="00D31D98" w:rsidRDefault="001865F2" w:rsidP="00966809">
            <w:pPr>
              <w:widowControl w:val="0"/>
            </w:pPr>
            <w:r w:rsidRPr="00D31D98">
              <w:rPr>
                <w:szCs w:val="24"/>
              </w:rPr>
              <w:t>-uvoditi učenike u samostalno istraživanje</w:t>
            </w:r>
          </w:p>
        </w:tc>
      </w:tr>
      <w:tr w:rsidR="001865F2" w:rsidRPr="00D31D98" w14:paraId="1611FC37" w14:textId="77777777" w:rsidTr="00966809">
        <w:trPr>
          <w:cantSplit/>
        </w:trPr>
        <w:tc>
          <w:tcPr>
            <w:tcW w:w="2381" w:type="dxa"/>
            <w:vAlign w:val="center"/>
          </w:tcPr>
          <w:p w14:paraId="6AFD6641" w14:textId="77777777" w:rsidR="001865F2" w:rsidRPr="00D31D98" w:rsidRDefault="001865F2" w:rsidP="00966809">
            <w:pPr>
              <w:widowControl w:val="0"/>
              <w:rPr>
                <w:b/>
              </w:rPr>
            </w:pPr>
            <w:r w:rsidRPr="00D31D98">
              <w:rPr>
                <w:b/>
                <w:bCs/>
                <w:szCs w:val="24"/>
              </w:rPr>
              <w:t>Namjena</w:t>
            </w:r>
          </w:p>
        </w:tc>
        <w:tc>
          <w:tcPr>
            <w:tcW w:w="6690" w:type="dxa"/>
            <w:vAlign w:val="center"/>
          </w:tcPr>
          <w:p w14:paraId="1648C599" w14:textId="77777777" w:rsidR="001865F2" w:rsidRPr="00D31D98" w:rsidRDefault="001865F2" w:rsidP="00966809">
            <w:pPr>
              <w:widowControl w:val="0"/>
            </w:pPr>
            <w:r w:rsidRPr="00D31D98">
              <w:rPr>
                <w:szCs w:val="24"/>
              </w:rPr>
              <w:t>-izvođenje terenske nastave</w:t>
            </w:r>
          </w:p>
          <w:p w14:paraId="00D14D56" w14:textId="77777777" w:rsidR="001865F2" w:rsidRPr="00D31D98" w:rsidRDefault="001865F2" w:rsidP="00966809">
            <w:pPr>
              <w:widowControl w:val="0"/>
            </w:pPr>
            <w:r w:rsidRPr="00D31D98">
              <w:rPr>
                <w:szCs w:val="24"/>
              </w:rPr>
              <w:t>-pripremanje učenika za samostalno istraživanje</w:t>
            </w:r>
          </w:p>
          <w:p w14:paraId="78908C0B" w14:textId="77777777" w:rsidR="001865F2" w:rsidRPr="00D31D98" w:rsidRDefault="001865F2" w:rsidP="00966809">
            <w:pPr>
              <w:widowControl w:val="0"/>
            </w:pPr>
            <w:r w:rsidRPr="00D31D98">
              <w:rPr>
                <w:szCs w:val="24"/>
              </w:rPr>
              <w:t>-razvijanje kreativnosti učenika</w:t>
            </w:r>
          </w:p>
          <w:p w14:paraId="5C597DDA" w14:textId="77777777" w:rsidR="001865F2" w:rsidRPr="00D31D98" w:rsidRDefault="001865F2" w:rsidP="00966809">
            <w:pPr>
              <w:widowControl w:val="0"/>
            </w:pPr>
            <w:r w:rsidRPr="00D31D98">
              <w:rPr>
                <w:szCs w:val="24"/>
              </w:rPr>
              <w:t>-razvijanje pozitivnih odnosa prema kulturnoj baštini</w:t>
            </w:r>
          </w:p>
          <w:p w14:paraId="703E0350" w14:textId="77777777" w:rsidR="001865F2" w:rsidRPr="00D31D98" w:rsidRDefault="001865F2" w:rsidP="00966809">
            <w:pPr>
              <w:widowControl w:val="0"/>
            </w:pPr>
            <w:r w:rsidRPr="00D31D98">
              <w:rPr>
                <w:szCs w:val="24"/>
              </w:rPr>
              <w:t>-međusobna suradnja učenika</w:t>
            </w:r>
          </w:p>
        </w:tc>
      </w:tr>
      <w:tr w:rsidR="001865F2" w:rsidRPr="00D31D98" w14:paraId="024503A0" w14:textId="77777777" w:rsidTr="00966809">
        <w:trPr>
          <w:cantSplit/>
        </w:trPr>
        <w:tc>
          <w:tcPr>
            <w:tcW w:w="2381" w:type="dxa"/>
            <w:vAlign w:val="center"/>
          </w:tcPr>
          <w:p w14:paraId="4B05900A" w14:textId="77777777" w:rsidR="001865F2" w:rsidRPr="00D31D98" w:rsidRDefault="001865F2" w:rsidP="00966809">
            <w:pPr>
              <w:widowControl w:val="0"/>
              <w:rPr>
                <w:b/>
              </w:rPr>
            </w:pPr>
            <w:r w:rsidRPr="00D31D98">
              <w:rPr>
                <w:b/>
                <w:bCs/>
                <w:szCs w:val="24"/>
              </w:rPr>
              <w:t>Nositelj</w:t>
            </w:r>
          </w:p>
        </w:tc>
        <w:tc>
          <w:tcPr>
            <w:tcW w:w="6690" w:type="dxa"/>
            <w:vAlign w:val="center"/>
          </w:tcPr>
          <w:p w14:paraId="2F73A31B"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p>
        </w:tc>
      </w:tr>
      <w:tr w:rsidR="001865F2" w:rsidRPr="00D31D98" w14:paraId="1EA0F747" w14:textId="77777777" w:rsidTr="00966809">
        <w:trPr>
          <w:cantSplit/>
        </w:trPr>
        <w:tc>
          <w:tcPr>
            <w:tcW w:w="2381" w:type="dxa"/>
            <w:vAlign w:val="center"/>
          </w:tcPr>
          <w:p w14:paraId="2CA8C92C"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23A71BB" w14:textId="77777777" w:rsidR="001865F2" w:rsidRPr="00D31D98" w:rsidRDefault="001865F2" w:rsidP="00966809">
            <w:pPr>
              <w:widowControl w:val="0"/>
            </w:pPr>
            <w:r w:rsidRPr="00D31D98">
              <w:rPr>
                <w:szCs w:val="24"/>
              </w:rPr>
              <w:t>-mjesto koje se obilazi</w:t>
            </w:r>
          </w:p>
          <w:p w14:paraId="7729EE1E" w14:textId="77777777" w:rsidR="001865F2" w:rsidRPr="00D31D98" w:rsidRDefault="001865F2" w:rsidP="00966809">
            <w:pPr>
              <w:widowControl w:val="0"/>
            </w:pPr>
            <w:r w:rsidRPr="00D31D98">
              <w:rPr>
                <w:szCs w:val="24"/>
              </w:rPr>
              <w:t>-rad na terenu (prikupljeni materijali i istraživanje)</w:t>
            </w:r>
          </w:p>
        </w:tc>
      </w:tr>
      <w:tr w:rsidR="001865F2" w:rsidRPr="00D31D98" w14:paraId="4AE16AFD" w14:textId="77777777" w:rsidTr="00966809">
        <w:trPr>
          <w:cantSplit/>
        </w:trPr>
        <w:tc>
          <w:tcPr>
            <w:tcW w:w="2381" w:type="dxa"/>
            <w:vAlign w:val="center"/>
          </w:tcPr>
          <w:p w14:paraId="203B145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5892F1F" w14:textId="77777777" w:rsidR="001865F2" w:rsidRPr="00D31D98" w:rsidRDefault="001865F2" w:rsidP="00966809">
            <w:pPr>
              <w:widowControl w:val="0"/>
            </w:pPr>
            <w:r w:rsidRPr="00D31D98">
              <w:rPr>
                <w:szCs w:val="24"/>
              </w:rPr>
              <w:t>sati tijekom školske godine</w:t>
            </w:r>
          </w:p>
        </w:tc>
      </w:tr>
      <w:tr w:rsidR="001865F2" w:rsidRPr="00D31D98" w14:paraId="708BDC43" w14:textId="77777777" w:rsidTr="00966809">
        <w:trPr>
          <w:cantSplit/>
        </w:trPr>
        <w:tc>
          <w:tcPr>
            <w:tcW w:w="2381" w:type="dxa"/>
            <w:vAlign w:val="center"/>
          </w:tcPr>
          <w:p w14:paraId="44D244A0" w14:textId="77777777" w:rsidR="001865F2" w:rsidRPr="00D31D98" w:rsidRDefault="001865F2" w:rsidP="00966809">
            <w:pPr>
              <w:widowControl w:val="0"/>
              <w:rPr>
                <w:b/>
              </w:rPr>
            </w:pPr>
            <w:r w:rsidRPr="00D31D98">
              <w:rPr>
                <w:b/>
                <w:bCs/>
                <w:szCs w:val="24"/>
              </w:rPr>
              <w:t>Troškovnik</w:t>
            </w:r>
          </w:p>
        </w:tc>
        <w:tc>
          <w:tcPr>
            <w:tcW w:w="6690" w:type="dxa"/>
            <w:vAlign w:val="center"/>
          </w:tcPr>
          <w:p w14:paraId="519F8A5C" w14:textId="77777777" w:rsidR="001865F2" w:rsidRPr="00D31D98" w:rsidRDefault="001865F2" w:rsidP="00966809">
            <w:pPr>
              <w:widowControl w:val="0"/>
            </w:pPr>
            <w:r w:rsidRPr="00D31D98">
              <w:rPr>
                <w:szCs w:val="24"/>
              </w:rPr>
              <w:t>aktivnost ne zahtijeva novčana ulaganja</w:t>
            </w:r>
          </w:p>
        </w:tc>
      </w:tr>
      <w:tr w:rsidR="001865F2" w:rsidRPr="00D31D98" w14:paraId="69C47C07" w14:textId="77777777" w:rsidTr="00966809">
        <w:trPr>
          <w:cantSplit/>
        </w:trPr>
        <w:tc>
          <w:tcPr>
            <w:tcW w:w="2381" w:type="dxa"/>
            <w:vAlign w:val="center"/>
          </w:tcPr>
          <w:p w14:paraId="408DE54F"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1EA2E1FD" w14:textId="77777777" w:rsidR="001865F2" w:rsidRPr="00D31D98" w:rsidRDefault="001865F2" w:rsidP="00966809">
            <w:pPr>
              <w:widowControl w:val="0"/>
            </w:pPr>
            <w:r w:rsidRPr="00D31D98">
              <w:rPr>
                <w:szCs w:val="24"/>
              </w:rPr>
              <w:t>vrednovanje od strane profesora i učenika</w:t>
            </w:r>
          </w:p>
        </w:tc>
      </w:tr>
    </w:tbl>
    <w:p w14:paraId="31D6FF9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FF9AB33" w14:textId="77777777" w:rsidTr="00966809">
        <w:trPr>
          <w:cantSplit/>
        </w:trPr>
        <w:tc>
          <w:tcPr>
            <w:tcW w:w="2381" w:type="dxa"/>
            <w:vAlign w:val="center"/>
          </w:tcPr>
          <w:p w14:paraId="20175484"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A120294" w14:textId="77777777" w:rsidR="001865F2" w:rsidRPr="00D31D98" w:rsidRDefault="001865F2" w:rsidP="00966809">
            <w:pPr>
              <w:keepNext/>
              <w:widowControl w:val="0"/>
              <w:rPr>
                <w:b/>
              </w:rPr>
            </w:pPr>
            <w:r w:rsidRPr="00D31D98">
              <w:rPr>
                <w:b/>
                <w:bCs/>
                <w:szCs w:val="24"/>
              </w:rPr>
              <w:t>LABUS vježbe i radionice</w:t>
            </w:r>
          </w:p>
        </w:tc>
      </w:tr>
      <w:tr w:rsidR="001865F2" w:rsidRPr="00D31D98" w14:paraId="51EE6F00" w14:textId="77777777" w:rsidTr="00966809">
        <w:trPr>
          <w:cantSplit/>
        </w:trPr>
        <w:tc>
          <w:tcPr>
            <w:tcW w:w="2381" w:type="dxa"/>
            <w:vAlign w:val="center"/>
          </w:tcPr>
          <w:p w14:paraId="0829AFA7"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42445144" w14:textId="77777777" w:rsidR="001865F2" w:rsidRPr="00D31D98" w:rsidRDefault="001865F2" w:rsidP="00966809">
            <w:pPr>
              <w:widowControl w:val="0"/>
            </w:pPr>
            <w:r w:rsidRPr="00D31D98">
              <w:rPr>
                <w:szCs w:val="24"/>
              </w:rPr>
              <w:t>3.a,b,c,d,e</w:t>
            </w:r>
          </w:p>
        </w:tc>
      </w:tr>
      <w:tr w:rsidR="001865F2" w:rsidRPr="00D31D98" w14:paraId="50CF7233" w14:textId="77777777" w:rsidTr="00966809">
        <w:trPr>
          <w:cantSplit/>
        </w:trPr>
        <w:tc>
          <w:tcPr>
            <w:tcW w:w="2381" w:type="dxa"/>
            <w:vAlign w:val="center"/>
          </w:tcPr>
          <w:p w14:paraId="43252FE9"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04ABE07B" w14:textId="77777777" w:rsidR="001865F2" w:rsidRPr="00D31D98" w:rsidRDefault="001865F2" w:rsidP="00966809">
            <w:pPr>
              <w:widowControl w:val="0"/>
            </w:pPr>
            <w:r w:rsidRPr="00D31D98">
              <w:rPr>
                <w:szCs w:val="24"/>
              </w:rPr>
              <w:t xml:space="preserve">Snježana Novaković, prof., Doris </w:t>
            </w:r>
            <w:proofErr w:type="spellStart"/>
            <w:r w:rsidRPr="00D31D98">
              <w:rPr>
                <w:szCs w:val="24"/>
              </w:rPr>
              <w:t>Portner</w:t>
            </w:r>
            <w:proofErr w:type="spellEnd"/>
            <w:r w:rsidRPr="00D31D98">
              <w:rPr>
                <w:szCs w:val="24"/>
              </w:rPr>
              <w:t xml:space="preserve">, </w:t>
            </w:r>
            <w:proofErr w:type="spellStart"/>
            <w:r w:rsidRPr="00D31D98">
              <w:rPr>
                <w:szCs w:val="24"/>
              </w:rPr>
              <w:t>prof</w:t>
            </w:r>
            <w:proofErr w:type="spellEnd"/>
            <w:r w:rsidRPr="00D31D98">
              <w:rPr>
                <w:szCs w:val="24"/>
              </w:rPr>
              <w:t xml:space="preserve">, Ljiljana Kovačević, prof., Tamara </w:t>
            </w:r>
            <w:proofErr w:type="spellStart"/>
            <w:r w:rsidRPr="00D31D98">
              <w:rPr>
                <w:szCs w:val="24"/>
              </w:rPr>
              <w:t>Gracek-Kardoš</w:t>
            </w:r>
            <w:proofErr w:type="spellEnd"/>
            <w:r w:rsidRPr="00D31D98">
              <w:rPr>
                <w:szCs w:val="24"/>
              </w:rPr>
              <w:t xml:space="preserve">, </w:t>
            </w:r>
            <w:proofErr w:type="spellStart"/>
            <w:r w:rsidRPr="00D31D98">
              <w:rPr>
                <w:szCs w:val="24"/>
              </w:rPr>
              <w:t>prof</w:t>
            </w:r>
            <w:proofErr w:type="spellEnd"/>
          </w:p>
        </w:tc>
      </w:tr>
      <w:tr w:rsidR="001865F2" w:rsidRPr="00D31D98" w14:paraId="7D371335" w14:textId="77777777" w:rsidTr="00966809">
        <w:trPr>
          <w:cantSplit/>
        </w:trPr>
        <w:tc>
          <w:tcPr>
            <w:tcW w:w="2381" w:type="dxa"/>
            <w:vAlign w:val="center"/>
          </w:tcPr>
          <w:p w14:paraId="415CEC1D"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24DAE95B" w14:textId="77777777" w:rsidR="001865F2" w:rsidRPr="00D31D98" w:rsidRDefault="001865F2" w:rsidP="00966809">
            <w:pPr>
              <w:widowControl w:val="0"/>
            </w:pPr>
            <w:r w:rsidRPr="00D31D98">
              <w:rPr>
                <w:szCs w:val="24"/>
              </w:rPr>
              <w:t>Popularizacija STEM područja</w:t>
            </w:r>
          </w:p>
        </w:tc>
      </w:tr>
      <w:tr w:rsidR="001865F2" w:rsidRPr="00D31D98" w14:paraId="0CE6ED18" w14:textId="77777777" w:rsidTr="00966809">
        <w:trPr>
          <w:cantSplit/>
        </w:trPr>
        <w:tc>
          <w:tcPr>
            <w:tcW w:w="2381" w:type="dxa"/>
            <w:vAlign w:val="center"/>
          </w:tcPr>
          <w:p w14:paraId="44E8DF93"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4D5E60A" w14:textId="77777777" w:rsidR="001865F2" w:rsidRPr="00D31D98" w:rsidRDefault="001865F2" w:rsidP="00966809">
            <w:pPr>
              <w:widowControl w:val="0"/>
            </w:pPr>
            <w:r w:rsidRPr="00D31D98">
              <w:rPr>
                <w:szCs w:val="24"/>
              </w:rPr>
              <w:t>Izvođenje radionica u sklopu laboratorija na FERIT-u</w:t>
            </w:r>
          </w:p>
        </w:tc>
      </w:tr>
      <w:tr w:rsidR="001865F2" w:rsidRPr="00D31D98" w14:paraId="679CC82B" w14:textId="77777777" w:rsidTr="00966809">
        <w:trPr>
          <w:cantSplit/>
        </w:trPr>
        <w:tc>
          <w:tcPr>
            <w:tcW w:w="2381" w:type="dxa"/>
            <w:vAlign w:val="center"/>
          </w:tcPr>
          <w:p w14:paraId="122274EF" w14:textId="77777777" w:rsidR="001865F2" w:rsidRPr="00D31D98" w:rsidRDefault="001865F2" w:rsidP="00966809">
            <w:pPr>
              <w:widowControl w:val="0"/>
              <w:rPr>
                <w:b/>
              </w:rPr>
            </w:pPr>
            <w:r w:rsidRPr="00D31D98">
              <w:rPr>
                <w:b/>
                <w:bCs/>
                <w:szCs w:val="24"/>
              </w:rPr>
              <w:lastRenderedPageBreak/>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4EECA5AD" w14:textId="77777777" w:rsidR="001865F2" w:rsidRPr="00D31D98" w:rsidRDefault="001865F2" w:rsidP="00966809">
            <w:pPr>
              <w:widowControl w:val="0"/>
            </w:pPr>
            <w:r w:rsidRPr="00D31D98">
              <w:rPr>
                <w:szCs w:val="24"/>
              </w:rPr>
              <w:t xml:space="preserve">Radionice u kojima sudjeluju </w:t>
            </w:r>
            <w:proofErr w:type="spellStart"/>
            <w:r w:rsidRPr="00D31D98">
              <w:rPr>
                <w:szCs w:val="24"/>
              </w:rPr>
              <w:t>učenicitijekom</w:t>
            </w:r>
            <w:proofErr w:type="spellEnd"/>
            <w:r w:rsidRPr="00D31D98">
              <w:rPr>
                <w:szCs w:val="24"/>
              </w:rPr>
              <w:t xml:space="preserve"> cijele školske godine u dogovoru s FERIT-om.</w:t>
            </w:r>
          </w:p>
        </w:tc>
      </w:tr>
      <w:tr w:rsidR="001865F2" w:rsidRPr="00D31D98" w14:paraId="47633EA5" w14:textId="77777777" w:rsidTr="00966809">
        <w:trPr>
          <w:cantSplit/>
        </w:trPr>
        <w:tc>
          <w:tcPr>
            <w:tcW w:w="2381" w:type="dxa"/>
            <w:vAlign w:val="center"/>
          </w:tcPr>
          <w:p w14:paraId="04B81029"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2450B602" w14:textId="77777777" w:rsidR="001865F2" w:rsidRPr="00D31D98" w:rsidRDefault="001865F2" w:rsidP="00966809">
            <w:pPr>
              <w:widowControl w:val="0"/>
            </w:pPr>
            <w:r w:rsidRPr="00D31D98">
              <w:rPr>
                <w:szCs w:val="24"/>
              </w:rPr>
              <w:t>Opisno praćenje</w:t>
            </w:r>
          </w:p>
        </w:tc>
      </w:tr>
      <w:tr w:rsidR="001865F2" w:rsidRPr="00D31D98" w14:paraId="6E038192" w14:textId="77777777" w:rsidTr="00966809">
        <w:trPr>
          <w:cantSplit/>
        </w:trPr>
        <w:tc>
          <w:tcPr>
            <w:tcW w:w="2381" w:type="dxa"/>
            <w:vAlign w:val="center"/>
          </w:tcPr>
          <w:p w14:paraId="45672A90"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21D8C25C"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D.4/5.2. Suradnja s drugima. Učenik ostvaruje dobru komunikaciju s drugima, uspješno surađuje u različitim situacijama i spreman je zatražiti i ponuditi pomoć.</w:t>
            </w:r>
          </w:p>
          <w:p w14:paraId="13A51A6B"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A.4/5.4. Kritičko mišljenje. Učenik samostalno kritički promišlja i vrednuje ideje.</w:t>
            </w:r>
          </w:p>
          <w:p w14:paraId="3FF329ED" w14:textId="77777777" w:rsidR="001865F2" w:rsidRPr="00D31D98" w:rsidRDefault="001865F2" w:rsidP="00966809">
            <w:pPr>
              <w:widowControl w:val="0"/>
            </w:pPr>
            <w:r w:rsidRPr="00D31D98">
              <w:rPr>
                <w:szCs w:val="24"/>
              </w:rPr>
              <w:t>pod C.4.1. i 4.2. Sudjeluje u projektu ili proizvodnji od ideje do realizacije (nadovezuje se i uključuje elemente očekivanja iz 3. ciklusa)</w:t>
            </w:r>
          </w:p>
          <w:p w14:paraId="6E9C45A2"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D 4.1. Učenik samostalno ili u suradnji s drugima stvara nove sadržaje i ideje ili preoblikuje postojeća digitalna rješenja primjenjujući različite načine za poticanje kreativnosti.</w:t>
            </w:r>
          </w:p>
          <w:p w14:paraId="7C283E33"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4.2. Suradnički uči i radi u timu.</w:t>
            </w:r>
          </w:p>
          <w:p w14:paraId="2EE72F87"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4.3. Preuzima odgovornost za svoje ponašanje.</w:t>
            </w:r>
          </w:p>
          <w:p w14:paraId="76171167" w14:textId="77777777" w:rsidR="001865F2" w:rsidRPr="00D31D98" w:rsidRDefault="001865F2" w:rsidP="00966809">
            <w:pPr>
              <w:widowControl w:val="0"/>
            </w:pPr>
            <w:proofErr w:type="spellStart"/>
            <w:r w:rsidRPr="00D31D98">
              <w:rPr>
                <w:szCs w:val="24"/>
              </w:rPr>
              <w:t>zdr</w:t>
            </w:r>
            <w:proofErr w:type="spellEnd"/>
            <w:r w:rsidRPr="00D31D98">
              <w:rPr>
                <w:szCs w:val="24"/>
              </w:rPr>
              <w:t xml:space="preserve"> B.4.1.B Razvija tolerantan odnos prema drugima .</w:t>
            </w:r>
          </w:p>
        </w:tc>
      </w:tr>
    </w:tbl>
    <w:p w14:paraId="178EA046"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CBA7B98" w14:textId="77777777" w:rsidTr="00966809">
        <w:trPr>
          <w:cantSplit/>
        </w:trPr>
        <w:tc>
          <w:tcPr>
            <w:tcW w:w="2381" w:type="dxa"/>
            <w:vAlign w:val="center"/>
          </w:tcPr>
          <w:p w14:paraId="55A7560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F9B1D2A" w14:textId="77777777" w:rsidR="001865F2" w:rsidRPr="00D31D98" w:rsidRDefault="001865F2" w:rsidP="00966809">
            <w:pPr>
              <w:keepNext/>
              <w:widowControl w:val="0"/>
              <w:rPr>
                <w:b/>
              </w:rPr>
            </w:pPr>
            <w:r w:rsidRPr="00D31D98">
              <w:rPr>
                <w:b/>
                <w:bCs/>
                <w:szCs w:val="24"/>
              </w:rPr>
              <w:t>IZVANUČIONIČKA NASTAVA-ENGLESKI JEZIK</w:t>
            </w:r>
          </w:p>
        </w:tc>
      </w:tr>
      <w:tr w:rsidR="001865F2" w:rsidRPr="00D31D98" w14:paraId="2986016D" w14:textId="77777777" w:rsidTr="00966809">
        <w:trPr>
          <w:cantSplit/>
        </w:trPr>
        <w:tc>
          <w:tcPr>
            <w:tcW w:w="2381" w:type="dxa"/>
            <w:vAlign w:val="center"/>
          </w:tcPr>
          <w:p w14:paraId="29245DEC" w14:textId="77777777" w:rsidR="001865F2" w:rsidRPr="00D31D98" w:rsidRDefault="001865F2" w:rsidP="00966809">
            <w:pPr>
              <w:widowControl w:val="0"/>
              <w:rPr>
                <w:b/>
              </w:rPr>
            </w:pPr>
            <w:r w:rsidRPr="00D31D98">
              <w:rPr>
                <w:b/>
                <w:bCs/>
                <w:szCs w:val="24"/>
              </w:rPr>
              <w:t>Ciljevi</w:t>
            </w:r>
          </w:p>
        </w:tc>
        <w:tc>
          <w:tcPr>
            <w:tcW w:w="6690" w:type="dxa"/>
            <w:vAlign w:val="center"/>
          </w:tcPr>
          <w:p w14:paraId="7333E931" w14:textId="77777777" w:rsidR="001865F2" w:rsidRPr="00D31D98" w:rsidRDefault="001865F2" w:rsidP="00966809">
            <w:pPr>
              <w:widowControl w:val="0"/>
            </w:pPr>
            <w:r w:rsidRPr="00D31D98">
              <w:rPr>
                <w:szCs w:val="24"/>
              </w:rPr>
              <w:t>Suradnja s izvornim govornicima i kulturom</w:t>
            </w:r>
          </w:p>
        </w:tc>
      </w:tr>
      <w:tr w:rsidR="001865F2" w:rsidRPr="00D31D98" w14:paraId="066A445E" w14:textId="77777777" w:rsidTr="00966809">
        <w:trPr>
          <w:cantSplit/>
        </w:trPr>
        <w:tc>
          <w:tcPr>
            <w:tcW w:w="2381" w:type="dxa"/>
            <w:vAlign w:val="center"/>
          </w:tcPr>
          <w:p w14:paraId="14F1798F"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ED116F4" w14:textId="77777777" w:rsidR="001865F2" w:rsidRPr="00D31D98" w:rsidRDefault="001865F2" w:rsidP="00966809">
            <w:pPr>
              <w:widowControl w:val="0"/>
            </w:pPr>
            <w:r w:rsidRPr="00D31D98">
              <w:rPr>
                <w:szCs w:val="24"/>
              </w:rPr>
              <w:t>Jezično-komunikacijsko područje</w:t>
            </w:r>
          </w:p>
        </w:tc>
      </w:tr>
      <w:tr w:rsidR="001865F2" w:rsidRPr="00D31D98" w14:paraId="43935C45" w14:textId="77777777" w:rsidTr="00966809">
        <w:trPr>
          <w:cantSplit/>
        </w:trPr>
        <w:tc>
          <w:tcPr>
            <w:tcW w:w="2381" w:type="dxa"/>
            <w:vAlign w:val="center"/>
          </w:tcPr>
          <w:p w14:paraId="35CD86B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28B50526" w14:textId="77777777" w:rsidR="001865F2" w:rsidRPr="00D31D98" w:rsidRDefault="001865F2" w:rsidP="00966809">
            <w:pPr>
              <w:widowControl w:val="0"/>
            </w:pPr>
            <w:r w:rsidRPr="00D31D98">
              <w:rPr>
                <w:szCs w:val="24"/>
              </w:rPr>
              <w:t>Škola, učenici, organizatori aktivnosti</w:t>
            </w:r>
          </w:p>
        </w:tc>
      </w:tr>
      <w:tr w:rsidR="001865F2" w:rsidRPr="00D31D98" w14:paraId="4FF061CF" w14:textId="77777777" w:rsidTr="00966809">
        <w:trPr>
          <w:cantSplit/>
        </w:trPr>
        <w:tc>
          <w:tcPr>
            <w:tcW w:w="2381" w:type="dxa"/>
            <w:vAlign w:val="center"/>
          </w:tcPr>
          <w:p w14:paraId="07479843"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0A909F8" w14:textId="77777777" w:rsidR="001865F2" w:rsidRPr="00D31D98" w:rsidRDefault="001865F2" w:rsidP="00966809">
            <w:pPr>
              <w:widowControl w:val="0"/>
            </w:pPr>
            <w:r w:rsidRPr="00D31D98">
              <w:rPr>
                <w:szCs w:val="24"/>
              </w:rPr>
              <w:t>Posjeti koncertima, izložbama, predstavama, koncertima</w:t>
            </w:r>
          </w:p>
        </w:tc>
      </w:tr>
      <w:tr w:rsidR="001865F2" w:rsidRPr="00D31D98" w14:paraId="36CE6396" w14:textId="77777777" w:rsidTr="00966809">
        <w:trPr>
          <w:cantSplit/>
        </w:trPr>
        <w:tc>
          <w:tcPr>
            <w:tcW w:w="2381" w:type="dxa"/>
            <w:vAlign w:val="center"/>
          </w:tcPr>
          <w:p w14:paraId="53E51F8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7F8973B" w14:textId="77777777" w:rsidR="001865F2" w:rsidRPr="00D31D98" w:rsidRDefault="001865F2" w:rsidP="00966809">
            <w:pPr>
              <w:widowControl w:val="0"/>
            </w:pPr>
            <w:r w:rsidRPr="00D31D98">
              <w:rPr>
                <w:szCs w:val="24"/>
              </w:rPr>
              <w:t>Tijekom nastavne godine</w:t>
            </w:r>
          </w:p>
        </w:tc>
      </w:tr>
      <w:tr w:rsidR="001865F2" w:rsidRPr="00D31D98" w14:paraId="2CA08ADE" w14:textId="77777777" w:rsidTr="00966809">
        <w:trPr>
          <w:cantSplit/>
        </w:trPr>
        <w:tc>
          <w:tcPr>
            <w:tcW w:w="2381" w:type="dxa"/>
            <w:vAlign w:val="center"/>
          </w:tcPr>
          <w:p w14:paraId="26CF5154" w14:textId="77777777" w:rsidR="001865F2" w:rsidRPr="00D31D98" w:rsidRDefault="001865F2" w:rsidP="00966809">
            <w:pPr>
              <w:widowControl w:val="0"/>
              <w:rPr>
                <w:b/>
              </w:rPr>
            </w:pPr>
            <w:r w:rsidRPr="00D31D98">
              <w:rPr>
                <w:b/>
                <w:bCs/>
                <w:szCs w:val="24"/>
              </w:rPr>
              <w:t>Troškovnik</w:t>
            </w:r>
          </w:p>
        </w:tc>
        <w:tc>
          <w:tcPr>
            <w:tcW w:w="6690" w:type="dxa"/>
            <w:vAlign w:val="center"/>
          </w:tcPr>
          <w:p w14:paraId="7A6FC334" w14:textId="77777777" w:rsidR="001865F2" w:rsidRPr="00D31D98" w:rsidRDefault="001865F2" w:rsidP="00966809">
            <w:pPr>
              <w:widowControl w:val="0"/>
            </w:pPr>
            <w:r w:rsidRPr="00D31D98">
              <w:rPr>
                <w:szCs w:val="24"/>
              </w:rPr>
              <w:t>Ulaznice, prijevozne karte</w:t>
            </w:r>
          </w:p>
        </w:tc>
      </w:tr>
      <w:tr w:rsidR="001865F2" w:rsidRPr="00D31D98" w14:paraId="5D98711A" w14:textId="77777777" w:rsidTr="00966809">
        <w:trPr>
          <w:cantSplit/>
        </w:trPr>
        <w:tc>
          <w:tcPr>
            <w:tcW w:w="2381" w:type="dxa"/>
            <w:vAlign w:val="center"/>
          </w:tcPr>
          <w:p w14:paraId="25FC2C8F"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6462F7B" w14:textId="77777777" w:rsidR="001865F2" w:rsidRPr="00D31D98" w:rsidRDefault="001865F2" w:rsidP="00966809">
            <w:pPr>
              <w:widowControl w:val="0"/>
            </w:pPr>
            <w:r w:rsidRPr="00D31D98">
              <w:rPr>
                <w:szCs w:val="24"/>
              </w:rPr>
              <w:t>Izvješća, razgovori, ankete</w:t>
            </w:r>
          </w:p>
        </w:tc>
      </w:tr>
    </w:tbl>
    <w:p w14:paraId="3C37D01B"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F3C3B5F" w14:textId="77777777" w:rsidTr="00966809">
        <w:trPr>
          <w:cantSplit/>
        </w:trPr>
        <w:tc>
          <w:tcPr>
            <w:tcW w:w="2381" w:type="dxa"/>
            <w:vAlign w:val="center"/>
          </w:tcPr>
          <w:p w14:paraId="44377799"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EF3EF9E" w14:textId="77777777" w:rsidR="001865F2" w:rsidRPr="00D31D98" w:rsidRDefault="001865F2" w:rsidP="00966809">
            <w:pPr>
              <w:keepNext/>
              <w:widowControl w:val="0"/>
              <w:rPr>
                <w:b/>
              </w:rPr>
            </w:pPr>
            <w:r w:rsidRPr="00D31D98">
              <w:rPr>
                <w:b/>
                <w:bCs/>
                <w:szCs w:val="24"/>
              </w:rPr>
              <w:t>IZVANUČIONIČKA NASTAVA: VJEŽBE NA FERIT-u</w:t>
            </w:r>
          </w:p>
        </w:tc>
      </w:tr>
      <w:tr w:rsidR="001865F2" w:rsidRPr="00D31D98" w14:paraId="36509341" w14:textId="77777777" w:rsidTr="00966809">
        <w:trPr>
          <w:cantSplit/>
        </w:trPr>
        <w:tc>
          <w:tcPr>
            <w:tcW w:w="2381" w:type="dxa"/>
            <w:vAlign w:val="center"/>
          </w:tcPr>
          <w:p w14:paraId="14BE5D1E" w14:textId="77777777" w:rsidR="001865F2" w:rsidRPr="00D31D98" w:rsidRDefault="001865F2" w:rsidP="00966809">
            <w:pPr>
              <w:widowControl w:val="0"/>
              <w:rPr>
                <w:b/>
              </w:rPr>
            </w:pPr>
            <w:r w:rsidRPr="00D31D98">
              <w:rPr>
                <w:b/>
                <w:bCs/>
                <w:szCs w:val="24"/>
              </w:rPr>
              <w:t>Ciljevi</w:t>
            </w:r>
          </w:p>
        </w:tc>
        <w:tc>
          <w:tcPr>
            <w:tcW w:w="6690" w:type="dxa"/>
            <w:vAlign w:val="center"/>
          </w:tcPr>
          <w:p w14:paraId="660704D0" w14:textId="77777777" w:rsidR="001865F2" w:rsidRPr="00D31D98" w:rsidRDefault="001865F2" w:rsidP="00966809">
            <w:pPr>
              <w:widowControl w:val="0"/>
            </w:pPr>
            <w:r w:rsidRPr="00D31D98">
              <w:rPr>
                <w:szCs w:val="24"/>
              </w:rPr>
              <w:t>Popularizacija STEM područja</w:t>
            </w:r>
          </w:p>
        </w:tc>
      </w:tr>
      <w:tr w:rsidR="001865F2" w:rsidRPr="00D31D98" w14:paraId="1A552892" w14:textId="77777777" w:rsidTr="00966809">
        <w:trPr>
          <w:cantSplit/>
        </w:trPr>
        <w:tc>
          <w:tcPr>
            <w:tcW w:w="2381" w:type="dxa"/>
            <w:vAlign w:val="center"/>
          </w:tcPr>
          <w:p w14:paraId="4C2DE97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8629E07" w14:textId="77777777" w:rsidR="001865F2" w:rsidRPr="00D31D98" w:rsidRDefault="001865F2" w:rsidP="00966809">
            <w:pPr>
              <w:widowControl w:val="0"/>
            </w:pPr>
            <w:r w:rsidRPr="00D31D98">
              <w:rPr>
                <w:szCs w:val="24"/>
              </w:rPr>
              <w:t>Izvođenje pojedinačnih laboratorijskih vježbi sa nastavnicima osnovnih i srednjih škola koji se uklapaju u njihov nastavni plan i program tekuće školske godine.</w:t>
            </w:r>
          </w:p>
        </w:tc>
      </w:tr>
      <w:tr w:rsidR="001865F2" w:rsidRPr="00D31D98" w14:paraId="5EEF27EA" w14:textId="77777777" w:rsidTr="00966809">
        <w:trPr>
          <w:cantSplit/>
        </w:trPr>
        <w:tc>
          <w:tcPr>
            <w:tcW w:w="2381" w:type="dxa"/>
            <w:vAlign w:val="center"/>
          </w:tcPr>
          <w:p w14:paraId="50021B1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BD62814"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61CC8897"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7EA0F679"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001C7633"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37FA12AB" w14:textId="77777777" w:rsidTr="00966809">
        <w:trPr>
          <w:cantSplit/>
        </w:trPr>
        <w:tc>
          <w:tcPr>
            <w:tcW w:w="2381" w:type="dxa"/>
            <w:vAlign w:val="center"/>
          </w:tcPr>
          <w:p w14:paraId="17DB2E5A"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4E8DFB9A" w14:textId="77777777" w:rsidR="001865F2" w:rsidRPr="00D31D98" w:rsidRDefault="001865F2" w:rsidP="00966809">
            <w:pPr>
              <w:widowControl w:val="0"/>
            </w:pPr>
            <w:r w:rsidRPr="00D31D98">
              <w:rPr>
                <w:szCs w:val="24"/>
              </w:rPr>
              <w:t>Poludnevne ili cjelodnevne radionice koje uključuju  ˝pakete˝ laboratorijskih vježbi</w:t>
            </w:r>
          </w:p>
        </w:tc>
      </w:tr>
      <w:tr w:rsidR="001865F2" w:rsidRPr="00D31D98" w14:paraId="3CF98827" w14:textId="77777777" w:rsidTr="00966809">
        <w:trPr>
          <w:cantSplit/>
        </w:trPr>
        <w:tc>
          <w:tcPr>
            <w:tcW w:w="2381" w:type="dxa"/>
            <w:vAlign w:val="center"/>
          </w:tcPr>
          <w:p w14:paraId="0FAB0E27"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304AB474" w14:textId="77777777" w:rsidR="001865F2" w:rsidRPr="00D31D98" w:rsidRDefault="001865F2" w:rsidP="00966809">
            <w:pPr>
              <w:widowControl w:val="0"/>
            </w:pPr>
            <w:r w:rsidRPr="00D31D98">
              <w:rPr>
                <w:szCs w:val="24"/>
              </w:rPr>
              <w:t>Tijekom nastavne godine 2026./2027.</w:t>
            </w:r>
          </w:p>
        </w:tc>
      </w:tr>
      <w:tr w:rsidR="001865F2" w:rsidRPr="00D31D98" w14:paraId="131ED307" w14:textId="77777777" w:rsidTr="00966809">
        <w:trPr>
          <w:cantSplit/>
        </w:trPr>
        <w:tc>
          <w:tcPr>
            <w:tcW w:w="2381" w:type="dxa"/>
            <w:vAlign w:val="center"/>
          </w:tcPr>
          <w:p w14:paraId="4BE91AFB" w14:textId="77777777" w:rsidR="001865F2" w:rsidRPr="00D31D98" w:rsidRDefault="001865F2" w:rsidP="00966809">
            <w:pPr>
              <w:widowControl w:val="0"/>
              <w:rPr>
                <w:b/>
              </w:rPr>
            </w:pPr>
            <w:r w:rsidRPr="00D31D98">
              <w:rPr>
                <w:b/>
                <w:bCs/>
                <w:szCs w:val="24"/>
              </w:rPr>
              <w:t>Troškovnik</w:t>
            </w:r>
          </w:p>
        </w:tc>
        <w:tc>
          <w:tcPr>
            <w:tcW w:w="6690" w:type="dxa"/>
            <w:vAlign w:val="center"/>
          </w:tcPr>
          <w:p w14:paraId="48BCEEB8" w14:textId="77777777" w:rsidR="001865F2" w:rsidRPr="00D31D98" w:rsidRDefault="001865F2" w:rsidP="00966809">
            <w:pPr>
              <w:widowControl w:val="0"/>
            </w:pPr>
            <w:r w:rsidRPr="00D31D98">
              <w:rPr>
                <w:szCs w:val="24"/>
              </w:rPr>
              <w:t>/</w:t>
            </w:r>
          </w:p>
        </w:tc>
      </w:tr>
      <w:tr w:rsidR="001865F2" w:rsidRPr="00D31D98" w14:paraId="55CFF473" w14:textId="77777777" w:rsidTr="00966809">
        <w:trPr>
          <w:cantSplit/>
        </w:trPr>
        <w:tc>
          <w:tcPr>
            <w:tcW w:w="2381" w:type="dxa"/>
            <w:vAlign w:val="center"/>
          </w:tcPr>
          <w:p w14:paraId="20926047"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2A844821" w14:textId="77777777" w:rsidR="001865F2" w:rsidRPr="00D31D98" w:rsidRDefault="001865F2" w:rsidP="00966809">
            <w:pPr>
              <w:widowControl w:val="0"/>
            </w:pPr>
            <w:r w:rsidRPr="00D31D98">
              <w:rPr>
                <w:szCs w:val="24"/>
              </w:rPr>
              <w:t>Opisno praćenje</w:t>
            </w:r>
          </w:p>
          <w:p w14:paraId="2FCFE6A4" w14:textId="77777777" w:rsidR="001865F2" w:rsidRPr="00D31D98" w:rsidRDefault="001865F2" w:rsidP="00966809">
            <w:pPr>
              <w:widowControl w:val="0"/>
            </w:pPr>
            <w:r w:rsidRPr="00D31D98">
              <w:rPr>
                <w:szCs w:val="24"/>
              </w:rPr>
              <w:t>Vrednovanje zadataka prilikom usmenog i pisanog ocjenjivanja.</w:t>
            </w:r>
          </w:p>
        </w:tc>
      </w:tr>
    </w:tbl>
    <w:p w14:paraId="25E1B59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FBA60BD" w14:textId="77777777" w:rsidTr="00966809">
        <w:trPr>
          <w:cantSplit/>
        </w:trPr>
        <w:tc>
          <w:tcPr>
            <w:tcW w:w="2381" w:type="dxa"/>
            <w:vAlign w:val="center"/>
          </w:tcPr>
          <w:p w14:paraId="5EFF7B0D"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A2099D6" w14:textId="77777777" w:rsidR="001865F2" w:rsidRPr="00D31D98" w:rsidRDefault="001865F2" w:rsidP="00966809">
            <w:pPr>
              <w:keepNext/>
              <w:widowControl w:val="0"/>
              <w:rPr>
                <w:b/>
              </w:rPr>
            </w:pPr>
            <w:r w:rsidRPr="00D31D98">
              <w:rPr>
                <w:b/>
                <w:bCs/>
                <w:szCs w:val="24"/>
              </w:rPr>
              <w:t>IZVANUČIONIČKA NASTAVA  -  POSJET KINEMATOGRAFIMA</w:t>
            </w:r>
          </w:p>
        </w:tc>
      </w:tr>
      <w:tr w:rsidR="001865F2" w:rsidRPr="00D31D98" w14:paraId="26640056" w14:textId="77777777" w:rsidTr="00966809">
        <w:trPr>
          <w:cantSplit/>
        </w:trPr>
        <w:tc>
          <w:tcPr>
            <w:tcW w:w="2381" w:type="dxa"/>
            <w:vAlign w:val="center"/>
          </w:tcPr>
          <w:p w14:paraId="4C1DFCC4" w14:textId="77777777" w:rsidR="001865F2" w:rsidRPr="00D31D98" w:rsidRDefault="001865F2" w:rsidP="00966809">
            <w:pPr>
              <w:widowControl w:val="0"/>
              <w:rPr>
                <w:b/>
              </w:rPr>
            </w:pPr>
            <w:r w:rsidRPr="00D31D98">
              <w:rPr>
                <w:b/>
                <w:bCs/>
                <w:szCs w:val="24"/>
              </w:rPr>
              <w:t>Ciljevi</w:t>
            </w:r>
          </w:p>
        </w:tc>
        <w:tc>
          <w:tcPr>
            <w:tcW w:w="6690" w:type="dxa"/>
            <w:vAlign w:val="center"/>
          </w:tcPr>
          <w:p w14:paraId="3576B755" w14:textId="77777777" w:rsidR="001865F2" w:rsidRPr="00D31D98" w:rsidRDefault="001865F2" w:rsidP="00966809">
            <w:pPr>
              <w:widowControl w:val="0"/>
            </w:pPr>
            <w:r w:rsidRPr="00D31D98">
              <w:rPr>
                <w:szCs w:val="24"/>
              </w:rPr>
              <w:t>Poticati i razvijati primjereno ponašanje na javnim mjestima i kulturnim ustanovama.</w:t>
            </w:r>
          </w:p>
        </w:tc>
      </w:tr>
      <w:tr w:rsidR="001865F2" w:rsidRPr="00D31D98" w14:paraId="0178A528" w14:textId="77777777" w:rsidTr="00966809">
        <w:trPr>
          <w:cantSplit/>
        </w:trPr>
        <w:tc>
          <w:tcPr>
            <w:tcW w:w="2381" w:type="dxa"/>
            <w:vAlign w:val="center"/>
          </w:tcPr>
          <w:p w14:paraId="656DAF8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BF357B6" w14:textId="77777777" w:rsidR="001865F2" w:rsidRPr="00D31D98" w:rsidRDefault="001865F2" w:rsidP="00966809">
            <w:pPr>
              <w:widowControl w:val="0"/>
            </w:pPr>
            <w:r w:rsidRPr="00D31D98">
              <w:rPr>
                <w:szCs w:val="24"/>
              </w:rPr>
              <w:t>Primjena naučenog iz medijske kulture prilikom projekcije i analize filma.</w:t>
            </w:r>
          </w:p>
        </w:tc>
      </w:tr>
      <w:tr w:rsidR="001865F2" w:rsidRPr="00D31D98" w14:paraId="1779045A" w14:textId="77777777" w:rsidTr="00966809">
        <w:trPr>
          <w:cantSplit/>
        </w:trPr>
        <w:tc>
          <w:tcPr>
            <w:tcW w:w="2381" w:type="dxa"/>
            <w:vAlign w:val="center"/>
          </w:tcPr>
          <w:p w14:paraId="0C64A050"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B66DA0F"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03C82AE3"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3121EF7D"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7DED6643"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2395149E" w14:textId="77777777" w:rsidTr="00966809">
        <w:trPr>
          <w:cantSplit/>
        </w:trPr>
        <w:tc>
          <w:tcPr>
            <w:tcW w:w="2381" w:type="dxa"/>
            <w:vAlign w:val="center"/>
          </w:tcPr>
          <w:p w14:paraId="18A8B11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A9D676A" w14:textId="77777777" w:rsidR="001865F2" w:rsidRPr="00D31D98" w:rsidRDefault="001865F2" w:rsidP="00966809">
            <w:pPr>
              <w:widowControl w:val="0"/>
            </w:pPr>
            <w:r w:rsidRPr="00D31D98">
              <w:rPr>
                <w:szCs w:val="24"/>
              </w:rPr>
              <w:t>Posjet kino projekcijama filmova koji sadržajno prate GIK nastavnog predmeta biologije.</w:t>
            </w:r>
          </w:p>
        </w:tc>
      </w:tr>
      <w:tr w:rsidR="001865F2" w:rsidRPr="00D31D98" w14:paraId="70A935A5" w14:textId="77777777" w:rsidTr="00966809">
        <w:trPr>
          <w:cantSplit/>
        </w:trPr>
        <w:tc>
          <w:tcPr>
            <w:tcW w:w="2381" w:type="dxa"/>
            <w:vAlign w:val="center"/>
          </w:tcPr>
          <w:p w14:paraId="2944B356"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BA0BE16" w14:textId="77777777" w:rsidR="001865F2" w:rsidRPr="00D31D98" w:rsidRDefault="001865F2" w:rsidP="00966809">
            <w:pPr>
              <w:widowControl w:val="0"/>
            </w:pPr>
            <w:r w:rsidRPr="00D31D98">
              <w:rPr>
                <w:szCs w:val="24"/>
              </w:rPr>
              <w:t>2026./ 2027.</w:t>
            </w:r>
          </w:p>
        </w:tc>
      </w:tr>
      <w:tr w:rsidR="001865F2" w:rsidRPr="00D31D98" w14:paraId="00586933" w14:textId="77777777" w:rsidTr="00966809">
        <w:trPr>
          <w:cantSplit/>
        </w:trPr>
        <w:tc>
          <w:tcPr>
            <w:tcW w:w="2381" w:type="dxa"/>
            <w:vAlign w:val="center"/>
          </w:tcPr>
          <w:p w14:paraId="267BEB1C" w14:textId="77777777" w:rsidR="001865F2" w:rsidRPr="00D31D98" w:rsidRDefault="001865F2" w:rsidP="00966809">
            <w:pPr>
              <w:widowControl w:val="0"/>
              <w:rPr>
                <w:b/>
              </w:rPr>
            </w:pPr>
            <w:r w:rsidRPr="00D31D98">
              <w:rPr>
                <w:b/>
                <w:bCs/>
                <w:szCs w:val="24"/>
              </w:rPr>
              <w:t>Troškovnik</w:t>
            </w:r>
          </w:p>
        </w:tc>
        <w:tc>
          <w:tcPr>
            <w:tcW w:w="6690" w:type="dxa"/>
            <w:vAlign w:val="center"/>
          </w:tcPr>
          <w:p w14:paraId="7AF767DC" w14:textId="77777777" w:rsidR="001865F2" w:rsidRPr="00D31D98" w:rsidRDefault="001865F2" w:rsidP="00966809">
            <w:pPr>
              <w:widowControl w:val="0"/>
            </w:pPr>
            <w:r w:rsidRPr="00D31D98">
              <w:rPr>
                <w:szCs w:val="24"/>
              </w:rPr>
              <w:t>Trošak grupne kino ulaznice.</w:t>
            </w:r>
          </w:p>
        </w:tc>
      </w:tr>
      <w:tr w:rsidR="001865F2" w:rsidRPr="00D31D98" w14:paraId="23DD9A0A" w14:textId="77777777" w:rsidTr="00966809">
        <w:trPr>
          <w:cantSplit/>
        </w:trPr>
        <w:tc>
          <w:tcPr>
            <w:tcW w:w="2381" w:type="dxa"/>
            <w:vAlign w:val="center"/>
          </w:tcPr>
          <w:p w14:paraId="5AC869D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5908225" w14:textId="77777777" w:rsidR="001865F2" w:rsidRPr="00D31D98" w:rsidRDefault="001865F2" w:rsidP="00966809">
            <w:pPr>
              <w:widowControl w:val="0"/>
            </w:pPr>
            <w:r w:rsidRPr="00D31D98">
              <w:rPr>
                <w:szCs w:val="24"/>
              </w:rPr>
              <w:t>Nije predviđeno (projekt je namijenjen učenicima dodatne nastave i onim učenicima koji žele).</w:t>
            </w:r>
          </w:p>
        </w:tc>
      </w:tr>
    </w:tbl>
    <w:p w14:paraId="076B27E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05E6CA7" w14:textId="77777777" w:rsidTr="00966809">
        <w:trPr>
          <w:cantSplit/>
        </w:trPr>
        <w:tc>
          <w:tcPr>
            <w:tcW w:w="2381" w:type="dxa"/>
            <w:vAlign w:val="center"/>
          </w:tcPr>
          <w:p w14:paraId="34E5D00F"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F6BA9CF" w14:textId="77777777" w:rsidR="001865F2" w:rsidRPr="00D31D98" w:rsidRDefault="001865F2" w:rsidP="00966809">
            <w:pPr>
              <w:keepNext/>
              <w:widowControl w:val="0"/>
              <w:rPr>
                <w:b/>
              </w:rPr>
            </w:pPr>
            <w:r w:rsidRPr="00D31D98">
              <w:rPr>
                <w:b/>
                <w:bCs/>
                <w:szCs w:val="24"/>
              </w:rPr>
              <w:t>IZVANUČIONIČKA NASTAVA  -  POSJET ZOOLOŠKOM VRTU OSIJEK</w:t>
            </w:r>
          </w:p>
        </w:tc>
      </w:tr>
      <w:tr w:rsidR="001865F2" w:rsidRPr="00D31D98" w14:paraId="43429796" w14:textId="77777777" w:rsidTr="00966809">
        <w:trPr>
          <w:cantSplit/>
        </w:trPr>
        <w:tc>
          <w:tcPr>
            <w:tcW w:w="2381" w:type="dxa"/>
            <w:vAlign w:val="center"/>
          </w:tcPr>
          <w:p w14:paraId="117AFF4A" w14:textId="77777777" w:rsidR="001865F2" w:rsidRPr="00D31D98" w:rsidRDefault="001865F2" w:rsidP="00966809">
            <w:pPr>
              <w:widowControl w:val="0"/>
              <w:rPr>
                <w:b/>
              </w:rPr>
            </w:pPr>
            <w:r w:rsidRPr="00D31D98">
              <w:rPr>
                <w:b/>
                <w:bCs/>
                <w:szCs w:val="24"/>
              </w:rPr>
              <w:t>Ciljevi</w:t>
            </w:r>
          </w:p>
        </w:tc>
        <w:tc>
          <w:tcPr>
            <w:tcW w:w="6690" w:type="dxa"/>
            <w:vAlign w:val="center"/>
          </w:tcPr>
          <w:p w14:paraId="36A06B56" w14:textId="77777777" w:rsidR="001865F2" w:rsidRPr="00D31D98" w:rsidRDefault="001865F2" w:rsidP="00966809">
            <w:pPr>
              <w:widowControl w:val="0"/>
            </w:pPr>
            <w:r w:rsidRPr="00D31D98">
              <w:rPr>
                <w:szCs w:val="24"/>
              </w:rPr>
              <w:t>Poticati i razvijati primjereno ponašanje na javnim mjestima, svijesti o očuvanju prirode i bioraznolikosti te empatiju prema životinjama.</w:t>
            </w:r>
          </w:p>
        </w:tc>
      </w:tr>
      <w:tr w:rsidR="001865F2" w:rsidRPr="00D31D98" w14:paraId="0BD6E3EC" w14:textId="77777777" w:rsidTr="00966809">
        <w:trPr>
          <w:cantSplit/>
        </w:trPr>
        <w:tc>
          <w:tcPr>
            <w:tcW w:w="2381" w:type="dxa"/>
            <w:vAlign w:val="center"/>
          </w:tcPr>
          <w:p w14:paraId="6CBE2B0F"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686C8EC" w14:textId="77777777" w:rsidR="001865F2" w:rsidRPr="00D31D98" w:rsidRDefault="001865F2" w:rsidP="00966809">
            <w:pPr>
              <w:widowControl w:val="0"/>
            </w:pPr>
            <w:r w:rsidRPr="00D31D98">
              <w:rPr>
                <w:szCs w:val="24"/>
              </w:rPr>
              <w:t xml:space="preserve">Iskustveno i </w:t>
            </w:r>
            <w:proofErr w:type="spellStart"/>
            <w:r w:rsidRPr="00D31D98">
              <w:rPr>
                <w:szCs w:val="24"/>
              </w:rPr>
              <w:t>izvanučioničko</w:t>
            </w:r>
            <w:proofErr w:type="spellEnd"/>
            <w:r w:rsidRPr="00D31D98">
              <w:rPr>
                <w:szCs w:val="24"/>
              </w:rPr>
              <w:t xml:space="preserve"> učenje koje omogućuje izravno povezivanje teorijskih znanja sa praktičnim primjerima iz svijeta prirode.</w:t>
            </w:r>
          </w:p>
        </w:tc>
      </w:tr>
      <w:tr w:rsidR="001865F2" w:rsidRPr="00D31D98" w14:paraId="7415AA57" w14:textId="77777777" w:rsidTr="00966809">
        <w:trPr>
          <w:cantSplit/>
        </w:trPr>
        <w:tc>
          <w:tcPr>
            <w:tcW w:w="2381" w:type="dxa"/>
            <w:vAlign w:val="center"/>
          </w:tcPr>
          <w:p w14:paraId="4DF29493"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E3A9BF3"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597D9D3B"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4305C643"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4F93CC69"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3FF2A0EA" w14:textId="77777777" w:rsidTr="00966809">
        <w:trPr>
          <w:cantSplit/>
        </w:trPr>
        <w:tc>
          <w:tcPr>
            <w:tcW w:w="2381" w:type="dxa"/>
            <w:vAlign w:val="center"/>
          </w:tcPr>
          <w:p w14:paraId="7E34AF68"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63A26E3" w14:textId="77777777" w:rsidR="001865F2" w:rsidRPr="00D31D98" w:rsidRDefault="001865F2" w:rsidP="00966809">
            <w:pPr>
              <w:widowControl w:val="0"/>
            </w:pPr>
            <w:r w:rsidRPr="00D31D98">
              <w:rPr>
                <w:szCs w:val="24"/>
              </w:rPr>
              <w:t>Posjet zoološkom vrtu Osijek te prisustvovanje edukaciji i radionicama koje sadržajno prate GIK nastavnog predmeta biologije.</w:t>
            </w:r>
          </w:p>
        </w:tc>
      </w:tr>
      <w:tr w:rsidR="001865F2" w:rsidRPr="00D31D98" w14:paraId="6381EA4D" w14:textId="77777777" w:rsidTr="00966809">
        <w:trPr>
          <w:cantSplit/>
        </w:trPr>
        <w:tc>
          <w:tcPr>
            <w:tcW w:w="2381" w:type="dxa"/>
            <w:vAlign w:val="center"/>
          </w:tcPr>
          <w:p w14:paraId="5A1411AA" w14:textId="77777777" w:rsidR="001865F2" w:rsidRPr="00D31D98" w:rsidRDefault="001865F2" w:rsidP="00966809">
            <w:pPr>
              <w:widowControl w:val="0"/>
              <w:rPr>
                <w:b/>
              </w:rPr>
            </w:pPr>
            <w:proofErr w:type="spellStart"/>
            <w:r w:rsidRPr="00D31D98">
              <w:rPr>
                <w:b/>
                <w:bCs/>
                <w:szCs w:val="24"/>
              </w:rPr>
              <w:lastRenderedPageBreak/>
              <w:t>Vremenik</w:t>
            </w:r>
            <w:proofErr w:type="spellEnd"/>
          </w:p>
        </w:tc>
        <w:tc>
          <w:tcPr>
            <w:tcW w:w="6690" w:type="dxa"/>
            <w:vAlign w:val="center"/>
          </w:tcPr>
          <w:p w14:paraId="4EF68CBC" w14:textId="77777777" w:rsidR="001865F2" w:rsidRPr="00D31D98" w:rsidRDefault="001865F2" w:rsidP="00966809">
            <w:pPr>
              <w:widowControl w:val="0"/>
            </w:pPr>
            <w:r w:rsidRPr="00D31D98">
              <w:rPr>
                <w:szCs w:val="24"/>
              </w:rPr>
              <w:t>2026./ 2027.</w:t>
            </w:r>
          </w:p>
        </w:tc>
      </w:tr>
      <w:tr w:rsidR="001865F2" w:rsidRPr="00D31D98" w14:paraId="2EB92463" w14:textId="77777777" w:rsidTr="00966809">
        <w:trPr>
          <w:cantSplit/>
        </w:trPr>
        <w:tc>
          <w:tcPr>
            <w:tcW w:w="2381" w:type="dxa"/>
            <w:vAlign w:val="center"/>
          </w:tcPr>
          <w:p w14:paraId="0A067C4B" w14:textId="77777777" w:rsidR="001865F2" w:rsidRPr="00D31D98" w:rsidRDefault="001865F2" w:rsidP="00966809">
            <w:pPr>
              <w:widowControl w:val="0"/>
              <w:rPr>
                <w:b/>
              </w:rPr>
            </w:pPr>
            <w:r w:rsidRPr="00D31D98">
              <w:rPr>
                <w:b/>
                <w:bCs/>
                <w:szCs w:val="24"/>
              </w:rPr>
              <w:t>Troškovnik</w:t>
            </w:r>
          </w:p>
        </w:tc>
        <w:tc>
          <w:tcPr>
            <w:tcW w:w="6690" w:type="dxa"/>
            <w:vAlign w:val="center"/>
          </w:tcPr>
          <w:p w14:paraId="35DB0770" w14:textId="77777777" w:rsidR="001865F2" w:rsidRPr="00D31D98" w:rsidRDefault="001865F2" w:rsidP="00966809">
            <w:pPr>
              <w:widowControl w:val="0"/>
            </w:pPr>
            <w:r w:rsidRPr="00D31D98">
              <w:rPr>
                <w:szCs w:val="24"/>
              </w:rPr>
              <w:t>Trošak grupne ulaznice.</w:t>
            </w:r>
          </w:p>
        </w:tc>
      </w:tr>
      <w:tr w:rsidR="001865F2" w:rsidRPr="00D31D98" w14:paraId="33435E80" w14:textId="77777777" w:rsidTr="00966809">
        <w:trPr>
          <w:cantSplit/>
        </w:trPr>
        <w:tc>
          <w:tcPr>
            <w:tcW w:w="2381" w:type="dxa"/>
            <w:vAlign w:val="center"/>
          </w:tcPr>
          <w:p w14:paraId="0FB5B57F"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9008035" w14:textId="77777777" w:rsidR="001865F2" w:rsidRPr="00D31D98" w:rsidRDefault="001865F2" w:rsidP="00966809">
            <w:pPr>
              <w:widowControl w:val="0"/>
            </w:pPr>
            <w:r w:rsidRPr="00D31D98">
              <w:rPr>
                <w:szCs w:val="24"/>
              </w:rPr>
              <w:t>Istraživački mini projekt ili studija slučaja, terenski radni listić s problemskim zadacima te izrada info letka ili digitalnog postera prema unaprijed definiranim rubrikama za vrednovanje.</w:t>
            </w:r>
          </w:p>
        </w:tc>
      </w:tr>
    </w:tbl>
    <w:p w14:paraId="3A8D27E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13529DC" w14:textId="77777777" w:rsidTr="00966809">
        <w:trPr>
          <w:cantSplit/>
        </w:trPr>
        <w:tc>
          <w:tcPr>
            <w:tcW w:w="2381" w:type="dxa"/>
            <w:vAlign w:val="center"/>
          </w:tcPr>
          <w:p w14:paraId="54405C6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4259796" w14:textId="77777777" w:rsidR="001865F2" w:rsidRPr="00D31D98" w:rsidRDefault="001865F2" w:rsidP="00966809">
            <w:pPr>
              <w:keepNext/>
              <w:widowControl w:val="0"/>
              <w:rPr>
                <w:b/>
              </w:rPr>
            </w:pPr>
            <w:r w:rsidRPr="00D31D98">
              <w:rPr>
                <w:b/>
                <w:bCs/>
                <w:szCs w:val="24"/>
              </w:rPr>
              <w:t>IZVANUČIONIČKA NASTAVA  -  POSJET ZMAG RECIKLIRNOM IMANJU VUKOMERIĆ</w:t>
            </w:r>
          </w:p>
        </w:tc>
      </w:tr>
      <w:tr w:rsidR="001865F2" w:rsidRPr="00D31D98" w14:paraId="27809155" w14:textId="77777777" w:rsidTr="00966809">
        <w:trPr>
          <w:cantSplit/>
        </w:trPr>
        <w:tc>
          <w:tcPr>
            <w:tcW w:w="2381" w:type="dxa"/>
            <w:vAlign w:val="center"/>
          </w:tcPr>
          <w:p w14:paraId="1F93CAFE" w14:textId="77777777" w:rsidR="001865F2" w:rsidRPr="00D31D98" w:rsidRDefault="001865F2" w:rsidP="00966809">
            <w:pPr>
              <w:widowControl w:val="0"/>
              <w:rPr>
                <w:b/>
              </w:rPr>
            </w:pPr>
            <w:r w:rsidRPr="00D31D98">
              <w:rPr>
                <w:b/>
                <w:bCs/>
                <w:szCs w:val="24"/>
              </w:rPr>
              <w:t>Ciljevi</w:t>
            </w:r>
          </w:p>
        </w:tc>
        <w:tc>
          <w:tcPr>
            <w:tcW w:w="6690" w:type="dxa"/>
            <w:vAlign w:val="center"/>
          </w:tcPr>
          <w:p w14:paraId="03DF45AC" w14:textId="77777777" w:rsidR="001865F2" w:rsidRPr="00D31D98" w:rsidRDefault="001865F2" w:rsidP="00966809">
            <w:pPr>
              <w:widowControl w:val="0"/>
            </w:pPr>
            <w:r w:rsidRPr="00D31D98">
              <w:rPr>
                <w:szCs w:val="24"/>
              </w:rPr>
              <w:t xml:space="preserve">Razvijati svijest o održivom razvoju i </w:t>
            </w:r>
            <w:proofErr w:type="spellStart"/>
            <w:r w:rsidRPr="00D31D98">
              <w:rPr>
                <w:szCs w:val="24"/>
              </w:rPr>
              <w:t>permakulturi</w:t>
            </w:r>
            <w:proofErr w:type="spellEnd"/>
            <w:r w:rsidRPr="00D31D98">
              <w:rPr>
                <w:szCs w:val="24"/>
              </w:rPr>
              <w:t xml:space="preserve"> te svijesti o očuvanju prirode i bioraznolikosti.</w:t>
            </w:r>
          </w:p>
        </w:tc>
      </w:tr>
      <w:tr w:rsidR="001865F2" w:rsidRPr="00D31D98" w14:paraId="3158C3A4" w14:textId="77777777" w:rsidTr="00966809">
        <w:trPr>
          <w:cantSplit/>
        </w:trPr>
        <w:tc>
          <w:tcPr>
            <w:tcW w:w="2381" w:type="dxa"/>
            <w:vAlign w:val="center"/>
          </w:tcPr>
          <w:p w14:paraId="0A54260D"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9446EBA" w14:textId="77777777" w:rsidR="001865F2" w:rsidRPr="00D31D98" w:rsidRDefault="001865F2" w:rsidP="00966809">
            <w:pPr>
              <w:widowControl w:val="0"/>
            </w:pPr>
            <w:r w:rsidRPr="00D31D98">
              <w:rPr>
                <w:szCs w:val="24"/>
              </w:rPr>
              <w:t>Transformacija teorijskih koncepata održivosti u primjenjiva životna znanja i vještine.</w:t>
            </w:r>
          </w:p>
        </w:tc>
      </w:tr>
      <w:tr w:rsidR="001865F2" w:rsidRPr="00D31D98" w14:paraId="29712334" w14:textId="77777777" w:rsidTr="00966809">
        <w:trPr>
          <w:cantSplit/>
        </w:trPr>
        <w:tc>
          <w:tcPr>
            <w:tcW w:w="2381" w:type="dxa"/>
            <w:vAlign w:val="center"/>
          </w:tcPr>
          <w:p w14:paraId="35563DE6"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489179CB"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0FFA4767"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0F91E80D"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6B8005F3"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27ED6559" w14:textId="77777777" w:rsidTr="00966809">
        <w:trPr>
          <w:cantSplit/>
        </w:trPr>
        <w:tc>
          <w:tcPr>
            <w:tcW w:w="2381" w:type="dxa"/>
            <w:vAlign w:val="center"/>
          </w:tcPr>
          <w:p w14:paraId="74605954"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F4FEABF" w14:textId="77777777" w:rsidR="001865F2" w:rsidRPr="00D31D98" w:rsidRDefault="001865F2" w:rsidP="00966809">
            <w:pPr>
              <w:widowControl w:val="0"/>
            </w:pPr>
            <w:r w:rsidRPr="00D31D98">
              <w:rPr>
                <w:szCs w:val="24"/>
              </w:rPr>
              <w:t xml:space="preserve">Posjet ZMAG </w:t>
            </w:r>
            <w:proofErr w:type="spellStart"/>
            <w:r w:rsidRPr="00D31D98">
              <w:rPr>
                <w:szCs w:val="24"/>
              </w:rPr>
              <w:t>reciklirnom</w:t>
            </w:r>
            <w:proofErr w:type="spellEnd"/>
            <w:r w:rsidRPr="00D31D98">
              <w:rPr>
                <w:szCs w:val="24"/>
              </w:rPr>
              <w:t xml:space="preserve"> imanju </w:t>
            </w:r>
            <w:proofErr w:type="spellStart"/>
            <w:r w:rsidRPr="00D31D98">
              <w:rPr>
                <w:szCs w:val="24"/>
              </w:rPr>
              <w:t>Vukomerić</w:t>
            </w:r>
            <w:proofErr w:type="spellEnd"/>
            <w:r w:rsidRPr="00D31D98">
              <w:rPr>
                <w:szCs w:val="24"/>
              </w:rPr>
              <w:t xml:space="preserve"> te prisustvovanje edukaciji i radionicama koje sadržajno prate GIK nastavnog predmeta biologije.</w:t>
            </w:r>
          </w:p>
        </w:tc>
      </w:tr>
      <w:tr w:rsidR="001865F2" w:rsidRPr="00D31D98" w14:paraId="2BD87887" w14:textId="77777777" w:rsidTr="00966809">
        <w:trPr>
          <w:cantSplit/>
        </w:trPr>
        <w:tc>
          <w:tcPr>
            <w:tcW w:w="2381" w:type="dxa"/>
            <w:vAlign w:val="center"/>
          </w:tcPr>
          <w:p w14:paraId="5955D781"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D395757" w14:textId="77777777" w:rsidR="001865F2" w:rsidRPr="00D31D98" w:rsidRDefault="001865F2" w:rsidP="00966809">
            <w:pPr>
              <w:widowControl w:val="0"/>
            </w:pPr>
            <w:r w:rsidRPr="00D31D98">
              <w:rPr>
                <w:szCs w:val="24"/>
              </w:rPr>
              <w:t>2026./ 2027.</w:t>
            </w:r>
          </w:p>
        </w:tc>
      </w:tr>
      <w:tr w:rsidR="001865F2" w:rsidRPr="00D31D98" w14:paraId="5F9A03CE" w14:textId="77777777" w:rsidTr="00966809">
        <w:trPr>
          <w:cantSplit/>
        </w:trPr>
        <w:tc>
          <w:tcPr>
            <w:tcW w:w="2381" w:type="dxa"/>
            <w:vAlign w:val="center"/>
          </w:tcPr>
          <w:p w14:paraId="2A94974E" w14:textId="77777777" w:rsidR="001865F2" w:rsidRPr="00D31D98" w:rsidRDefault="001865F2" w:rsidP="00966809">
            <w:pPr>
              <w:widowControl w:val="0"/>
              <w:rPr>
                <w:b/>
              </w:rPr>
            </w:pPr>
            <w:r w:rsidRPr="00D31D98">
              <w:rPr>
                <w:b/>
                <w:bCs/>
                <w:szCs w:val="24"/>
              </w:rPr>
              <w:t>Troškovnik</w:t>
            </w:r>
          </w:p>
        </w:tc>
        <w:tc>
          <w:tcPr>
            <w:tcW w:w="6690" w:type="dxa"/>
            <w:vAlign w:val="center"/>
          </w:tcPr>
          <w:p w14:paraId="217D5105" w14:textId="77777777" w:rsidR="001865F2" w:rsidRPr="00D31D98" w:rsidRDefault="001865F2" w:rsidP="00966809">
            <w:pPr>
              <w:widowControl w:val="0"/>
            </w:pPr>
            <w:r w:rsidRPr="00D31D98">
              <w:rPr>
                <w:szCs w:val="24"/>
              </w:rPr>
              <w:t>Troškovi prijevoza u organizaciji turističke agencije ( prema objavljenom natječaju).</w:t>
            </w:r>
          </w:p>
        </w:tc>
      </w:tr>
      <w:tr w:rsidR="001865F2" w:rsidRPr="00D31D98" w14:paraId="6886B52D" w14:textId="77777777" w:rsidTr="00966809">
        <w:trPr>
          <w:cantSplit/>
        </w:trPr>
        <w:tc>
          <w:tcPr>
            <w:tcW w:w="2381" w:type="dxa"/>
            <w:vAlign w:val="center"/>
          </w:tcPr>
          <w:p w14:paraId="3290F19E"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7D9216EE" w14:textId="77777777" w:rsidR="001865F2" w:rsidRPr="00D31D98" w:rsidRDefault="001865F2" w:rsidP="00966809">
            <w:pPr>
              <w:widowControl w:val="0"/>
            </w:pPr>
            <w:r w:rsidRPr="00D31D98">
              <w:rPr>
                <w:szCs w:val="24"/>
              </w:rPr>
              <w:t>Terenski istraživački dnevnik ili projektni zadataka te debata, prema unaprijed definiranim rubrikama za vrednovanje.</w:t>
            </w:r>
          </w:p>
        </w:tc>
      </w:tr>
    </w:tbl>
    <w:p w14:paraId="12E15DF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7E58697" w14:textId="77777777" w:rsidTr="00966809">
        <w:trPr>
          <w:cantSplit/>
        </w:trPr>
        <w:tc>
          <w:tcPr>
            <w:tcW w:w="2381" w:type="dxa"/>
            <w:vAlign w:val="center"/>
          </w:tcPr>
          <w:p w14:paraId="6ADF4FD5"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4067C91" w14:textId="77777777" w:rsidR="001865F2" w:rsidRPr="00D31D98" w:rsidRDefault="001865F2" w:rsidP="00966809">
            <w:pPr>
              <w:keepNext/>
              <w:widowControl w:val="0"/>
              <w:rPr>
                <w:b/>
              </w:rPr>
            </w:pPr>
            <w:r w:rsidRPr="00D31D98">
              <w:rPr>
                <w:b/>
                <w:bCs/>
                <w:szCs w:val="24"/>
              </w:rPr>
              <w:t>IZVANUČIONIČKA NASTAVA  -  POSJET SLATKOVODNOM AKVARIJU AQUATICA KARLOVAC</w:t>
            </w:r>
          </w:p>
        </w:tc>
      </w:tr>
      <w:tr w:rsidR="001865F2" w:rsidRPr="00D31D98" w14:paraId="7AB81805" w14:textId="77777777" w:rsidTr="00966809">
        <w:trPr>
          <w:cantSplit/>
        </w:trPr>
        <w:tc>
          <w:tcPr>
            <w:tcW w:w="2381" w:type="dxa"/>
            <w:vAlign w:val="center"/>
          </w:tcPr>
          <w:p w14:paraId="1B692660" w14:textId="77777777" w:rsidR="001865F2" w:rsidRPr="00D31D98" w:rsidRDefault="001865F2" w:rsidP="00966809">
            <w:pPr>
              <w:widowControl w:val="0"/>
              <w:rPr>
                <w:b/>
              </w:rPr>
            </w:pPr>
            <w:r w:rsidRPr="00D31D98">
              <w:rPr>
                <w:b/>
                <w:bCs/>
                <w:szCs w:val="24"/>
              </w:rPr>
              <w:t>Ciljevi</w:t>
            </w:r>
          </w:p>
        </w:tc>
        <w:tc>
          <w:tcPr>
            <w:tcW w:w="6690" w:type="dxa"/>
            <w:vAlign w:val="center"/>
          </w:tcPr>
          <w:p w14:paraId="2BF1EA59" w14:textId="77777777" w:rsidR="001865F2" w:rsidRPr="00D31D98" w:rsidRDefault="001865F2" w:rsidP="00966809">
            <w:pPr>
              <w:widowControl w:val="0"/>
            </w:pPr>
            <w:r w:rsidRPr="00D31D98">
              <w:rPr>
                <w:szCs w:val="24"/>
              </w:rPr>
              <w:t>Razvijati svijest o održivom razvoju te svijest o očuvanju prirode i bogatstva bioraznolikosti.</w:t>
            </w:r>
          </w:p>
        </w:tc>
      </w:tr>
      <w:tr w:rsidR="001865F2" w:rsidRPr="00D31D98" w14:paraId="0E361F91" w14:textId="77777777" w:rsidTr="00966809">
        <w:trPr>
          <w:cantSplit/>
        </w:trPr>
        <w:tc>
          <w:tcPr>
            <w:tcW w:w="2381" w:type="dxa"/>
            <w:vAlign w:val="center"/>
          </w:tcPr>
          <w:p w14:paraId="037E60CC"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225411A8" w14:textId="77777777" w:rsidR="001865F2" w:rsidRPr="00D31D98" w:rsidRDefault="001865F2" w:rsidP="00966809">
            <w:pPr>
              <w:widowControl w:val="0"/>
            </w:pPr>
            <w:r w:rsidRPr="00D31D98">
              <w:rPr>
                <w:szCs w:val="24"/>
              </w:rPr>
              <w:t>Iskustveno poučavanje o riječnoj bioraznolikosti te važnosti zaštite voda.</w:t>
            </w:r>
          </w:p>
        </w:tc>
      </w:tr>
      <w:tr w:rsidR="001865F2" w:rsidRPr="00D31D98" w14:paraId="7526DF2A" w14:textId="77777777" w:rsidTr="00966809">
        <w:trPr>
          <w:cantSplit/>
        </w:trPr>
        <w:tc>
          <w:tcPr>
            <w:tcW w:w="2381" w:type="dxa"/>
            <w:vAlign w:val="center"/>
          </w:tcPr>
          <w:p w14:paraId="4D65C6B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5485D198"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2CC69002"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588F63C2"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0FF2EAD0"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208C7BAD" w14:textId="77777777" w:rsidTr="00966809">
        <w:trPr>
          <w:cantSplit/>
        </w:trPr>
        <w:tc>
          <w:tcPr>
            <w:tcW w:w="2381" w:type="dxa"/>
            <w:vAlign w:val="center"/>
          </w:tcPr>
          <w:p w14:paraId="6F4C318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9154888" w14:textId="77777777" w:rsidR="001865F2" w:rsidRPr="00D31D98" w:rsidRDefault="001865F2" w:rsidP="00966809">
            <w:pPr>
              <w:widowControl w:val="0"/>
            </w:pPr>
            <w:r w:rsidRPr="00D31D98">
              <w:rPr>
                <w:szCs w:val="24"/>
              </w:rPr>
              <w:t>Posjet slatkovodnom akvariju u Karlovcu te prisustvovanje edukaciji i radionicama koje sadržajno prate GIK nastavnog predmeta biologije.</w:t>
            </w:r>
          </w:p>
        </w:tc>
      </w:tr>
      <w:tr w:rsidR="001865F2" w:rsidRPr="00D31D98" w14:paraId="1A8F85EF" w14:textId="77777777" w:rsidTr="00966809">
        <w:trPr>
          <w:cantSplit/>
        </w:trPr>
        <w:tc>
          <w:tcPr>
            <w:tcW w:w="2381" w:type="dxa"/>
            <w:vAlign w:val="center"/>
          </w:tcPr>
          <w:p w14:paraId="48714F66"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3DFFD4B2" w14:textId="77777777" w:rsidR="001865F2" w:rsidRPr="00D31D98" w:rsidRDefault="001865F2" w:rsidP="00966809">
            <w:pPr>
              <w:widowControl w:val="0"/>
            </w:pPr>
            <w:r w:rsidRPr="00D31D98">
              <w:rPr>
                <w:szCs w:val="24"/>
              </w:rPr>
              <w:t>2026./ 2027.</w:t>
            </w:r>
          </w:p>
        </w:tc>
      </w:tr>
      <w:tr w:rsidR="001865F2" w:rsidRPr="00D31D98" w14:paraId="6A539BC0" w14:textId="77777777" w:rsidTr="00966809">
        <w:trPr>
          <w:cantSplit/>
        </w:trPr>
        <w:tc>
          <w:tcPr>
            <w:tcW w:w="2381" w:type="dxa"/>
            <w:vAlign w:val="center"/>
          </w:tcPr>
          <w:p w14:paraId="0F11F06D" w14:textId="77777777" w:rsidR="001865F2" w:rsidRPr="00D31D98" w:rsidRDefault="001865F2" w:rsidP="00966809">
            <w:pPr>
              <w:widowControl w:val="0"/>
              <w:rPr>
                <w:b/>
              </w:rPr>
            </w:pPr>
            <w:r w:rsidRPr="00D31D98">
              <w:rPr>
                <w:b/>
                <w:bCs/>
                <w:szCs w:val="24"/>
              </w:rPr>
              <w:lastRenderedPageBreak/>
              <w:t>Troškovnik</w:t>
            </w:r>
          </w:p>
        </w:tc>
        <w:tc>
          <w:tcPr>
            <w:tcW w:w="6690" w:type="dxa"/>
            <w:vAlign w:val="center"/>
          </w:tcPr>
          <w:p w14:paraId="3E414DD4" w14:textId="77777777" w:rsidR="001865F2" w:rsidRPr="00D31D98" w:rsidRDefault="001865F2" w:rsidP="00966809">
            <w:pPr>
              <w:widowControl w:val="0"/>
            </w:pPr>
            <w:r w:rsidRPr="00D31D98">
              <w:rPr>
                <w:szCs w:val="24"/>
              </w:rPr>
              <w:t>Troškovi prijevoza u organizaciji turističke agencije (prema objavljenom natječaju).</w:t>
            </w:r>
          </w:p>
        </w:tc>
      </w:tr>
      <w:tr w:rsidR="001865F2" w:rsidRPr="00D31D98" w14:paraId="5173956C" w14:textId="77777777" w:rsidTr="00966809">
        <w:trPr>
          <w:cantSplit/>
        </w:trPr>
        <w:tc>
          <w:tcPr>
            <w:tcW w:w="2381" w:type="dxa"/>
            <w:vAlign w:val="center"/>
          </w:tcPr>
          <w:p w14:paraId="248AF78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245F924" w14:textId="77777777" w:rsidR="001865F2" w:rsidRPr="00D31D98" w:rsidRDefault="001865F2" w:rsidP="00966809">
            <w:pPr>
              <w:widowControl w:val="0"/>
            </w:pPr>
            <w:r w:rsidRPr="00D31D98">
              <w:rPr>
                <w:szCs w:val="24"/>
              </w:rPr>
              <w:t>Terenski radni listić , istraživački rad te debata, prema unaprijed definiranim rubrikama za vrednovanje.</w:t>
            </w:r>
          </w:p>
        </w:tc>
      </w:tr>
    </w:tbl>
    <w:p w14:paraId="5A3824A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CC853CE" w14:textId="77777777" w:rsidTr="00966809">
        <w:trPr>
          <w:cantSplit/>
        </w:trPr>
        <w:tc>
          <w:tcPr>
            <w:tcW w:w="2381" w:type="dxa"/>
            <w:vAlign w:val="center"/>
          </w:tcPr>
          <w:p w14:paraId="36E40CE4"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5CF4CF6" w14:textId="77777777" w:rsidR="001865F2" w:rsidRPr="00D31D98" w:rsidRDefault="001865F2" w:rsidP="00966809">
            <w:pPr>
              <w:keepNext/>
              <w:widowControl w:val="0"/>
              <w:rPr>
                <w:b/>
              </w:rPr>
            </w:pPr>
            <w:r w:rsidRPr="00D31D98">
              <w:rPr>
                <w:b/>
                <w:bCs/>
                <w:szCs w:val="24"/>
              </w:rPr>
              <w:t>Radionice Škola kemije na Prehrambeno- tehnološkom fakultetu Osijek</w:t>
            </w:r>
          </w:p>
        </w:tc>
      </w:tr>
      <w:tr w:rsidR="001865F2" w:rsidRPr="00D31D98" w14:paraId="5229C542" w14:textId="77777777" w:rsidTr="00966809">
        <w:trPr>
          <w:cantSplit/>
        </w:trPr>
        <w:tc>
          <w:tcPr>
            <w:tcW w:w="2381" w:type="dxa"/>
            <w:vAlign w:val="center"/>
          </w:tcPr>
          <w:p w14:paraId="0C43E8E5" w14:textId="77777777" w:rsidR="001865F2" w:rsidRPr="00D31D98" w:rsidRDefault="001865F2" w:rsidP="00966809">
            <w:pPr>
              <w:widowControl w:val="0"/>
              <w:rPr>
                <w:b/>
              </w:rPr>
            </w:pPr>
            <w:r w:rsidRPr="00D31D98">
              <w:rPr>
                <w:b/>
                <w:bCs/>
                <w:szCs w:val="24"/>
              </w:rPr>
              <w:t>Ciljevi</w:t>
            </w:r>
          </w:p>
        </w:tc>
        <w:tc>
          <w:tcPr>
            <w:tcW w:w="6690" w:type="dxa"/>
            <w:vAlign w:val="center"/>
          </w:tcPr>
          <w:p w14:paraId="244A519D" w14:textId="77777777" w:rsidR="001865F2" w:rsidRPr="00D31D98" w:rsidRDefault="001865F2" w:rsidP="00966809">
            <w:pPr>
              <w:widowControl w:val="0"/>
            </w:pPr>
            <w:r w:rsidRPr="00D31D98">
              <w:rPr>
                <w:szCs w:val="24"/>
              </w:rPr>
              <w:t>Popularizacija STEM područja</w:t>
            </w:r>
          </w:p>
        </w:tc>
      </w:tr>
      <w:tr w:rsidR="001865F2" w:rsidRPr="00D31D98" w14:paraId="4E2D39A8" w14:textId="77777777" w:rsidTr="00966809">
        <w:trPr>
          <w:cantSplit/>
        </w:trPr>
        <w:tc>
          <w:tcPr>
            <w:tcW w:w="2381" w:type="dxa"/>
            <w:vAlign w:val="center"/>
          </w:tcPr>
          <w:p w14:paraId="27814AEC"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26240053" w14:textId="77777777" w:rsidR="001865F2" w:rsidRPr="00D31D98" w:rsidRDefault="001865F2" w:rsidP="00966809">
            <w:pPr>
              <w:widowControl w:val="0"/>
            </w:pPr>
            <w:r w:rsidRPr="00D31D98">
              <w:rPr>
                <w:szCs w:val="24"/>
              </w:rPr>
              <w:t>Zainteresirati učenike za prirodne znanosti te poticati interes učenika za upis na prirodoslovne i tehničke fakultete.</w:t>
            </w:r>
          </w:p>
        </w:tc>
      </w:tr>
      <w:tr w:rsidR="001865F2" w:rsidRPr="00D31D98" w14:paraId="212F038D" w14:textId="77777777" w:rsidTr="00966809">
        <w:trPr>
          <w:cantSplit/>
        </w:trPr>
        <w:tc>
          <w:tcPr>
            <w:tcW w:w="2381" w:type="dxa"/>
            <w:vAlign w:val="center"/>
          </w:tcPr>
          <w:p w14:paraId="3809C324"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98FFF23" w14:textId="77777777" w:rsidR="001865F2" w:rsidRPr="00D31D98" w:rsidRDefault="001865F2" w:rsidP="00966809">
            <w:pPr>
              <w:widowControl w:val="0"/>
            </w:pPr>
            <w:r w:rsidRPr="00D31D98">
              <w:rPr>
                <w:szCs w:val="24"/>
              </w:rPr>
              <w:t xml:space="preserve">Mirta </w:t>
            </w:r>
            <w:proofErr w:type="spellStart"/>
            <w:r w:rsidRPr="00D31D98">
              <w:rPr>
                <w:szCs w:val="24"/>
              </w:rPr>
              <w:t>Engelhart</w:t>
            </w:r>
            <w:proofErr w:type="spellEnd"/>
            <w:r w:rsidRPr="00D31D98">
              <w:rPr>
                <w:szCs w:val="24"/>
              </w:rPr>
              <w:t>, prof.</w:t>
            </w:r>
          </w:p>
          <w:p w14:paraId="543BD15B"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15DB82A0" w14:textId="77777777" w:rsidR="001865F2" w:rsidRPr="00D31D98" w:rsidRDefault="001865F2" w:rsidP="00966809">
            <w:pPr>
              <w:widowControl w:val="0"/>
            </w:pPr>
            <w:r w:rsidRPr="00D31D98">
              <w:rPr>
                <w:szCs w:val="24"/>
              </w:rPr>
              <w:t>Ljiljana Kovačević, prof.</w:t>
            </w:r>
          </w:p>
        </w:tc>
      </w:tr>
      <w:tr w:rsidR="001865F2" w:rsidRPr="00D31D98" w14:paraId="0B26ED3E" w14:textId="77777777" w:rsidTr="00966809">
        <w:trPr>
          <w:cantSplit/>
        </w:trPr>
        <w:tc>
          <w:tcPr>
            <w:tcW w:w="2381" w:type="dxa"/>
            <w:vAlign w:val="center"/>
          </w:tcPr>
          <w:p w14:paraId="23A80061"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7F236000" w14:textId="77777777" w:rsidR="001865F2" w:rsidRPr="00D31D98" w:rsidRDefault="001865F2" w:rsidP="00966809">
            <w:pPr>
              <w:widowControl w:val="0"/>
            </w:pPr>
            <w:r w:rsidRPr="00D31D98">
              <w:rPr>
                <w:szCs w:val="24"/>
              </w:rPr>
              <w:t>Poludnevne ili cjelodnevne radionice koje uključuju izvođenje laboratorijskih vježbi, koje se uklapaju u nastavni plan i program, u dogovorenim terminima  na Prehrambeno-tehnološkom fakultetu Osijek.</w:t>
            </w:r>
          </w:p>
        </w:tc>
      </w:tr>
      <w:tr w:rsidR="001865F2" w:rsidRPr="00D31D98" w14:paraId="541929C9" w14:textId="77777777" w:rsidTr="00966809">
        <w:trPr>
          <w:cantSplit/>
        </w:trPr>
        <w:tc>
          <w:tcPr>
            <w:tcW w:w="2381" w:type="dxa"/>
            <w:vAlign w:val="center"/>
          </w:tcPr>
          <w:p w14:paraId="6F682622"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098BD28D" w14:textId="77777777" w:rsidR="001865F2" w:rsidRPr="00D31D98" w:rsidRDefault="001865F2" w:rsidP="00966809">
            <w:pPr>
              <w:widowControl w:val="0"/>
            </w:pPr>
            <w:r w:rsidRPr="00D31D98">
              <w:rPr>
                <w:szCs w:val="24"/>
              </w:rPr>
              <w:t>tijekom nastavne godine 2026./2027.</w:t>
            </w:r>
          </w:p>
        </w:tc>
      </w:tr>
      <w:tr w:rsidR="001865F2" w:rsidRPr="00D31D98" w14:paraId="344E0B1B" w14:textId="77777777" w:rsidTr="00966809">
        <w:trPr>
          <w:cantSplit/>
        </w:trPr>
        <w:tc>
          <w:tcPr>
            <w:tcW w:w="2381" w:type="dxa"/>
            <w:vAlign w:val="center"/>
          </w:tcPr>
          <w:p w14:paraId="6464F78F" w14:textId="77777777" w:rsidR="001865F2" w:rsidRPr="00D31D98" w:rsidRDefault="001865F2" w:rsidP="00966809">
            <w:pPr>
              <w:widowControl w:val="0"/>
              <w:rPr>
                <w:b/>
              </w:rPr>
            </w:pPr>
            <w:r w:rsidRPr="00D31D98">
              <w:rPr>
                <w:b/>
                <w:bCs/>
                <w:szCs w:val="24"/>
              </w:rPr>
              <w:t>Troškovnik</w:t>
            </w:r>
          </w:p>
        </w:tc>
        <w:tc>
          <w:tcPr>
            <w:tcW w:w="6690" w:type="dxa"/>
            <w:vAlign w:val="center"/>
          </w:tcPr>
          <w:p w14:paraId="107A063D" w14:textId="77777777" w:rsidR="001865F2" w:rsidRPr="00D31D98" w:rsidRDefault="001865F2" w:rsidP="00966809">
            <w:pPr>
              <w:widowControl w:val="0"/>
            </w:pPr>
            <w:r w:rsidRPr="00D31D98">
              <w:rPr>
                <w:szCs w:val="24"/>
              </w:rPr>
              <w:t>nema</w:t>
            </w:r>
          </w:p>
        </w:tc>
      </w:tr>
      <w:tr w:rsidR="001865F2" w:rsidRPr="00D31D98" w14:paraId="0A368E97" w14:textId="77777777" w:rsidTr="00966809">
        <w:trPr>
          <w:cantSplit/>
        </w:trPr>
        <w:tc>
          <w:tcPr>
            <w:tcW w:w="2381" w:type="dxa"/>
            <w:vAlign w:val="center"/>
          </w:tcPr>
          <w:p w14:paraId="310CE67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6F182DF" w14:textId="77777777" w:rsidR="001865F2" w:rsidRPr="00D31D98" w:rsidRDefault="001865F2" w:rsidP="00966809">
            <w:pPr>
              <w:widowControl w:val="0"/>
            </w:pPr>
            <w:r w:rsidRPr="00D31D98">
              <w:rPr>
                <w:szCs w:val="24"/>
              </w:rPr>
              <w:t>opisno praćenje</w:t>
            </w:r>
          </w:p>
        </w:tc>
      </w:tr>
    </w:tbl>
    <w:p w14:paraId="6A08E7B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C0C4051" w14:textId="77777777" w:rsidTr="00966809">
        <w:trPr>
          <w:cantSplit/>
        </w:trPr>
        <w:tc>
          <w:tcPr>
            <w:tcW w:w="2381" w:type="dxa"/>
            <w:vAlign w:val="center"/>
          </w:tcPr>
          <w:p w14:paraId="72ADF513"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69FD071" w14:textId="77777777" w:rsidR="001865F2" w:rsidRPr="00D31D98" w:rsidRDefault="001865F2" w:rsidP="00966809">
            <w:pPr>
              <w:keepNext/>
              <w:widowControl w:val="0"/>
              <w:rPr>
                <w:b/>
              </w:rPr>
            </w:pPr>
            <w:r w:rsidRPr="00D31D98">
              <w:rPr>
                <w:b/>
                <w:bCs/>
                <w:szCs w:val="24"/>
              </w:rPr>
              <w:t>Radionice na Odjelu za kemiju Osijek</w:t>
            </w:r>
          </w:p>
        </w:tc>
      </w:tr>
      <w:tr w:rsidR="001865F2" w:rsidRPr="00D31D98" w14:paraId="7202558B" w14:textId="77777777" w:rsidTr="00966809">
        <w:trPr>
          <w:cantSplit/>
        </w:trPr>
        <w:tc>
          <w:tcPr>
            <w:tcW w:w="2381" w:type="dxa"/>
            <w:vAlign w:val="center"/>
          </w:tcPr>
          <w:p w14:paraId="4D0C1EEB" w14:textId="77777777" w:rsidR="001865F2" w:rsidRPr="00D31D98" w:rsidRDefault="001865F2" w:rsidP="00966809">
            <w:pPr>
              <w:widowControl w:val="0"/>
              <w:rPr>
                <w:b/>
              </w:rPr>
            </w:pPr>
            <w:r w:rsidRPr="00D31D98">
              <w:rPr>
                <w:b/>
                <w:bCs/>
                <w:szCs w:val="24"/>
              </w:rPr>
              <w:t>Ciljevi</w:t>
            </w:r>
          </w:p>
        </w:tc>
        <w:tc>
          <w:tcPr>
            <w:tcW w:w="6690" w:type="dxa"/>
            <w:vAlign w:val="center"/>
          </w:tcPr>
          <w:p w14:paraId="650AFFC0" w14:textId="77777777" w:rsidR="001865F2" w:rsidRPr="00D31D98" w:rsidRDefault="001865F2" w:rsidP="00966809">
            <w:pPr>
              <w:widowControl w:val="0"/>
            </w:pPr>
            <w:r w:rsidRPr="00D31D98">
              <w:rPr>
                <w:szCs w:val="24"/>
              </w:rPr>
              <w:t>Popularizacija STEM područja</w:t>
            </w:r>
          </w:p>
        </w:tc>
      </w:tr>
      <w:tr w:rsidR="001865F2" w:rsidRPr="00D31D98" w14:paraId="0D21A3B9" w14:textId="77777777" w:rsidTr="00966809">
        <w:trPr>
          <w:cantSplit/>
        </w:trPr>
        <w:tc>
          <w:tcPr>
            <w:tcW w:w="2381" w:type="dxa"/>
            <w:vAlign w:val="center"/>
          </w:tcPr>
          <w:p w14:paraId="5E98ABC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2203F6D9" w14:textId="77777777" w:rsidR="001865F2" w:rsidRPr="00D31D98" w:rsidRDefault="001865F2" w:rsidP="00966809">
            <w:pPr>
              <w:widowControl w:val="0"/>
            </w:pPr>
            <w:r w:rsidRPr="00D31D98">
              <w:rPr>
                <w:szCs w:val="24"/>
              </w:rPr>
              <w:t>Zainteresirati učenike za prirodne znanosti te poticati interes učenika za upis na prirodoslovne i tehničke fakultete.</w:t>
            </w:r>
          </w:p>
        </w:tc>
      </w:tr>
      <w:tr w:rsidR="001865F2" w:rsidRPr="00D31D98" w14:paraId="0808E866" w14:textId="77777777" w:rsidTr="00966809">
        <w:trPr>
          <w:cantSplit/>
        </w:trPr>
        <w:tc>
          <w:tcPr>
            <w:tcW w:w="2381" w:type="dxa"/>
            <w:vAlign w:val="center"/>
          </w:tcPr>
          <w:p w14:paraId="5E92AF38"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C58EE55" w14:textId="77777777" w:rsidR="001865F2" w:rsidRPr="00D31D98" w:rsidRDefault="001865F2" w:rsidP="00966809">
            <w:pPr>
              <w:widowControl w:val="0"/>
            </w:pPr>
            <w:r w:rsidRPr="00D31D98">
              <w:rPr>
                <w:szCs w:val="24"/>
              </w:rPr>
              <w:t xml:space="preserve">Mirta </w:t>
            </w:r>
            <w:proofErr w:type="spellStart"/>
            <w:r w:rsidRPr="00D31D98">
              <w:rPr>
                <w:szCs w:val="24"/>
              </w:rPr>
              <w:t>Engelhart</w:t>
            </w:r>
            <w:proofErr w:type="spellEnd"/>
            <w:r w:rsidRPr="00D31D98">
              <w:rPr>
                <w:szCs w:val="24"/>
              </w:rPr>
              <w:t>, prof.</w:t>
            </w:r>
          </w:p>
          <w:p w14:paraId="3ABBF770"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5810653E" w14:textId="77777777" w:rsidR="001865F2" w:rsidRPr="00D31D98" w:rsidRDefault="001865F2" w:rsidP="00966809">
            <w:pPr>
              <w:widowControl w:val="0"/>
            </w:pPr>
            <w:r w:rsidRPr="00D31D98">
              <w:rPr>
                <w:szCs w:val="24"/>
              </w:rPr>
              <w:t>Ljiljana Kovačević, prof.</w:t>
            </w:r>
          </w:p>
        </w:tc>
      </w:tr>
      <w:tr w:rsidR="001865F2" w:rsidRPr="00D31D98" w14:paraId="6268A1EB" w14:textId="77777777" w:rsidTr="00966809">
        <w:trPr>
          <w:cantSplit/>
        </w:trPr>
        <w:tc>
          <w:tcPr>
            <w:tcW w:w="2381" w:type="dxa"/>
            <w:vAlign w:val="center"/>
          </w:tcPr>
          <w:p w14:paraId="58C8419B"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589CC20" w14:textId="77777777" w:rsidR="001865F2" w:rsidRPr="00D31D98" w:rsidRDefault="001865F2" w:rsidP="00966809">
            <w:pPr>
              <w:widowControl w:val="0"/>
            </w:pPr>
            <w:r w:rsidRPr="00D31D98">
              <w:rPr>
                <w:szCs w:val="24"/>
              </w:rPr>
              <w:t>Poludnevne ili cjelodnevne radionice koje uključuju izvođenje laboratorijskih vježbi, koje se uklapaju u nastavni plan i program, u dogovorenim terminima  na Odjelu za kemiju Osijek.</w:t>
            </w:r>
          </w:p>
        </w:tc>
      </w:tr>
      <w:tr w:rsidR="001865F2" w:rsidRPr="00D31D98" w14:paraId="35F31590" w14:textId="77777777" w:rsidTr="00966809">
        <w:trPr>
          <w:cantSplit/>
        </w:trPr>
        <w:tc>
          <w:tcPr>
            <w:tcW w:w="2381" w:type="dxa"/>
            <w:vAlign w:val="center"/>
          </w:tcPr>
          <w:p w14:paraId="63189A59"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1E62A57" w14:textId="77777777" w:rsidR="001865F2" w:rsidRPr="00D31D98" w:rsidRDefault="001865F2" w:rsidP="00966809">
            <w:pPr>
              <w:widowControl w:val="0"/>
            </w:pPr>
            <w:r w:rsidRPr="00D31D98">
              <w:rPr>
                <w:szCs w:val="24"/>
              </w:rPr>
              <w:t>tijekom nastavne godine 2026./2027.</w:t>
            </w:r>
          </w:p>
        </w:tc>
      </w:tr>
      <w:tr w:rsidR="001865F2" w:rsidRPr="00D31D98" w14:paraId="52F19BD7" w14:textId="77777777" w:rsidTr="00966809">
        <w:trPr>
          <w:cantSplit/>
        </w:trPr>
        <w:tc>
          <w:tcPr>
            <w:tcW w:w="2381" w:type="dxa"/>
            <w:vAlign w:val="center"/>
          </w:tcPr>
          <w:p w14:paraId="498EF381" w14:textId="77777777" w:rsidR="001865F2" w:rsidRPr="00D31D98" w:rsidRDefault="001865F2" w:rsidP="00966809">
            <w:pPr>
              <w:widowControl w:val="0"/>
              <w:rPr>
                <w:b/>
              </w:rPr>
            </w:pPr>
            <w:r w:rsidRPr="00D31D98">
              <w:rPr>
                <w:b/>
                <w:bCs/>
                <w:szCs w:val="24"/>
              </w:rPr>
              <w:t>Troškovnik</w:t>
            </w:r>
          </w:p>
        </w:tc>
        <w:tc>
          <w:tcPr>
            <w:tcW w:w="6690" w:type="dxa"/>
            <w:vAlign w:val="center"/>
          </w:tcPr>
          <w:p w14:paraId="0C206C91" w14:textId="77777777" w:rsidR="001865F2" w:rsidRPr="00D31D98" w:rsidRDefault="001865F2" w:rsidP="00966809">
            <w:pPr>
              <w:widowControl w:val="0"/>
            </w:pPr>
            <w:r w:rsidRPr="00D31D98">
              <w:rPr>
                <w:szCs w:val="24"/>
              </w:rPr>
              <w:t>nema</w:t>
            </w:r>
          </w:p>
        </w:tc>
      </w:tr>
      <w:tr w:rsidR="001865F2" w:rsidRPr="00D31D98" w14:paraId="5E092FA2" w14:textId="77777777" w:rsidTr="00966809">
        <w:trPr>
          <w:cantSplit/>
        </w:trPr>
        <w:tc>
          <w:tcPr>
            <w:tcW w:w="2381" w:type="dxa"/>
            <w:vAlign w:val="center"/>
          </w:tcPr>
          <w:p w14:paraId="19F4648B"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FC1EF61" w14:textId="77777777" w:rsidR="001865F2" w:rsidRPr="00D31D98" w:rsidRDefault="001865F2" w:rsidP="00966809">
            <w:pPr>
              <w:widowControl w:val="0"/>
            </w:pPr>
            <w:r w:rsidRPr="00D31D98">
              <w:rPr>
                <w:szCs w:val="24"/>
              </w:rPr>
              <w:t>opisno praćenje</w:t>
            </w:r>
          </w:p>
        </w:tc>
      </w:tr>
    </w:tbl>
    <w:p w14:paraId="21753A10"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D13274C" w14:textId="77777777" w:rsidTr="00966809">
        <w:trPr>
          <w:cantSplit/>
        </w:trPr>
        <w:tc>
          <w:tcPr>
            <w:tcW w:w="2381" w:type="dxa"/>
            <w:vAlign w:val="center"/>
          </w:tcPr>
          <w:p w14:paraId="294133FB"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4573F88E" w14:textId="77777777" w:rsidR="001865F2" w:rsidRPr="00D31D98" w:rsidRDefault="001865F2" w:rsidP="00966809">
            <w:pPr>
              <w:keepNext/>
              <w:widowControl w:val="0"/>
              <w:rPr>
                <w:b/>
              </w:rPr>
            </w:pPr>
            <w:r w:rsidRPr="00D31D98">
              <w:rPr>
                <w:b/>
                <w:bCs/>
                <w:szCs w:val="24"/>
              </w:rPr>
              <w:t xml:space="preserve">Advent u Salzburgu i posjet </w:t>
            </w:r>
            <w:proofErr w:type="spellStart"/>
            <w:r w:rsidRPr="00D31D98">
              <w:rPr>
                <w:b/>
                <w:bCs/>
                <w:szCs w:val="24"/>
              </w:rPr>
              <w:t>Hallstattu</w:t>
            </w:r>
            <w:proofErr w:type="spellEnd"/>
            <w:r w:rsidRPr="00D31D98">
              <w:rPr>
                <w:b/>
                <w:bCs/>
                <w:szCs w:val="24"/>
              </w:rPr>
              <w:t xml:space="preserve"> – upoznavanje jezika, kulture, povijesti i adventskih običaja njemačkog govornog područja</w:t>
            </w:r>
          </w:p>
        </w:tc>
      </w:tr>
      <w:tr w:rsidR="001865F2" w:rsidRPr="00D31D98" w14:paraId="61357463" w14:textId="77777777" w:rsidTr="00966809">
        <w:trPr>
          <w:cantSplit/>
        </w:trPr>
        <w:tc>
          <w:tcPr>
            <w:tcW w:w="2381" w:type="dxa"/>
            <w:vAlign w:val="center"/>
          </w:tcPr>
          <w:p w14:paraId="32D73B91" w14:textId="77777777" w:rsidR="001865F2" w:rsidRPr="00D31D98" w:rsidRDefault="001865F2" w:rsidP="00966809">
            <w:pPr>
              <w:widowControl w:val="0"/>
              <w:rPr>
                <w:b/>
              </w:rPr>
            </w:pPr>
            <w:r w:rsidRPr="00D31D98">
              <w:rPr>
                <w:b/>
                <w:bCs/>
                <w:szCs w:val="24"/>
              </w:rPr>
              <w:t>Ciljevi</w:t>
            </w:r>
          </w:p>
        </w:tc>
        <w:tc>
          <w:tcPr>
            <w:tcW w:w="6690" w:type="dxa"/>
            <w:vAlign w:val="center"/>
          </w:tcPr>
          <w:p w14:paraId="061502EB" w14:textId="77777777" w:rsidR="001865F2" w:rsidRPr="00D31D98" w:rsidRDefault="001865F2" w:rsidP="00966809">
            <w:pPr>
              <w:widowControl w:val="0"/>
              <w:rPr>
                <w:szCs w:val="24"/>
              </w:rPr>
            </w:pPr>
            <w:r w:rsidRPr="00D31D98">
              <w:rPr>
                <w:szCs w:val="24"/>
              </w:rPr>
              <w:t>Cilj putovanja je omogućiti učenicima neposredno upoznavanje kulturne, povijesne i društvene baštine Austrije te proširiti njihova znanja o zemljama njemačkog govornog područja kroz iskustveno učenje izvan učionice.</w:t>
            </w:r>
          </w:p>
          <w:p w14:paraId="6F1DB1A8" w14:textId="77777777" w:rsidR="001865F2" w:rsidRPr="00D31D98" w:rsidRDefault="001865F2" w:rsidP="00966809">
            <w:pPr>
              <w:widowControl w:val="0"/>
              <w:rPr>
                <w:szCs w:val="24"/>
              </w:rPr>
            </w:pPr>
            <w:r w:rsidRPr="00D31D98">
              <w:rPr>
                <w:szCs w:val="24"/>
              </w:rPr>
              <w:t>Poseban naglasak stavlja se na upoznavanje adventskih običaja i tradicije, razvoj jezičnih kompetencija učenika te povezivanje sadržaja koji se obrađuju u nastavi njemačkog jezika s autentičnim životnim i kulturnim okruženjem.</w:t>
            </w:r>
          </w:p>
        </w:tc>
      </w:tr>
      <w:tr w:rsidR="001865F2" w:rsidRPr="00D31D98" w14:paraId="362A53EA" w14:textId="77777777" w:rsidTr="00966809">
        <w:trPr>
          <w:cantSplit/>
        </w:trPr>
        <w:tc>
          <w:tcPr>
            <w:tcW w:w="2381" w:type="dxa"/>
            <w:vAlign w:val="center"/>
          </w:tcPr>
          <w:p w14:paraId="5ABEEBA1"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9626E61" w14:textId="77777777" w:rsidR="001865F2" w:rsidRPr="00D31D98" w:rsidRDefault="001865F2" w:rsidP="00966809">
            <w:pPr>
              <w:widowControl w:val="0"/>
              <w:rPr>
                <w:szCs w:val="24"/>
              </w:rPr>
            </w:pPr>
            <w:r w:rsidRPr="00D31D98">
              <w:rPr>
                <w:szCs w:val="24"/>
              </w:rPr>
              <w:t>Učenici će:</w:t>
            </w:r>
          </w:p>
          <w:p w14:paraId="003178DA" w14:textId="77777777" w:rsidR="001865F2" w:rsidRPr="00D31D98" w:rsidRDefault="001865F2" w:rsidP="001865F2">
            <w:pPr>
              <w:widowControl w:val="0"/>
              <w:numPr>
                <w:ilvl w:val="0"/>
                <w:numId w:val="30"/>
              </w:numPr>
              <w:ind w:left="255" w:hanging="142"/>
              <w:rPr>
                <w:szCs w:val="24"/>
              </w:rPr>
            </w:pPr>
            <w:r w:rsidRPr="00D31D98">
              <w:rPr>
                <w:szCs w:val="24"/>
              </w:rPr>
              <w:t>upoznati Salzburg kao važan kulturno-povijesni grad Austrije;</w:t>
            </w:r>
          </w:p>
          <w:p w14:paraId="04F5EF1B" w14:textId="77777777" w:rsidR="001865F2" w:rsidRPr="00D31D98" w:rsidRDefault="001865F2" w:rsidP="001865F2">
            <w:pPr>
              <w:widowControl w:val="0"/>
              <w:numPr>
                <w:ilvl w:val="0"/>
                <w:numId w:val="30"/>
              </w:numPr>
              <w:ind w:left="255" w:hanging="142"/>
              <w:rPr>
                <w:szCs w:val="24"/>
              </w:rPr>
            </w:pPr>
            <w:r w:rsidRPr="00D31D98">
              <w:rPr>
                <w:szCs w:val="24"/>
              </w:rPr>
              <w:t>upoznati znamenitosti Salzburga i njihovu povijesnu i kulturnu važnost;</w:t>
            </w:r>
          </w:p>
          <w:p w14:paraId="69E2A338" w14:textId="77777777" w:rsidR="001865F2" w:rsidRPr="00D31D98" w:rsidRDefault="001865F2" w:rsidP="001865F2">
            <w:pPr>
              <w:widowControl w:val="0"/>
              <w:numPr>
                <w:ilvl w:val="0"/>
                <w:numId w:val="30"/>
              </w:numPr>
              <w:ind w:left="255" w:hanging="142"/>
              <w:rPr>
                <w:szCs w:val="24"/>
              </w:rPr>
            </w:pPr>
            <w:r w:rsidRPr="00D31D98">
              <w:rPr>
                <w:szCs w:val="24"/>
              </w:rPr>
              <w:t>posjetiti tradicionalni adventski sajam te upoznati adventske običaje i tradiciju;</w:t>
            </w:r>
          </w:p>
          <w:p w14:paraId="369C7D56" w14:textId="77777777" w:rsidR="001865F2" w:rsidRPr="00D31D98" w:rsidRDefault="001865F2" w:rsidP="001865F2">
            <w:pPr>
              <w:widowControl w:val="0"/>
              <w:numPr>
                <w:ilvl w:val="0"/>
                <w:numId w:val="30"/>
              </w:numPr>
              <w:ind w:left="255" w:hanging="142"/>
              <w:rPr>
                <w:szCs w:val="24"/>
              </w:rPr>
            </w:pPr>
            <w:r w:rsidRPr="00D31D98">
              <w:rPr>
                <w:szCs w:val="24"/>
              </w:rPr>
              <w:t>upoznati elemente svakodnevnoga života i kulture u Austriji;</w:t>
            </w:r>
          </w:p>
          <w:p w14:paraId="2C8125B5" w14:textId="77777777" w:rsidR="001865F2" w:rsidRPr="00D31D98" w:rsidRDefault="001865F2" w:rsidP="001865F2">
            <w:pPr>
              <w:widowControl w:val="0"/>
              <w:numPr>
                <w:ilvl w:val="0"/>
                <w:numId w:val="30"/>
              </w:numPr>
              <w:ind w:left="255" w:hanging="142"/>
              <w:rPr>
                <w:szCs w:val="24"/>
              </w:rPr>
            </w:pPr>
            <w:r w:rsidRPr="00D31D98">
              <w:rPr>
                <w:szCs w:val="24"/>
              </w:rPr>
              <w:t>proširiti znanja o zemljama njemačkog govornog područja;</w:t>
            </w:r>
          </w:p>
          <w:p w14:paraId="719065F2" w14:textId="77777777" w:rsidR="001865F2" w:rsidRPr="00D31D98" w:rsidRDefault="001865F2" w:rsidP="001865F2">
            <w:pPr>
              <w:widowControl w:val="0"/>
              <w:numPr>
                <w:ilvl w:val="0"/>
                <w:numId w:val="30"/>
              </w:numPr>
              <w:ind w:left="255" w:hanging="142"/>
              <w:rPr>
                <w:szCs w:val="24"/>
              </w:rPr>
            </w:pPr>
            <w:r w:rsidRPr="00D31D98">
              <w:rPr>
                <w:szCs w:val="24"/>
              </w:rPr>
              <w:t>primjenjivati njemački jezik u autentičnim komunikacijskim situacijama;</w:t>
            </w:r>
          </w:p>
          <w:p w14:paraId="4BA3E2E9" w14:textId="77777777" w:rsidR="001865F2" w:rsidRPr="00D31D98" w:rsidRDefault="001865F2" w:rsidP="001865F2">
            <w:pPr>
              <w:widowControl w:val="0"/>
              <w:numPr>
                <w:ilvl w:val="0"/>
                <w:numId w:val="30"/>
              </w:numPr>
              <w:ind w:left="255" w:hanging="142"/>
              <w:rPr>
                <w:szCs w:val="24"/>
              </w:rPr>
            </w:pPr>
            <w:r w:rsidRPr="00D31D98">
              <w:rPr>
                <w:szCs w:val="24"/>
              </w:rPr>
              <w:t>razvijati razumijevanje i poštovanje kulturnih različitosti;</w:t>
            </w:r>
          </w:p>
          <w:p w14:paraId="6944D0FF" w14:textId="77777777" w:rsidR="001865F2" w:rsidRPr="00D31D98" w:rsidRDefault="001865F2" w:rsidP="001865F2">
            <w:pPr>
              <w:widowControl w:val="0"/>
              <w:numPr>
                <w:ilvl w:val="0"/>
                <w:numId w:val="30"/>
              </w:numPr>
              <w:ind w:left="255" w:hanging="142"/>
              <w:rPr>
                <w:szCs w:val="24"/>
              </w:rPr>
            </w:pPr>
            <w:r w:rsidRPr="00D31D98">
              <w:rPr>
                <w:szCs w:val="24"/>
              </w:rPr>
              <w:t>povezivati sadržaje iz nastave njemačkog jezika s geografijom, poviješću, umjetnošću i drugim nastavnim područjima;</w:t>
            </w:r>
          </w:p>
          <w:p w14:paraId="1012A400" w14:textId="77777777" w:rsidR="001865F2" w:rsidRPr="00D31D98" w:rsidRDefault="001865F2" w:rsidP="001865F2">
            <w:pPr>
              <w:widowControl w:val="0"/>
              <w:numPr>
                <w:ilvl w:val="0"/>
                <w:numId w:val="30"/>
              </w:numPr>
              <w:ind w:left="255" w:hanging="142"/>
              <w:rPr>
                <w:szCs w:val="24"/>
              </w:rPr>
            </w:pPr>
            <w:r w:rsidRPr="00D31D98">
              <w:rPr>
                <w:szCs w:val="24"/>
              </w:rPr>
              <w:t>razvijati samostalnost, odgovornost i primjereno ponašanje u međunarodnom i turističkom okruženju.</w:t>
            </w:r>
          </w:p>
        </w:tc>
      </w:tr>
      <w:tr w:rsidR="001865F2" w:rsidRPr="00D31D98" w14:paraId="31E1F2A5" w14:textId="77777777" w:rsidTr="00966809">
        <w:trPr>
          <w:cantSplit/>
        </w:trPr>
        <w:tc>
          <w:tcPr>
            <w:tcW w:w="2381" w:type="dxa"/>
            <w:vAlign w:val="center"/>
          </w:tcPr>
          <w:p w14:paraId="10E20F8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4B7A6783" w14:textId="77777777" w:rsidR="001865F2" w:rsidRPr="00D31D98" w:rsidRDefault="001865F2" w:rsidP="00966809">
            <w:pPr>
              <w:widowControl w:val="0"/>
            </w:pPr>
            <w:r w:rsidRPr="00D31D98">
              <w:rPr>
                <w:szCs w:val="24"/>
              </w:rPr>
              <w:t xml:space="preserve">Amra </w:t>
            </w:r>
            <w:proofErr w:type="spellStart"/>
            <w:r w:rsidRPr="00D31D98">
              <w:rPr>
                <w:szCs w:val="24"/>
              </w:rPr>
              <w:t>Ismić</w:t>
            </w:r>
            <w:proofErr w:type="spellEnd"/>
            <w:r w:rsidRPr="00D31D98">
              <w:rPr>
                <w:szCs w:val="24"/>
              </w:rPr>
              <w:t>, prof. njemačkog jezika</w:t>
            </w:r>
          </w:p>
        </w:tc>
      </w:tr>
      <w:tr w:rsidR="001865F2" w:rsidRPr="00D31D98" w14:paraId="241BF4AE" w14:textId="77777777" w:rsidTr="00966809">
        <w:trPr>
          <w:cantSplit/>
        </w:trPr>
        <w:tc>
          <w:tcPr>
            <w:tcW w:w="2381" w:type="dxa"/>
            <w:vAlign w:val="center"/>
          </w:tcPr>
          <w:p w14:paraId="4426668D"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0391B6C" w14:textId="77777777" w:rsidR="001865F2" w:rsidRPr="00D31D98" w:rsidRDefault="001865F2" w:rsidP="00966809">
            <w:pPr>
              <w:widowControl w:val="0"/>
              <w:rPr>
                <w:szCs w:val="24"/>
              </w:rPr>
            </w:pPr>
            <w:r w:rsidRPr="00D31D98">
              <w:rPr>
                <w:szCs w:val="24"/>
              </w:rPr>
              <w:t>Petak, 18. prosinca 2026. – polazak</w:t>
            </w:r>
          </w:p>
          <w:p w14:paraId="79DDBCCC" w14:textId="77777777" w:rsidR="001865F2" w:rsidRPr="00D31D98" w:rsidRDefault="001865F2" w:rsidP="00966809">
            <w:pPr>
              <w:widowControl w:val="0"/>
              <w:rPr>
                <w:szCs w:val="24"/>
              </w:rPr>
            </w:pPr>
            <w:r w:rsidRPr="00D31D98">
              <w:rPr>
                <w:szCs w:val="24"/>
              </w:rPr>
              <w:t>Polazak u večernjim satima prema Austriji.</w:t>
            </w:r>
          </w:p>
          <w:p w14:paraId="4AA0D1A6" w14:textId="77777777" w:rsidR="001865F2" w:rsidRPr="00D31D98" w:rsidRDefault="001865F2" w:rsidP="00966809">
            <w:pPr>
              <w:widowControl w:val="0"/>
              <w:rPr>
                <w:szCs w:val="24"/>
              </w:rPr>
            </w:pPr>
            <w:r w:rsidRPr="00D31D98">
              <w:rPr>
                <w:szCs w:val="24"/>
              </w:rPr>
              <w:t>Subota, 19. prosinca 2026. – Salzburg</w:t>
            </w:r>
          </w:p>
          <w:p w14:paraId="1697AABE" w14:textId="77777777" w:rsidR="001865F2" w:rsidRPr="00D31D98" w:rsidRDefault="001865F2" w:rsidP="00966809">
            <w:pPr>
              <w:widowControl w:val="0"/>
              <w:rPr>
                <w:szCs w:val="24"/>
              </w:rPr>
            </w:pPr>
            <w:r w:rsidRPr="00D31D98">
              <w:rPr>
                <w:szCs w:val="24"/>
              </w:rPr>
              <w:t>Dolazak u Salzburg i organizirani obilazak grada.</w:t>
            </w:r>
          </w:p>
          <w:p w14:paraId="537E01E8" w14:textId="77777777" w:rsidR="001865F2" w:rsidRPr="00D31D98" w:rsidRDefault="001865F2" w:rsidP="00966809">
            <w:pPr>
              <w:widowControl w:val="0"/>
              <w:rPr>
                <w:szCs w:val="24"/>
              </w:rPr>
            </w:pPr>
            <w:r w:rsidRPr="00D31D98">
              <w:rPr>
                <w:szCs w:val="24"/>
              </w:rPr>
              <w:t xml:space="preserve">Nedjelja, 20. prosinca 2026. – </w:t>
            </w:r>
            <w:proofErr w:type="spellStart"/>
            <w:r w:rsidRPr="00D31D98">
              <w:rPr>
                <w:szCs w:val="24"/>
              </w:rPr>
              <w:t>Hallstatt</w:t>
            </w:r>
            <w:proofErr w:type="spellEnd"/>
            <w:r w:rsidRPr="00D31D98">
              <w:rPr>
                <w:szCs w:val="24"/>
              </w:rPr>
              <w:t xml:space="preserve"> i povratak</w:t>
            </w:r>
          </w:p>
        </w:tc>
      </w:tr>
      <w:tr w:rsidR="001865F2" w:rsidRPr="00D31D98" w14:paraId="39D369C5" w14:textId="77777777" w:rsidTr="00966809">
        <w:trPr>
          <w:cantSplit/>
        </w:trPr>
        <w:tc>
          <w:tcPr>
            <w:tcW w:w="2381" w:type="dxa"/>
            <w:vAlign w:val="center"/>
          </w:tcPr>
          <w:p w14:paraId="5F86710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3AC089E" w14:textId="77777777" w:rsidR="001865F2" w:rsidRPr="00D31D98" w:rsidRDefault="001865F2" w:rsidP="00966809">
            <w:pPr>
              <w:widowControl w:val="0"/>
            </w:pPr>
            <w:r w:rsidRPr="00D31D98">
              <w:rPr>
                <w:szCs w:val="24"/>
              </w:rPr>
              <w:t>18. – 20. prosinca 2026.</w:t>
            </w:r>
          </w:p>
        </w:tc>
      </w:tr>
      <w:tr w:rsidR="001865F2" w:rsidRPr="00D31D98" w14:paraId="40BA30FD" w14:textId="77777777" w:rsidTr="00966809">
        <w:trPr>
          <w:cantSplit/>
        </w:trPr>
        <w:tc>
          <w:tcPr>
            <w:tcW w:w="2381" w:type="dxa"/>
            <w:vAlign w:val="center"/>
          </w:tcPr>
          <w:p w14:paraId="7E8D7245" w14:textId="77777777" w:rsidR="001865F2" w:rsidRPr="00D31D98" w:rsidRDefault="001865F2" w:rsidP="00966809">
            <w:pPr>
              <w:widowControl w:val="0"/>
              <w:rPr>
                <w:b/>
              </w:rPr>
            </w:pPr>
            <w:r w:rsidRPr="00D31D98">
              <w:rPr>
                <w:b/>
                <w:bCs/>
                <w:szCs w:val="24"/>
              </w:rPr>
              <w:t>Troškovnik</w:t>
            </w:r>
          </w:p>
        </w:tc>
        <w:tc>
          <w:tcPr>
            <w:tcW w:w="6690" w:type="dxa"/>
            <w:vAlign w:val="center"/>
          </w:tcPr>
          <w:p w14:paraId="1365BAC1" w14:textId="77777777" w:rsidR="001865F2" w:rsidRPr="00D31D98" w:rsidRDefault="001865F2" w:rsidP="00966809">
            <w:pPr>
              <w:widowControl w:val="0"/>
              <w:tabs>
                <w:tab w:val="left" w:pos="1040"/>
              </w:tabs>
            </w:pPr>
            <w:r w:rsidRPr="00D31D98">
              <w:rPr>
                <w:szCs w:val="24"/>
              </w:rPr>
              <w:t xml:space="preserve">Ovisno o ponudi i broju učenika </w:t>
            </w:r>
          </w:p>
        </w:tc>
      </w:tr>
      <w:tr w:rsidR="001865F2" w:rsidRPr="00D31D98" w14:paraId="00932E03" w14:textId="77777777" w:rsidTr="00966809">
        <w:trPr>
          <w:cantSplit/>
        </w:trPr>
        <w:tc>
          <w:tcPr>
            <w:tcW w:w="2381" w:type="dxa"/>
            <w:vAlign w:val="center"/>
          </w:tcPr>
          <w:p w14:paraId="41F64090"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1F17A84F" w14:textId="77777777" w:rsidR="001865F2" w:rsidRPr="00D31D98" w:rsidRDefault="001865F2" w:rsidP="00966809">
            <w:pPr>
              <w:widowControl w:val="0"/>
              <w:rPr>
                <w:szCs w:val="24"/>
              </w:rPr>
            </w:pPr>
            <w:r w:rsidRPr="00D31D98">
              <w:rPr>
                <w:szCs w:val="24"/>
              </w:rPr>
              <w:t>Vrednovanje će se provoditi kroz:</w:t>
            </w:r>
          </w:p>
          <w:p w14:paraId="69A0A9ED" w14:textId="77777777" w:rsidR="001865F2" w:rsidRPr="00D31D98" w:rsidRDefault="001865F2" w:rsidP="001865F2">
            <w:pPr>
              <w:widowControl w:val="0"/>
              <w:numPr>
                <w:ilvl w:val="0"/>
                <w:numId w:val="31"/>
              </w:numPr>
              <w:ind w:left="255" w:hanging="142"/>
              <w:rPr>
                <w:szCs w:val="24"/>
              </w:rPr>
            </w:pPr>
            <w:r w:rsidRPr="00D31D98">
              <w:rPr>
                <w:szCs w:val="24"/>
              </w:rPr>
              <w:t>praćenje aktivnog sudjelovanja učenika;</w:t>
            </w:r>
          </w:p>
          <w:p w14:paraId="53A3D106" w14:textId="77777777" w:rsidR="001865F2" w:rsidRPr="00D31D98" w:rsidRDefault="001865F2" w:rsidP="001865F2">
            <w:pPr>
              <w:widowControl w:val="0"/>
              <w:numPr>
                <w:ilvl w:val="0"/>
                <w:numId w:val="31"/>
              </w:numPr>
              <w:ind w:left="255" w:hanging="142"/>
              <w:rPr>
                <w:szCs w:val="24"/>
              </w:rPr>
            </w:pPr>
            <w:r w:rsidRPr="00D31D98">
              <w:rPr>
                <w:szCs w:val="24"/>
              </w:rPr>
              <w:t>izvršavanje pripremnih i istraživačkih zadataka;</w:t>
            </w:r>
          </w:p>
          <w:p w14:paraId="4E96AA8C" w14:textId="77777777" w:rsidR="001865F2" w:rsidRPr="00D31D98" w:rsidRDefault="001865F2" w:rsidP="001865F2">
            <w:pPr>
              <w:widowControl w:val="0"/>
              <w:numPr>
                <w:ilvl w:val="0"/>
                <w:numId w:val="31"/>
              </w:numPr>
              <w:ind w:left="255" w:hanging="142"/>
              <w:rPr>
                <w:szCs w:val="24"/>
              </w:rPr>
            </w:pPr>
            <w:r w:rsidRPr="00D31D98">
              <w:rPr>
                <w:szCs w:val="24"/>
              </w:rPr>
              <w:t>korištenje njemačkog jezika u stvarnim komunikacijskim situacijama;</w:t>
            </w:r>
          </w:p>
          <w:p w14:paraId="05198EC3" w14:textId="77777777" w:rsidR="001865F2" w:rsidRPr="00D31D98" w:rsidRDefault="001865F2" w:rsidP="001865F2">
            <w:pPr>
              <w:widowControl w:val="0"/>
              <w:numPr>
                <w:ilvl w:val="0"/>
                <w:numId w:val="31"/>
              </w:numPr>
              <w:ind w:left="255" w:hanging="142"/>
              <w:rPr>
                <w:szCs w:val="24"/>
              </w:rPr>
            </w:pPr>
            <w:r w:rsidRPr="00D31D98">
              <w:rPr>
                <w:szCs w:val="24"/>
              </w:rPr>
              <w:t>učeničke prezentacije i završne aktivnosti;</w:t>
            </w:r>
          </w:p>
          <w:p w14:paraId="40867068" w14:textId="77777777" w:rsidR="001865F2" w:rsidRPr="00D31D98" w:rsidRDefault="001865F2" w:rsidP="001865F2">
            <w:pPr>
              <w:widowControl w:val="0"/>
              <w:numPr>
                <w:ilvl w:val="0"/>
                <w:numId w:val="31"/>
              </w:numPr>
              <w:ind w:left="255" w:hanging="142"/>
              <w:rPr>
                <w:szCs w:val="24"/>
              </w:rPr>
            </w:pPr>
            <w:r w:rsidRPr="00D31D98">
              <w:rPr>
                <w:szCs w:val="24"/>
              </w:rPr>
              <w:t>kratku samoprocjenu učenika nakon putovanja.</w:t>
            </w:r>
          </w:p>
        </w:tc>
      </w:tr>
    </w:tbl>
    <w:p w14:paraId="2958CF9B" w14:textId="77777777" w:rsidR="001865F2" w:rsidRDefault="001865F2" w:rsidP="001865F2">
      <w:pPr>
        <w:spacing w:after="0"/>
      </w:pPr>
    </w:p>
    <w:p w14:paraId="4F212EB9" w14:textId="77777777" w:rsidR="002259C6" w:rsidRDefault="002259C6" w:rsidP="001865F2">
      <w:pPr>
        <w:spacing w:after="0"/>
      </w:pPr>
    </w:p>
    <w:p w14:paraId="470A4423" w14:textId="77777777" w:rsidR="002259C6" w:rsidRDefault="002259C6" w:rsidP="001865F2">
      <w:pPr>
        <w:spacing w:after="0"/>
      </w:pPr>
    </w:p>
    <w:p w14:paraId="6FE4DB76" w14:textId="77777777" w:rsidR="002259C6" w:rsidRDefault="002259C6" w:rsidP="001865F2">
      <w:pPr>
        <w:spacing w:after="0"/>
      </w:pPr>
    </w:p>
    <w:tbl>
      <w:tblPr>
        <w:tblStyle w:val="Tablicareetke2-isticanje1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6663"/>
      </w:tblGrid>
      <w:tr w:rsidR="002259C6" w:rsidRPr="002259C6" w14:paraId="16D36299" w14:textId="77777777" w:rsidTr="002259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39C43B86" w14:textId="77777777" w:rsidR="002259C6" w:rsidRPr="002259C6" w:rsidRDefault="002259C6" w:rsidP="00966809">
            <w:pPr>
              <w:pStyle w:val="Sadrajitablice"/>
              <w:spacing w:after="283"/>
              <w:rPr>
                <w:rFonts w:cs="Times New Roman"/>
                <w:b/>
              </w:rPr>
            </w:pPr>
            <w:r w:rsidRPr="002259C6">
              <w:rPr>
                <w:rFonts w:cs="Times New Roman"/>
                <w:b/>
                <w:lang w:val="hr-HR"/>
              </w:rPr>
              <w:lastRenderedPageBreak/>
              <w:t>AKTIVNOST</w:t>
            </w:r>
          </w:p>
        </w:tc>
        <w:tc>
          <w:tcPr>
            <w:tcW w:w="6663" w:type="dxa"/>
            <w:shd w:val="clear" w:color="auto" w:fill="auto"/>
          </w:tcPr>
          <w:p w14:paraId="382C4EAF" w14:textId="77777777" w:rsidR="002259C6" w:rsidRPr="002259C6" w:rsidRDefault="002259C6" w:rsidP="00966809">
            <w:pPr>
              <w:pStyle w:val="Sadrajitablice"/>
              <w:spacing w:after="283"/>
              <w:cnfStyle w:val="000000100000" w:firstRow="0" w:lastRow="0" w:firstColumn="0" w:lastColumn="0" w:oddVBand="0" w:evenVBand="0" w:oddHBand="1" w:evenHBand="0" w:firstRowFirstColumn="0" w:firstRowLastColumn="0" w:lastRowFirstColumn="0" w:lastRowLastColumn="0"/>
              <w:rPr>
                <w:rFonts w:cs="Times New Roman"/>
                <w:b/>
              </w:rPr>
            </w:pPr>
            <w:r w:rsidRPr="002259C6">
              <w:rPr>
                <w:rFonts w:cs="Times New Roman"/>
                <w:b/>
              </w:rPr>
              <w:t>PUTOVANJE NA PROSTOR NJEMAČKOG GOVORNOG PODRUČJA</w:t>
            </w:r>
            <w:r>
              <w:rPr>
                <w:rFonts w:cs="Times New Roman"/>
                <w:b/>
              </w:rPr>
              <w:t xml:space="preserve"> (</w:t>
            </w:r>
            <w:r w:rsidRPr="002259C6">
              <w:rPr>
                <w:rFonts w:cs="Times New Roman"/>
                <w:b/>
                <w:lang w:val="hr-HR"/>
              </w:rPr>
              <w:t>Köln</w:t>
            </w:r>
            <w:r>
              <w:rPr>
                <w:rFonts w:cs="Times New Roman"/>
                <w:b/>
              </w:rPr>
              <w:t>)</w:t>
            </w:r>
          </w:p>
        </w:tc>
      </w:tr>
      <w:tr w:rsidR="002259C6" w:rsidRPr="002259C6" w14:paraId="20E69839" w14:textId="77777777" w:rsidTr="002259C6">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467A44F3" w14:textId="77777777" w:rsidR="002259C6" w:rsidRPr="002259C6" w:rsidRDefault="002259C6" w:rsidP="00966809">
            <w:pPr>
              <w:pStyle w:val="Sadrajitablice"/>
              <w:spacing w:after="283"/>
              <w:rPr>
                <w:rFonts w:cs="Times New Roman"/>
                <w:b/>
                <w:lang w:val="hr-HR"/>
              </w:rPr>
            </w:pPr>
            <w:r w:rsidRPr="002259C6">
              <w:rPr>
                <w:rFonts w:cs="Times New Roman"/>
                <w:b/>
                <w:lang w:val="hr-HR"/>
              </w:rPr>
              <w:t>Ciljevi</w:t>
            </w:r>
          </w:p>
        </w:tc>
        <w:tc>
          <w:tcPr>
            <w:tcW w:w="6663" w:type="dxa"/>
          </w:tcPr>
          <w:p w14:paraId="5BB3EF0C" w14:textId="77777777" w:rsidR="002259C6" w:rsidRPr="002259C6" w:rsidRDefault="002259C6" w:rsidP="00966809">
            <w:pPr>
              <w:ind w:right="307"/>
              <w:jc w:val="both"/>
              <w:cnfStyle w:val="000000000000" w:firstRow="0" w:lastRow="0" w:firstColumn="0" w:lastColumn="0" w:oddVBand="0" w:evenVBand="0" w:oddHBand="0" w:evenHBand="0" w:firstRowFirstColumn="0" w:firstRowLastColumn="0" w:lastRowFirstColumn="0" w:lastRowLastColumn="0"/>
            </w:pPr>
            <w:proofErr w:type="spellStart"/>
            <w:r w:rsidRPr="002259C6">
              <w:t>Glavniciljevijesumeđusobnopovezivanjeučenikainastavnika</w:t>
            </w:r>
            <w:proofErr w:type="spellEnd"/>
            <w:r w:rsidRPr="002259C6">
              <w:t xml:space="preserve">, boravak u zemljinjemačkoggovornogpodručjakaounaprjeđivanjepoznavanjanjemačkogjezika. </w:t>
            </w:r>
          </w:p>
        </w:tc>
      </w:tr>
      <w:tr w:rsidR="002259C6" w:rsidRPr="002259C6" w14:paraId="27D0258B" w14:textId="77777777" w:rsidTr="002259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496A75A8" w14:textId="77777777" w:rsidR="002259C6" w:rsidRPr="002259C6" w:rsidRDefault="002259C6" w:rsidP="00966809">
            <w:pPr>
              <w:pStyle w:val="Sadrajitablice"/>
              <w:spacing w:after="283"/>
              <w:rPr>
                <w:rFonts w:cs="Times New Roman"/>
                <w:b/>
              </w:rPr>
            </w:pPr>
            <w:r w:rsidRPr="002259C6">
              <w:rPr>
                <w:rFonts w:cs="Times New Roman"/>
                <w:b/>
                <w:lang w:val="hr-HR"/>
              </w:rPr>
              <w:t>Namjena</w:t>
            </w:r>
          </w:p>
        </w:tc>
        <w:tc>
          <w:tcPr>
            <w:tcW w:w="6663" w:type="dxa"/>
            <w:shd w:val="clear" w:color="auto" w:fill="auto"/>
          </w:tcPr>
          <w:p w14:paraId="14309BA8" w14:textId="77777777" w:rsidR="002259C6" w:rsidRPr="002259C6" w:rsidRDefault="002259C6" w:rsidP="00966809">
            <w:pPr>
              <w:pStyle w:val="Normal1"/>
              <w:contextualSpacing/>
              <w:cnfStyle w:val="000000100000" w:firstRow="0" w:lastRow="0" w:firstColumn="0" w:lastColumn="0" w:oddVBand="0" w:evenVBand="0" w:oddHBand="1" w:evenHBand="0" w:firstRowFirstColumn="0" w:firstRowLastColumn="0" w:lastRowFirstColumn="0" w:lastRowLastColumn="0"/>
            </w:pPr>
            <w:proofErr w:type="spellStart"/>
            <w:r w:rsidRPr="002259C6">
              <w:t>Zainteresiraniučenici</w:t>
            </w:r>
            <w:proofErr w:type="spellEnd"/>
            <w:r w:rsidRPr="002259C6">
              <w:t xml:space="preserve">. </w:t>
            </w:r>
          </w:p>
        </w:tc>
      </w:tr>
      <w:tr w:rsidR="002259C6" w:rsidRPr="002259C6" w14:paraId="4BDC0E2C" w14:textId="77777777" w:rsidTr="002259C6">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773D1118" w14:textId="77777777" w:rsidR="002259C6" w:rsidRPr="002259C6" w:rsidRDefault="002259C6" w:rsidP="00966809">
            <w:pPr>
              <w:pStyle w:val="Sadrajitablice"/>
              <w:spacing w:after="283"/>
              <w:rPr>
                <w:rFonts w:cs="Times New Roman"/>
                <w:b/>
              </w:rPr>
            </w:pPr>
            <w:r w:rsidRPr="002259C6">
              <w:rPr>
                <w:rFonts w:cs="Times New Roman"/>
                <w:b/>
                <w:lang w:val="hr-HR"/>
              </w:rPr>
              <w:t>Nositelji aktivnosti</w:t>
            </w:r>
          </w:p>
        </w:tc>
        <w:tc>
          <w:tcPr>
            <w:tcW w:w="6663" w:type="dxa"/>
          </w:tcPr>
          <w:p w14:paraId="7CC5D07C" w14:textId="77777777" w:rsidR="002259C6" w:rsidRPr="002259C6" w:rsidRDefault="002259C6" w:rsidP="00966809">
            <w:pPr>
              <w:pStyle w:val="Sadrajitablice"/>
              <w:spacing w:after="283"/>
              <w:cnfStyle w:val="000000000000" w:firstRow="0" w:lastRow="0" w:firstColumn="0" w:lastColumn="0" w:oddVBand="0" w:evenVBand="0" w:oddHBand="0" w:evenHBand="0" w:firstRowFirstColumn="0" w:firstRowLastColumn="0" w:lastRowFirstColumn="0" w:lastRowLastColumn="0"/>
              <w:rPr>
                <w:rFonts w:cs="Times New Roman"/>
              </w:rPr>
            </w:pPr>
            <w:proofErr w:type="spellStart"/>
            <w:proofErr w:type="gramStart"/>
            <w:r w:rsidRPr="002259C6">
              <w:rPr>
                <w:rFonts w:eastAsia="Calibri" w:cs="Times New Roman"/>
              </w:rPr>
              <w:t>Ravnatelj,</w:t>
            </w:r>
            <w:r>
              <w:rPr>
                <w:rFonts w:eastAsia="Calibri" w:cs="Times New Roman"/>
              </w:rPr>
              <w:t>nastavnicinjemačkogjezika</w:t>
            </w:r>
            <w:proofErr w:type="spellEnd"/>
            <w:proofErr w:type="gramEnd"/>
          </w:p>
        </w:tc>
      </w:tr>
      <w:tr w:rsidR="002259C6" w:rsidRPr="002259C6" w14:paraId="78C9E149" w14:textId="77777777" w:rsidTr="002259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541881D4" w14:textId="77777777" w:rsidR="002259C6" w:rsidRPr="002259C6" w:rsidRDefault="002259C6" w:rsidP="00966809">
            <w:pPr>
              <w:pStyle w:val="Sadrajitablice"/>
              <w:spacing w:after="283"/>
              <w:rPr>
                <w:rFonts w:cs="Times New Roman"/>
                <w:b/>
              </w:rPr>
            </w:pPr>
            <w:r w:rsidRPr="002259C6">
              <w:rPr>
                <w:rFonts w:cs="Times New Roman"/>
                <w:b/>
                <w:lang w:val="hr-HR"/>
              </w:rPr>
              <w:t>Način realizacije</w:t>
            </w:r>
          </w:p>
        </w:tc>
        <w:tc>
          <w:tcPr>
            <w:tcW w:w="6663" w:type="dxa"/>
            <w:shd w:val="clear" w:color="auto" w:fill="auto"/>
          </w:tcPr>
          <w:p w14:paraId="4B3985AB" w14:textId="77777777" w:rsidR="002259C6" w:rsidRPr="002259C6" w:rsidRDefault="002259C6" w:rsidP="00966809">
            <w:pPr>
              <w:widowControl w:val="0"/>
              <w:spacing w:after="283"/>
              <w:cnfStyle w:val="000000100000" w:firstRow="0" w:lastRow="0" w:firstColumn="0" w:lastColumn="0" w:oddVBand="0" w:evenVBand="0" w:oddHBand="1" w:evenHBand="0" w:firstRowFirstColumn="0" w:firstRowLastColumn="0" w:lastRowFirstColumn="0" w:lastRowLastColumn="0"/>
            </w:pPr>
            <w:r w:rsidRPr="002259C6">
              <w:t xml:space="preserve">Putovanje u </w:t>
            </w:r>
            <w:proofErr w:type="spellStart"/>
            <w:r w:rsidRPr="002259C6">
              <w:t>državunjemačkoggovornogpodručja</w:t>
            </w:r>
            <w:proofErr w:type="spellEnd"/>
            <w:r w:rsidRPr="002259C6">
              <w:t>.</w:t>
            </w:r>
          </w:p>
        </w:tc>
      </w:tr>
      <w:tr w:rsidR="002259C6" w:rsidRPr="002259C6" w14:paraId="0045BEE9" w14:textId="77777777" w:rsidTr="002259C6">
        <w:trPr>
          <w:trHeight w:val="733"/>
        </w:trPr>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73D4AA7F" w14:textId="77777777" w:rsidR="002259C6" w:rsidRPr="002259C6" w:rsidRDefault="002259C6" w:rsidP="00966809">
            <w:pPr>
              <w:pStyle w:val="Sadrajitablice"/>
              <w:spacing w:after="283"/>
              <w:rPr>
                <w:rFonts w:cs="Times New Roman"/>
                <w:b/>
              </w:rPr>
            </w:pPr>
            <w:proofErr w:type="spellStart"/>
            <w:r w:rsidRPr="002259C6">
              <w:rPr>
                <w:rFonts w:cs="Times New Roman"/>
                <w:b/>
                <w:lang w:val="hr-HR"/>
              </w:rPr>
              <w:t>Vremenik</w:t>
            </w:r>
            <w:proofErr w:type="spellEnd"/>
          </w:p>
        </w:tc>
        <w:tc>
          <w:tcPr>
            <w:tcW w:w="6663" w:type="dxa"/>
          </w:tcPr>
          <w:p w14:paraId="409DC971" w14:textId="77777777" w:rsidR="002259C6" w:rsidRPr="002259C6" w:rsidRDefault="002259C6" w:rsidP="00966809">
            <w:pPr>
              <w:widowControl w:val="0"/>
              <w:spacing w:after="160"/>
              <w:cnfStyle w:val="000000000000" w:firstRow="0" w:lastRow="0" w:firstColumn="0" w:lastColumn="0" w:oddVBand="0" w:evenVBand="0" w:oddHBand="0" w:evenHBand="0" w:firstRowFirstColumn="0" w:firstRowLastColumn="0" w:lastRowFirstColumn="0" w:lastRowLastColumn="0"/>
            </w:pPr>
            <w:r w:rsidRPr="002259C6">
              <w:t xml:space="preserve">Tijekom </w:t>
            </w:r>
            <w:r>
              <w:t xml:space="preserve">proljetnih </w:t>
            </w:r>
            <w:r w:rsidRPr="002259C6">
              <w:t>praznika 202</w:t>
            </w:r>
            <w:r>
              <w:t>6</w:t>
            </w:r>
            <w:r w:rsidRPr="002259C6">
              <w:t xml:space="preserve">.  </w:t>
            </w:r>
          </w:p>
        </w:tc>
      </w:tr>
      <w:tr w:rsidR="002259C6" w:rsidRPr="002259C6" w14:paraId="2FB1C6DE" w14:textId="77777777" w:rsidTr="002259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0EB98F5E" w14:textId="77777777" w:rsidR="002259C6" w:rsidRPr="002259C6" w:rsidRDefault="002259C6" w:rsidP="00966809">
            <w:pPr>
              <w:pStyle w:val="Sadrajitablice"/>
              <w:spacing w:after="283"/>
              <w:rPr>
                <w:rFonts w:cs="Times New Roman"/>
                <w:b/>
              </w:rPr>
            </w:pPr>
            <w:r w:rsidRPr="002259C6">
              <w:rPr>
                <w:rFonts w:cs="Times New Roman"/>
                <w:b/>
                <w:lang w:val="hr-HR"/>
              </w:rPr>
              <w:t>Vrednovanje</w:t>
            </w:r>
          </w:p>
        </w:tc>
        <w:tc>
          <w:tcPr>
            <w:tcW w:w="6663" w:type="dxa"/>
            <w:shd w:val="clear" w:color="auto" w:fill="auto"/>
          </w:tcPr>
          <w:p w14:paraId="7FBDCEC1" w14:textId="77777777" w:rsidR="002259C6" w:rsidRPr="002259C6" w:rsidRDefault="002259C6" w:rsidP="00966809">
            <w:pPr>
              <w:widowControl w:val="0"/>
              <w:spacing w:after="283"/>
              <w:cnfStyle w:val="000000100000" w:firstRow="0" w:lastRow="0" w:firstColumn="0" w:lastColumn="0" w:oddVBand="0" w:evenVBand="0" w:oddHBand="1" w:evenHBand="0" w:firstRowFirstColumn="0" w:firstRowLastColumn="0" w:lastRowFirstColumn="0" w:lastRowLastColumn="0"/>
            </w:pPr>
            <w:r w:rsidRPr="002259C6">
              <w:t xml:space="preserve">Razgovor s učenicima, </w:t>
            </w:r>
            <w:proofErr w:type="spellStart"/>
            <w:r w:rsidRPr="002259C6">
              <w:t>osobnidojmovi</w:t>
            </w:r>
            <w:proofErr w:type="spellEnd"/>
            <w:r w:rsidRPr="002259C6">
              <w:t>, evaluacija.</w:t>
            </w:r>
          </w:p>
        </w:tc>
      </w:tr>
      <w:tr w:rsidR="002259C6" w:rsidRPr="002259C6" w14:paraId="4B6C5BDD" w14:textId="77777777" w:rsidTr="002259C6">
        <w:tc>
          <w:tcPr>
            <w:cnfStyle w:val="000010000000" w:firstRow="0" w:lastRow="0" w:firstColumn="0" w:lastColumn="0" w:oddVBand="1" w:evenVBand="0" w:oddHBand="0" w:evenHBand="0" w:firstRowFirstColumn="0" w:firstRowLastColumn="0" w:lastRowFirstColumn="0" w:lastRowLastColumn="0"/>
            <w:tcW w:w="2376" w:type="dxa"/>
            <w:shd w:val="clear" w:color="auto" w:fill="auto"/>
          </w:tcPr>
          <w:p w14:paraId="52270F55" w14:textId="77777777" w:rsidR="002259C6" w:rsidRPr="002259C6" w:rsidRDefault="002259C6" w:rsidP="00966809">
            <w:pPr>
              <w:pStyle w:val="Sadrajitablice"/>
              <w:spacing w:after="283"/>
              <w:rPr>
                <w:rFonts w:cs="Times New Roman"/>
                <w:b/>
              </w:rPr>
            </w:pPr>
            <w:r w:rsidRPr="002259C6">
              <w:rPr>
                <w:rFonts w:cs="Times New Roman"/>
                <w:b/>
                <w:lang w:val="hr-HR"/>
              </w:rPr>
              <w:t>Troškovnik</w:t>
            </w:r>
          </w:p>
        </w:tc>
        <w:tc>
          <w:tcPr>
            <w:tcW w:w="6663" w:type="dxa"/>
          </w:tcPr>
          <w:p w14:paraId="3F84242B" w14:textId="77777777" w:rsidR="002259C6" w:rsidRPr="002259C6" w:rsidRDefault="002259C6" w:rsidP="00966809">
            <w:pPr>
              <w:pStyle w:val="Normal1"/>
              <w:contextualSpacing/>
              <w:cnfStyle w:val="000000000000" w:firstRow="0" w:lastRow="0" w:firstColumn="0" w:lastColumn="0" w:oddVBand="0" w:evenVBand="0" w:oddHBand="0" w:evenHBand="0" w:firstRowFirstColumn="0" w:firstRowLastColumn="0" w:lastRowFirstColumn="0" w:lastRowLastColumn="0"/>
            </w:pPr>
            <w:proofErr w:type="spellStart"/>
            <w:r w:rsidRPr="002259C6">
              <w:t>Učenicisnosetroškoveputovanja</w:t>
            </w:r>
            <w:proofErr w:type="spellEnd"/>
            <w:r w:rsidRPr="002259C6">
              <w:t xml:space="preserve">. </w:t>
            </w:r>
          </w:p>
        </w:tc>
      </w:tr>
    </w:tbl>
    <w:p w14:paraId="170D09C0" w14:textId="77777777" w:rsidR="002259C6" w:rsidRPr="00D31D98" w:rsidRDefault="002259C6" w:rsidP="001865F2">
      <w:pPr>
        <w:spacing w:after="0"/>
      </w:pPr>
    </w:p>
    <w:p w14:paraId="6A3BC3C5" w14:textId="77777777" w:rsidR="001865F2" w:rsidRPr="00D31D98" w:rsidRDefault="001865F2" w:rsidP="001865F2">
      <w:pPr>
        <w:keepNext/>
        <w:keepLines/>
        <w:pageBreakBefore/>
        <w:spacing w:before="240" w:after="120"/>
        <w:rPr>
          <w:sz w:val="48"/>
          <w:szCs w:val="48"/>
        </w:rPr>
      </w:pPr>
      <w:r w:rsidRPr="00D31D98">
        <w:rPr>
          <w:b/>
          <w:sz w:val="32"/>
          <w:szCs w:val="32"/>
        </w:rPr>
        <w:lastRenderedPageBreak/>
        <w:t>8. PROJEKTNA, INTEGRIRANA I MEĐUPREDMETNA NASTAVA</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BD271BE" w14:textId="77777777" w:rsidTr="00966809">
        <w:trPr>
          <w:cantSplit/>
        </w:trPr>
        <w:tc>
          <w:tcPr>
            <w:tcW w:w="2381" w:type="dxa"/>
            <w:vAlign w:val="center"/>
          </w:tcPr>
          <w:p w14:paraId="11D23F2D"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9CE5652" w14:textId="77777777" w:rsidR="001865F2" w:rsidRPr="00D31D98" w:rsidRDefault="001865F2" w:rsidP="00966809">
            <w:pPr>
              <w:keepNext/>
              <w:widowControl w:val="0"/>
              <w:rPr>
                <w:b/>
              </w:rPr>
            </w:pPr>
            <w:r w:rsidRPr="00D31D98">
              <w:rPr>
                <w:b/>
                <w:bCs/>
                <w:szCs w:val="24"/>
              </w:rPr>
              <w:t>PROJEKTNA NASTAVA – KREATIVNO PISANJE ili Obilježavanje Dana materinskoga jezika-izvodi se u školi ili negdje izvan škole, ovisi o planu</w:t>
            </w:r>
          </w:p>
        </w:tc>
      </w:tr>
      <w:tr w:rsidR="001865F2" w:rsidRPr="00D31D98" w14:paraId="25C3C22E" w14:textId="77777777" w:rsidTr="00966809">
        <w:trPr>
          <w:cantSplit/>
        </w:trPr>
        <w:tc>
          <w:tcPr>
            <w:tcW w:w="2381" w:type="dxa"/>
            <w:vAlign w:val="center"/>
          </w:tcPr>
          <w:p w14:paraId="2362335B"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0958FFC8" w14:textId="77777777" w:rsidR="001865F2" w:rsidRPr="00D31D98" w:rsidRDefault="001865F2" w:rsidP="00966809">
            <w:pPr>
              <w:widowControl w:val="0"/>
            </w:pPr>
            <w:r w:rsidRPr="00D31D98">
              <w:rPr>
                <w:szCs w:val="24"/>
              </w:rPr>
              <w:t>➢ učenici razvijaju maštu, stvaralaštvo i kreativnost.</w:t>
            </w:r>
          </w:p>
          <w:p w14:paraId="36594757" w14:textId="77777777" w:rsidR="001865F2" w:rsidRPr="00D31D98" w:rsidRDefault="001865F2" w:rsidP="00966809">
            <w:pPr>
              <w:widowControl w:val="0"/>
            </w:pPr>
            <w:r w:rsidRPr="00D31D98">
              <w:rPr>
                <w:szCs w:val="24"/>
              </w:rPr>
              <w:t>➢ učenici prezentiraju i opisuju radove nastale tijekom projekta učenicima, profesorima i svima zainteresiranima</w:t>
            </w:r>
          </w:p>
          <w:p w14:paraId="1A12AA7A" w14:textId="77777777" w:rsidR="001865F2" w:rsidRPr="00D31D98" w:rsidRDefault="001865F2" w:rsidP="00966809">
            <w:pPr>
              <w:widowControl w:val="0"/>
            </w:pPr>
            <w:r w:rsidRPr="00D31D98">
              <w:rPr>
                <w:szCs w:val="24"/>
              </w:rPr>
              <w:t>➢ učenici razvijaju svijest o osobnim stvaralačkim sposobnostima</w:t>
            </w:r>
          </w:p>
          <w:p w14:paraId="5922C3F0" w14:textId="77777777" w:rsidR="001865F2" w:rsidRPr="00D31D98" w:rsidRDefault="001865F2" w:rsidP="00966809">
            <w:pPr>
              <w:widowControl w:val="0"/>
            </w:pPr>
            <w:r w:rsidRPr="00D31D98">
              <w:rPr>
                <w:szCs w:val="24"/>
              </w:rPr>
              <w:t>➢ učenici razlikuju i preispituju vlastita znanja o jeziku i zaključuju o važnosti materinskoga jezika</w:t>
            </w:r>
          </w:p>
        </w:tc>
      </w:tr>
      <w:tr w:rsidR="001865F2" w:rsidRPr="00D31D98" w14:paraId="7F6116D5" w14:textId="77777777" w:rsidTr="00966809">
        <w:trPr>
          <w:cantSplit/>
        </w:trPr>
        <w:tc>
          <w:tcPr>
            <w:tcW w:w="2381" w:type="dxa"/>
            <w:vAlign w:val="center"/>
          </w:tcPr>
          <w:p w14:paraId="61FD191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5B80136" w14:textId="77777777" w:rsidR="001865F2" w:rsidRPr="00D31D98" w:rsidRDefault="001865F2" w:rsidP="00966809">
            <w:pPr>
              <w:widowControl w:val="0"/>
            </w:pPr>
            <w:r w:rsidRPr="00D31D98">
              <w:rPr>
                <w:szCs w:val="24"/>
              </w:rPr>
              <w:t>➢ promicanje kulture izražavanja</w:t>
            </w:r>
          </w:p>
          <w:p w14:paraId="3F135281" w14:textId="77777777" w:rsidR="001865F2" w:rsidRPr="00D31D98" w:rsidRDefault="001865F2" w:rsidP="00966809">
            <w:pPr>
              <w:widowControl w:val="0"/>
            </w:pPr>
            <w:r w:rsidRPr="00D31D98">
              <w:rPr>
                <w:szCs w:val="24"/>
              </w:rPr>
              <w:t>➢ razvijanje kreativne vještine</w:t>
            </w:r>
          </w:p>
          <w:p w14:paraId="6350E931" w14:textId="77777777" w:rsidR="001865F2" w:rsidRPr="00D31D98" w:rsidRDefault="001865F2" w:rsidP="00966809">
            <w:pPr>
              <w:widowControl w:val="0"/>
            </w:pPr>
            <w:r w:rsidRPr="00D31D98">
              <w:rPr>
                <w:szCs w:val="24"/>
              </w:rPr>
              <w:t>➢ uključiti što veći broj učenika u pisanje i kreativno stvaranje</w:t>
            </w:r>
          </w:p>
          <w:p w14:paraId="320EDDD6" w14:textId="77777777" w:rsidR="001865F2" w:rsidRPr="00D31D98" w:rsidRDefault="001865F2" w:rsidP="00966809">
            <w:pPr>
              <w:widowControl w:val="0"/>
            </w:pPr>
            <w:r w:rsidRPr="00D31D98">
              <w:rPr>
                <w:szCs w:val="24"/>
              </w:rPr>
              <w:t>➢ razviti svijest o materinskom jeziku</w:t>
            </w:r>
          </w:p>
        </w:tc>
      </w:tr>
      <w:tr w:rsidR="001865F2" w:rsidRPr="00D31D98" w14:paraId="36D09BBE" w14:textId="77777777" w:rsidTr="00966809">
        <w:trPr>
          <w:cantSplit/>
        </w:trPr>
        <w:tc>
          <w:tcPr>
            <w:tcW w:w="2381" w:type="dxa"/>
            <w:vAlign w:val="center"/>
          </w:tcPr>
          <w:p w14:paraId="4AB5DD25"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3DF1A058" w14:textId="77777777" w:rsidR="001865F2" w:rsidRPr="00D31D98" w:rsidRDefault="001865F2" w:rsidP="00966809">
            <w:pPr>
              <w:widowControl w:val="0"/>
            </w:pPr>
            <w:r w:rsidRPr="00D31D98">
              <w:rPr>
                <w:szCs w:val="24"/>
              </w:rPr>
              <w:t>➢ profesori hrvatskoga jezika</w:t>
            </w:r>
          </w:p>
          <w:p w14:paraId="79A129E1" w14:textId="77777777" w:rsidR="001865F2" w:rsidRPr="00D31D98" w:rsidRDefault="001865F2" w:rsidP="00966809">
            <w:pPr>
              <w:widowControl w:val="0"/>
            </w:pPr>
            <w:r w:rsidRPr="00D31D98">
              <w:rPr>
                <w:szCs w:val="24"/>
              </w:rPr>
              <w:t>➢ biti uzor i stalan poticaj u postizanju rezultata</w:t>
            </w:r>
          </w:p>
        </w:tc>
      </w:tr>
      <w:tr w:rsidR="001865F2" w:rsidRPr="00D31D98" w14:paraId="4300FB1B" w14:textId="77777777" w:rsidTr="00966809">
        <w:trPr>
          <w:cantSplit/>
        </w:trPr>
        <w:tc>
          <w:tcPr>
            <w:tcW w:w="2381" w:type="dxa"/>
            <w:vAlign w:val="center"/>
          </w:tcPr>
          <w:p w14:paraId="7BF39D5D"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4BE8F4B7" w14:textId="77777777" w:rsidR="001865F2" w:rsidRPr="00D31D98" w:rsidRDefault="001865F2" w:rsidP="00966809">
            <w:pPr>
              <w:widowControl w:val="0"/>
            </w:pPr>
            <w:r w:rsidRPr="00D31D98">
              <w:rPr>
                <w:szCs w:val="24"/>
              </w:rPr>
              <w:t>➢ rujan i listopad 2026. godine</w:t>
            </w:r>
          </w:p>
        </w:tc>
      </w:tr>
      <w:tr w:rsidR="001865F2" w:rsidRPr="00D31D98" w14:paraId="389E0C9F" w14:textId="77777777" w:rsidTr="00966809">
        <w:trPr>
          <w:cantSplit/>
        </w:trPr>
        <w:tc>
          <w:tcPr>
            <w:tcW w:w="2381" w:type="dxa"/>
            <w:vAlign w:val="center"/>
          </w:tcPr>
          <w:p w14:paraId="17AE007F" w14:textId="77777777" w:rsidR="001865F2" w:rsidRPr="00D31D98" w:rsidRDefault="001865F2" w:rsidP="00966809">
            <w:pPr>
              <w:widowControl w:val="0"/>
              <w:rPr>
                <w:b/>
              </w:rPr>
            </w:pPr>
            <w:r w:rsidRPr="00D31D98">
              <w:rPr>
                <w:b/>
                <w:bCs/>
                <w:szCs w:val="24"/>
              </w:rPr>
              <w:t>Detaljan troškovnik aktivnosti</w:t>
            </w:r>
          </w:p>
        </w:tc>
        <w:tc>
          <w:tcPr>
            <w:tcW w:w="6690" w:type="dxa"/>
            <w:vAlign w:val="center"/>
          </w:tcPr>
          <w:p w14:paraId="0955B8C5" w14:textId="77777777" w:rsidR="001865F2" w:rsidRPr="00D31D98" w:rsidRDefault="001865F2" w:rsidP="00966809">
            <w:pPr>
              <w:widowControl w:val="0"/>
            </w:pPr>
            <w:r w:rsidRPr="00D31D98">
              <w:rPr>
                <w:szCs w:val="24"/>
              </w:rPr>
              <w:t>➢ nema troškova</w:t>
            </w:r>
          </w:p>
        </w:tc>
      </w:tr>
      <w:tr w:rsidR="001865F2" w:rsidRPr="00D31D98" w14:paraId="1A0A02E9" w14:textId="77777777" w:rsidTr="00966809">
        <w:trPr>
          <w:cantSplit/>
        </w:trPr>
        <w:tc>
          <w:tcPr>
            <w:tcW w:w="2381" w:type="dxa"/>
            <w:vAlign w:val="center"/>
          </w:tcPr>
          <w:p w14:paraId="22570C4D"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007FA5F7" w14:textId="77777777" w:rsidR="001865F2" w:rsidRPr="00D31D98" w:rsidRDefault="001865F2" w:rsidP="00966809">
            <w:pPr>
              <w:widowControl w:val="0"/>
            </w:pPr>
            <w:r w:rsidRPr="00D31D98">
              <w:rPr>
                <w:szCs w:val="24"/>
              </w:rPr>
              <w:t>➢ vrednovanje pojedinaca s obzirom na uključenost tijekom izvedbe projekta</w:t>
            </w:r>
          </w:p>
          <w:p w14:paraId="3C0EACDA" w14:textId="77777777" w:rsidR="001865F2" w:rsidRPr="00D31D98" w:rsidRDefault="001865F2" w:rsidP="00966809">
            <w:pPr>
              <w:widowControl w:val="0"/>
            </w:pPr>
            <w:r w:rsidRPr="00D31D98">
              <w:rPr>
                <w:szCs w:val="24"/>
              </w:rPr>
              <w:t xml:space="preserve">➢ korištenje materijala za </w:t>
            </w:r>
            <w:proofErr w:type="spellStart"/>
            <w:r w:rsidRPr="00D31D98">
              <w:rPr>
                <w:szCs w:val="24"/>
              </w:rPr>
              <w:t>Lidrano</w:t>
            </w:r>
            <w:proofErr w:type="spellEnd"/>
            <w:r w:rsidRPr="00D31D98">
              <w:rPr>
                <w:szCs w:val="24"/>
              </w:rPr>
              <w:t xml:space="preserve"> ako bude zainteresiranih učenika</w:t>
            </w:r>
          </w:p>
        </w:tc>
      </w:tr>
    </w:tbl>
    <w:p w14:paraId="0D1E702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4DABD4C" w14:textId="77777777" w:rsidTr="00966809">
        <w:trPr>
          <w:cantSplit/>
        </w:trPr>
        <w:tc>
          <w:tcPr>
            <w:tcW w:w="2381" w:type="dxa"/>
            <w:vAlign w:val="center"/>
          </w:tcPr>
          <w:p w14:paraId="63C2256B"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A22671E" w14:textId="77777777" w:rsidR="001865F2" w:rsidRPr="00D31D98" w:rsidRDefault="001865F2" w:rsidP="00966809">
            <w:pPr>
              <w:keepNext/>
              <w:widowControl w:val="0"/>
              <w:rPr>
                <w:b/>
              </w:rPr>
            </w:pPr>
            <w:r w:rsidRPr="00D31D98">
              <w:rPr>
                <w:b/>
                <w:bCs/>
                <w:szCs w:val="24"/>
              </w:rPr>
              <w:t>PROJEKTNA NASTAVA – Glagoljaši-ovisi o financijama roditelja i zainteresiranosti učenika</w:t>
            </w:r>
          </w:p>
        </w:tc>
      </w:tr>
      <w:tr w:rsidR="001865F2" w:rsidRPr="00D31D98" w14:paraId="6FC6CD43" w14:textId="77777777" w:rsidTr="00966809">
        <w:trPr>
          <w:cantSplit/>
        </w:trPr>
        <w:tc>
          <w:tcPr>
            <w:tcW w:w="2381" w:type="dxa"/>
            <w:vAlign w:val="center"/>
          </w:tcPr>
          <w:p w14:paraId="569CC674"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577632AC" w14:textId="77777777" w:rsidR="001865F2" w:rsidRPr="00D31D98" w:rsidRDefault="001865F2" w:rsidP="00966809">
            <w:pPr>
              <w:widowControl w:val="0"/>
            </w:pPr>
            <w:r w:rsidRPr="00D31D98">
              <w:rPr>
                <w:szCs w:val="24"/>
              </w:rPr>
              <w:t xml:space="preserve">➢ razvijanje svijesti o </w:t>
            </w:r>
            <w:proofErr w:type="spellStart"/>
            <w:r w:rsidRPr="00D31D98">
              <w:rPr>
                <w:szCs w:val="24"/>
              </w:rPr>
              <w:t>Vrančićevoj</w:t>
            </w:r>
            <w:proofErr w:type="spellEnd"/>
            <w:r w:rsidRPr="00D31D98">
              <w:rPr>
                <w:szCs w:val="24"/>
              </w:rPr>
              <w:t xml:space="preserve"> svestranosti, Kafkinu značaju u književnosti ili GLAGOLJAŠKIM SPOMENICIMA – objasniti i istaknuti značaj povijesnih ličnosti, procijeniti njihov utjecaj na sveukupnu književnost te istražiti najznačajnije stavke iz njihova života i stvaralaštva</w:t>
            </w:r>
          </w:p>
          <w:p w14:paraId="6C82C4DA" w14:textId="77777777" w:rsidR="001865F2" w:rsidRPr="00D31D98" w:rsidRDefault="001865F2" w:rsidP="00966809">
            <w:pPr>
              <w:widowControl w:val="0"/>
            </w:pPr>
            <w:r w:rsidRPr="00D31D98">
              <w:rPr>
                <w:szCs w:val="24"/>
              </w:rPr>
              <w:t>➢ korelacija s drugim predmetima (fizika, latinski jezik, likovna umjetnost, geografija, povijest)</w:t>
            </w:r>
          </w:p>
        </w:tc>
      </w:tr>
      <w:tr w:rsidR="001865F2" w:rsidRPr="00D31D98" w14:paraId="3B1D96A6" w14:textId="77777777" w:rsidTr="00966809">
        <w:trPr>
          <w:cantSplit/>
        </w:trPr>
        <w:tc>
          <w:tcPr>
            <w:tcW w:w="2381" w:type="dxa"/>
            <w:vAlign w:val="center"/>
          </w:tcPr>
          <w:p w14:paraId="38BD7D1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875085D" w14:textId="77777777" w:rsidR="001865F2" w:rsidRPr="00D31D98" w:rsidRDefault="001865F2" w:rsidP="00966809">
            <w:pPr>
              <w:widowControl w:val="0"/>
            </w:pPr>
            <w:r w:rsidRPr="00D31D98">
              <w:rPr>
                <w:szCs w:val="24"/>
              </w:rPr>
              <w:t>➢ upoznati život i djelo Fausta Vrančića ili Kafke</w:t>
            </w:r>
          </w:p>
          <w:p w14:paraId="1CCEC149" w14:textId="77777777" w:rsidR="001865F2" w:rsidRPr="00D31D98" w:rsidRDefault="001865F2" w:rsidP="00966809">
            <w:pPr>
              <w:widowControl w:val="0"/>
            </w:pPr>
            <w:r w:rsidRPr="00D31D98">
              <w:rPr>
                <w:szCs w:val="24"/>
              </w:rPr>
              <w:t>➢ razvijati kreativnost, maštu i stvaralaštvo</w:t>
            </w:r>
          </w:p>
          <w:p w14:paraId="42D9DDC5" w14:textId="77777777" w:rsidR="001865F2" w:rsidRPr="00D31D98" w:rsidRDefault="001865F2" w:rsidP="00966809">
            <w:pPr>
              <w:widowControl w:val="0"/>
            </w:pPr>
            <w:r w:rsidRPr="00D31D98">
              <w:rPr>
                <w:szCs w:val="24"/>
              </w:rPr>
              <w:t>➢ uočiti korelaciju među predmetima</w:t>
            </w:r>
          </w:p>
        </w:tc>
      </w:tr>
      <w:tr w:rsidR="001865F2" w:rsidRPr="00D31D98" w14:paraId="765F15CB" w14:textId="77777777" w:rsidTr="00966809">
        <w:trPr>
          <w:cantSplit/>
        </w:trPr>
        <w:tc>
          <w:tcPr>
            <w:tcW w:w="2381" w:type="dxa"/>
            <w:vAlign w:val="center"/>
          </w:tcPr>
          <w:p w14:paraId="79292E1A" w14:textId="77777777" w:rsidR="001865F2" w:rsidRPr="00D31D98" w:rsidRDefault="001865F2" w:rsidP="00966809">
            <w:pPr>
              <w:widowControl w:val="0"/>
              <w:rPr>
                <w:b/>
              </w:rPr>
            </w:pPr>
            <w:r w:rsidRPr="00D31D98">
              <w:rPr>
                <w:b/>
                <w:bCs/>
                <w:szCs w:val="24"/>
              </w:rPr>
              <w:lastRenderedPageBreak/>
              <w:t>Nositelji aktivnosti i njihova odgovornost</w:t>
            </w:r>
          </w:p>
        </w:tc>
        <w:tc>
          <w:tcPr>
            <w:tcW w:w="6690" w:type="dxa"/>
            <w:vAlign w:val="center"/>
          </w:tcPr>
          <w:p w14:paraId="3BDA8672" w14:textId="77777777" w:rsidR="001865F2" w:rsidRPr="00D31D98" w:rsidRDefault="001865F2" w:rsidP="00966809">
            <w:pPr>
              <w:widowControl w:val="0"/>
            </w:pPr>
            <w:r w:rsidRPr="00D31D98">
              <w:rPr>
                <w:szCs w:val="24"/>
              </w:rPr>
              <w:t>➢ svi profesori koji sudjeluju u projektu i učenici prvih razreda</w:t>
            </w:r>
          </w:p>
          <w:p w14:paraId="49648593" w14:textId="77777777" w:rsidR="001865F2" w:rsidRPr="00D31D98" w:rsidRDefault="001865F2" w:rsidP="00966809">
            <w:pPr>
              <w:widowControl w:val="0"/>
            </w:pPr>
            <w:r w:rsidRPr="00D31D98">
              <w:rPr>
                <w:szCs w:val="24"/>
              </w:rPr>
              <w:t>➢ organizirati prijevoz</w:t>
            </w:r>
          </w:p>
          <w:p w14:paraId="30654127" w14:textId="77777777" w:rsidR="001865F2" w:rsidRPr="00D31D98" w:rsidRDefault="001865F2" w:rsidP="00966809">
            <w:pPr>
              <w:widowControl w:val="0"/>
            </w:pPr>
            <w:r w:rsidRPr="00D31D98">
              <w:rPr>
                <w:szCs w:val="24"/>
              </w:rPr>
              <w:t>➢ zadati učenicima predviđene zadatke</w:t>
            </w:r>
          </w:p>
          <w:p w14:paraId="37814C76" w14:textId="77777777" w:rsidR="001865F2" w:rsidRPr="00D31D98" w:rsidRDefault="001865F2" w:rsidP="00966809">
            <w:pPr>
              <w:widowControl w:val="0"/>
            </w:pPr>
            <w:r w:rsidRPr="00D31D98">
              <w:rPr>
                <w:szCs w:val="24"/>
              </w:rPr>
              <w:t>➢ voditi brigu o ponašanju učenika tijekom posjeta i  paziti da se ispune sve predviđene zadaće (svi profesori)</w:t>
            </w:r>
          </w:p>
        </w:tc>
      </w:tr>
      <w:tr w:rsidR="001865F2" w:rsidRPr="00D31D98" w14:paraId="763A2A64" w14:textId="77777777" w:rsidTr="00966809">
        <w:trPr>
          <w:cantSplit/>
        </w:trPr>
        <w:tc>
          <w:tcPr>
            <w:tcW w:w="2381" w:type="dxa"/>
            <w:vAlign w:val="center"/>
          </w:tcPr>
          <w:p w14:paraId="38D3FF2A"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37F0AFD2" w14:textId="77777777" w:rsidR="001865F2" w:rsidRPr="00D31D98" w:rsidRDefault="001865F2" w:rsidP="00966809">
            <w:pPr>
              <w:widowControl w:val="0"/>
            </w:pPr>
            <w:r w:rsidRPr="00D31D98">
              <w:rPr>
                <w:szCs w:val="24"/>
              </w:rPr>
              <w:t>➢ priprema tijekom školske godine 2026./2027.</w:t>
            </w:r>
          </w:p>
          <w:p w14:paraId="2795E2A8" w14:textId="77777777" w:rsidR="001865F2" w:rsidRPr="00D31D98" w:rsidRDefault="001865F2" w:rsidP="00966809">
            <w:pPr>
              <w:widowControl w:val="0"/>
            </w:pPr>
            <w:r w:rsidRPr="00D31D98">
              <w:rPr>
                <w:szCs w:val="24"/>
              </w:rPr>
              <w:t>➢ učenici će prikupljati informacije tijekom posjeta (unaprijed dobiveni zadatci)</w:t>
            </w:r>
          </w:p>
          <w:p w14:paraId="3C2518EE" w14:textId="77777777" w:rsidR="001865F2" w:rsidRPr="00D31D98" w:rsidRDefault="001865F2" w:rsidP="00966809">
            <w:pPr>
              <w:widowControl w:val="0"/>
            </w:pPr>
            <w:r w:rsidRPr="00D31D98">
              <w:rPr>
                <w:szCs w:val="24"/>
              </w:rPr>
              <w:t>➢ razgovor prilikom obrade novih nastavnih sadržaja</w:t>
            </w:r>
          </w:p>
        </w:tc>
      </w:tr>
      <w:tr w:rsidR="001865F2" w:rsidRPr="00D31D98" w14:paraId="5FA79083" w14:textId="77777777" w:rsidTr="00966809">
        <w:trPr>
          <w:cantSplit/>
        </w:trPr>
        <w:tc>
          <w:tcPr>
            <w:tcW w:w="2381" w:type="dxa"/>
            <w:vAlign w:val="center"/>
          </w:tcPr>
          <w:p w14:paraId="3079268E"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32C8E28A" w14:textId="77777777" w:rsidR="001865F2" w:rsidRPr="00D31D98" w:rsidRDefault="001865F2" w:rsidP="00966809">
            <w:pPr>
              <w:widowControl w:val="0"/>
            </w:pPr>
            <w:r w:rsidRPr="00D31D98">
              <w:rPr>
                <w:szCs w:val="24"/>
              </w:rPr>
              <w:t>➢ od listopada 2026. do ožujka/travnja 2027. godine</w:t>
            </w:r>
          </w:p>
        </w:tc>
      </w:tr>
      <w:tr w:rsidR="001865F2" w:rsidRPr="00D31D98" w14:paraId="56C3EE38" w14:textId="77777777" w:rsidTr="00966809">
        <w:trPr>
          <w:cantSplit/>
        </w:trPr>
        <w:tc>
          <w:tcPr>
            <w:tcW w:w="2381" w:type="dxa"/>
            <w:vAlign w:val="center"/>
          </w:tcPr>
          <w:p w14:paraId="3A5FDD43"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0AB82DDB" w14:textId="77777777" w:rsidR="001865F2" w:rsidRPr="00D31D98" w:rsidRDefault="001865F2" w:rsidP="00966809">
            <w:pPr>
              <w:widowControl w:val="0"/>
            </w:pPr>
            <w:r w:rsidRPr="00D31D98">
              <w:rPr>
                <w:szCs w:val="24"/>
              </w:rPr>
              <w:t>➢ točna cijena i troškovnik bit će definirani mjesec do dva dana prije polaska</w:t>
            </w:r>
          </w:p>
        </w:tc>
      </w:tr>
      <w:tr w:rsidR="001865F2" w:rsidRPr="00D31D98" w14:paraId="51259321" w14:textId="77777777" w:rsidTr="00966809">
        <w:trPr>
          <w:cantSplit/>
        </w:trPr>
        <w:tc>
          <w:tcPr>
            <w:tcW w:w="2381" w:type="dxa"/>
            <w:vAlign w:val="center"/>
          </w:tcPr>
          <w:p w14:paraId="3596B502" w14:textId="77777777" w:rsidR="001865F2" w:rsidRPr="00D31D98" w:rsidRDefault="001865F2" w:rsidP="00966809">
            <w:pPr>
              <w:widowControl w:val="0"/>
              <w:rPr>
                <w:b/>
              </w:rPr>
            </w:pPr>
            <w:r w:rsidRPr="00D31D98">
              <w:rPr>
                <w:b/>
                <w:bCs/>
                <w:szCs w:val="24"/>
              </w:rPr>
              <w:t>Način vrednovanja i način korištenja rezultata</w:t>
            </w:r>
          </w:p>
        </w:tc>
        <w:tc>
          <w:tcPr>
            <w:tcW w:w="6690" w:type="dxa"/>
            <w:vAlign w:val="center"/>
          </w:tcPr>
          <w:p w14:paraId="71AADF52" w14:textId="77777777" w:rsidR="001865F2" w:rsidRPr="00D31D98" w:rsidRDefault="001865F2" w:rsidP="00966809">
            <w:pPr>
              <w:widowControl w:val="0"/>
            </w:pPr>
            <w:r w:rsidRPr="00D31D98">
              <w:rPr>
                <w:szCs w:val="24"/>
              </w:rPr>
              <w:t>➢ vrednovanje pojedinaca</w:t>
            </w:r>
          </w:p>
          <w:p w14:paraId="43464593" w14:textId="77777777" w:rsidR="001865F2" w:rsidRPr="00D31D98" w:rsidRDefault="001865F2" w:rsidP="00966809">
            <w:pPr>
              <w:widowControl w:val="0"/>
            </w:pPr>
            <w:r w:rsidRPr="00D31D98">
              <w:rPr>
                <w:szCs w:val="24"/>
              </w:rPr>
              <w:t>➢ iskoristiti u nastavi sve viđeno tijekom posjeta zračnoj luci i tijekom izvedbe projekta</w:t>
            </w:r>
          </w:p>
          <w:p w14:paraId="79E7EABF" w14:textId="77777777" w:rsidR="001865F2" w:rsidRPr="00D31D98" w:rsidRDefault="001865F2" w:rsidP="00966809">
            <w:pPr>
              <w:widowControl w:val="0"/>
            </w:pPr>
            <w:r w:rsidRPr="00D31D98">
              <w:rPr>
                <w:szCs w:val="24"/>
              </w:rPr>
              <w:t>➢ trajnost znanja</w:t>
            </w:r>
          </w:p>
        </w:tc>
      </w:tr>
    </w:tbl>
    <w:p w14:paraId="298A28A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1C73E2A" w14:textId="77777777" w:rsidTr="00966809">
        <w:trPr>
          <w:cantSplit/>
        </w:trPr>
        <w:tc>
          <w:tcPr>
            <w:tcW w:w="2381" w:type="dxa"/>
            <w:vAlign w:val="center"/>
          </w:tcPr>
          <w:p w14:paraId="3445D247"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75A0B832" w14:textId="77777777" w:rsidR="001865F2" w:rsidRPr="00D31D98" w:rsidRDefault="001865F2" w:rsidP="00966809">
            <w:pPr>
              <w:keepNext/>
              <w:widowControl w:val="0"/>
              <w:rPr>
                <w:b/>
              </w:rPr>
            </w:pPr>
            <w:r w:rsidRPr="00D31D98">
              <w:rPr>
                <w:b/>
                <w:bCs/>
                <w:szCs w:val="24"/>
              </w:rPr>
              <w:t xml:space="preserve">PROJEKTNA NASTAVA ili </w:t>
            </w:r>
            <w:proofErr w:type="spellStart"/>
            <w:r w:rsidRPr="00D31D98">
              <w:rPr>
                <w:b/>
                <w:bCs/>
                <w:szCs w:val="24"/>
              </w:rPr>
              <w:t>međupredmetna</w:t>
            </w:r>
            <w:proofErr w:type="spellEnd"/>
            <w:r w:rsidRPr="00D31D98">
              <w:rPr>
                <w:b/>
                <w:bCs/>
                <w:szCs w:val="24"/>
              </w:rPr>
              <w:t xml:space="preserve"> nastava -  KORELACIJA HRVATSKOG  JEZIKA I LIKOVNE UMJETNOSTI - POSJET  MUZEJU</w:t>
            </w:r>
          </w:p>
        </w:tc>
      </w:tr>
      <w:tr w:rsidR="001865F2" w:rsidRPr="00D31D98" w14:paraId="0F318740" w14:textId="77777777" w:rsidTr="00966809">
        <w:trPr>
          <w:cantSplit/>
        </w:trPr>
        <w:tc>
          <w:tcPr>
            <w:tcW w:w="2381" w:type="dxa"/>
            <w:vAlign w:val="center"/>
          </w:tcPr>
          <w:p w14:paraId="43A8AF98"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396527FF" w14:textId="77777777" w:rsidR="001865F2" w:rsidRPr="00D31D98" w:rsidRDefault="001865F2" w:rsidP="00966809">
            <w:pPr>
              <w:widowControl w:val="0"/>
            </w:pPr>
            <w:r w:rsidRPr="00D31D98">
              <w:rPr>
                <w:szCs w:val="24"/>
              </w:rPr>
              <w:t>➢ učenici se upoznaju s različitim  vrstama tekstova</w:t>
            </w:r>
          </w:p>
          <w:p w14:paraId="78BC29F0" w14:textId="77777777" w:rsidR="001865F2" w:rsidRPr="00D31D98" w:rsidRDefault="001865F2" w:rsidP="00966809">
            <w:pPr>
              <w:widowControl w:val="0"/>
            </w:pPr>
            <w:r w:rsidRPr="00D31D98">
              <w:rPr>
                <w:szCs w:val="24"/>
              </w:rPr>
              <w:t>➢ učenici posjećuju muzeje likovne umjetnosti</w:t>
            </w:r>
          </w:p>
          <w:p w14:paraId="65A1E741" w14:textId="77777777" w:rsidR="001865F2" w:rsidRPr="00D31D98" w:rsidRDefault="001865F2" w:rsidP="00966809">
            <w:pPr>
              <w:widowControl w:val="0"/>
            </w:pPr>
            <w:r w:rsidRPr="00D31D98">
              <w:rPr>
                <w:szCs w:val="24"/>
              </w:rPr>
              <w:t>➢ učenici povezuju hrv. književnost i jezično izražavanje i likovnu umjetnost – istražuju i zaključuju o vrijednostima umjetničkih djela, argumentirano iznose vlastite stavove o viđenom, a na temelju naučenih znanja iz likovne umjetnosti analiziraju likovne predloške</w:t>
            </w:r>
          </w:p>
        </w:tc>
      </w:tr>
      <w:tr w:rsidR="001865F2" w:rsidRPr="00D31D98" w14:paraId="70B0EE2B" w14:textId="77777777" w:rsidTr="00966809">
        <w:trPr>
          <w:cantSplit/>
        </w:trPr>
        <w:tc>
          <w:tcPr>
            <w:tcW w:w="2381" w:type="dxa"/>
            <w:vAlign w:val="center"/>
          </w:tcPr>
          <w:p w14:paraId="7A1E6588"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B2A16F3" w14:textId="77777777" w:rsidR="001865F2" w:rsidRPr="00D31D98" w:rsidRDefault="001865F2" w:rsidP="00966809">
            <w:pPr>
              <w:widowControl w:val="0"/>
            </w:pPr>
            <w:r w:rsidRPr="00D31D98">
              <w:rPr>
                <w:szCs w:val="24"/>
              </w:rPr>
              <w:t>➢ uključiti što više učenika u proučavanje teme</w:t>
            </w:r>
          </w:p>
          <w:p w14:paraId="18BF74EC" w14:textId="77777777" w:rsidR="001865F2" w:rsidRPr="00D31D98" w:rsidRDefault="001865F2" w:rsidP="00966809">
            <w:pPr>
              <w:widowControl w:val="0"/>
            </w:pPr>
            <w:r w:rsidRPr="00D31D98">
              <w:rPr>
                <w:szCs w:val="24"/>
              </w:rPr>
              <w:t>➢ poticati i njegovati ljubav prema književnom stvaralaštvu i povijesti lik. umjetnosti</w:t>
            </w:r>
          </w:p>
          <w:p w14:paraId="03F532F7" w14:textId="77777777" w:rsidR="001865F2" w:rsidRPr="00D31D98" w:rsidRDefault="001865F2" w:rsidP="00966809">
            <w:pPr>
              <w:widowControl w:val="0"/>
            </w:pPr>
            <w:r w:rsidRPr="00D31D98">
              <w:rPr>
                <w:szCs w:val="24"/>
              </w:rPr>
              <w:t>➢ poticati učeničku znatiželju za novim sadržajima i izrazima</w:t>
            </w:r>
          </w:p>
        </w:tc>
      </w:tr>
      <w:tr w:rsidR="001865F2" w:rsidRPr="00D31D98" w14:paraId="0ED71C97" w14:textId="77777777" w:rsidTr="00966809">
        <w:trPr>
          <w:cantSplit/>
        </w:trPr>
        <w:tc>
          <w:tcPr>
            <w:tcW w:w="2381" w:type="dxa"/>
            <w:vAlign w:val="center"/>
          </w:tcPr>
          <w:p w14:paraId="4EADC98D"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C1A0FA5" w14:textId="77777777" w:rsidR="001865F2" w:rsidRPr="00D31D98" w:rsidRDefault="001865F2" w:rsidP="00966809">
            <w:pPr>
              <w:widowControl w:val="0"/>
            </w:pPr>
            <w:r w:rsidRPr="00D31D98">
              <w:rPr>
                <w:szCs w:val="24"/>
              </w:rPr>
              <w:t xml:space="preserve">➢ profesorice hrvatskoga jezika i književnosti  i prof. likovne umjetnosti Nataša </w:t>
            </w:r>
            <w:proofErr w:type="spellStart"/>
            <w:r w:rsidRPr="00D31D98">
              <w:rPr>
                <w:szCs w:val="24"/>
              </w:rPr>
              <w:t>Tram</w:t>
            </w:r>
            <w:proofErr w:type="spellEnd"/>
          </w:p>
        </w:tc>
      </w:tr>
      <w:tr w:rsidR="001865F2" w:rsidRPr="00D31D98" w14:paraId="1D64AC75" w14:textId="77777777" w:rsidTr="00966809">
        <w:trPr>
          <w:cantSplit/>
        </w:trPr>
        <w:tc>
          <w:tcPr>
            <w:tcW w:w="2381" w:type="dxa"/>
            <w:vAlign w:val="center"/>
          </w:tcPr>
          <w:p w14:paraId="6D7072D7"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0DF2A5D5" w14:textId="77777777" w:rsidR="001865F2" w:rsidRPr="00D31D98" w:rsidRDefault="001865F2" w:rsidP="00966809">
            <w:pPr>
              <w:widowControl w:val="0"/>
            </w:pPr>
            <w:r w:rsidRPr="00D31D98">
              <w:rPr>
                <w:szCs w:val="24"/>
              </w:rPr>
              <w:t>➢ učenici će prikupiti podatke o hrvatskoj književnosti i temeljnim spomenicima</w:t>
            </w:r>
          </w:p>
          <w:p w14:paraId="30D09C72" w14:textId="77777777" w:rsidR="001865F2" w:rsidRPr="00D31D98" w:rsidRDefault="001865F2" w:rsidP="00966809">
            <w:pPr>
              <w:widowControl w:val="0"/>
            </w:pPr>
            <w:r w:rsidRPr="00D31D98">
              <w:rPr>
                <w:szCs w:val="24"/>
              </w:rPr>
              <w:t>➢ obilazak kulturnih spomenika i muzeja</w:t>
            </w:r>
          </w:p>
          <w:p w14:paraId="4E0E8081" w14:textId="77777777" w:rsidR="001865F2" w:rsidRPr="00D31D98" w:rsidRDefault="001865F2" w:rsidP="00966809">
            <w:pPr>
              <w:widowControl w:val="0"/>
            </w:pPr>
            <w:r w:rsidRPr="00D31D98">
              <w:rPr>
                <w:szCs w:val="24"/>
              </w:rPr>
              <w:t>➢ JEDNODNEVNI IZLET ili posjet muzeju ako bude zainteresiranih učenika</w:t>
            </w:r>
          </w:p>
        </w:tc>
      </w:tr>
      <w:tr w:rsidR="001865F2" w:rsidRPr="00D31D98" w14:paraId="1D0BDF09" w14:textId="77777777" w:rsidTr="00966809">
        <w:trPr>
          <w:cantSplit/>
        </w:trPr>
        <w:tc>
          <w:tcPr>
            <w:tcW w:w="2381" w:type="dxa"/>
            <w:vAlign w:val="center"/>
          </w:tcPr>
          <w:p w14:paraId="3A38C4F1"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2EE8337C" w14:textId="77777777" w:rsidR="001865F2" w:rsidRPr="00D31D98" w:rsidRDefault="001865F2" w:rsidP="00966809">
            <w:pPr>
              <w:widowControl w:val="0"/>
            </w:pPr>
            <w:r w:rsidRPr="00D31D98">
              <w:rPr>
                <w:szCs w:val="24"/>
              </w:rPr>
              <w:t>➢ Tijekom školske godine 2026/2027.</w:t>
            </w:r>
          </w:p>
        </w:tc>
      </w:tr>
      <w:tr w:rsidR="001865F2" w:rsidRPr="00D31D98" w14:paraId="1FAFD331" w14:textId="77777777" w:rsidTr="00966809">
        <w:trPr>
          <w:cantSplit/>
        </w:trPr>
        <w:tc>
          <w:tcPr>
            <w:tcW w:w="2381" w:type="dxa"/>
            <w:vAlign w:val="center"/>
          </w:tcPr>
          <w:p w14:paraId="6B781E94" w14:textId="77777777" w:rsidR="001865F2" w:rsidRPr="00D31D98" w:rsidRDefault="001865F2" w:rsidP="00966809">
            <w:pPr>
              <w:widowControl w:val="0"/>
              <w:rPr>
                <w:b/>
              </w:rPr>
            </w:pPr>
            <w:r w:rsidRPr="00D31D98">
              <w:rPr>
                <w:b/>
                <w:bCs/>
                <w:szCs w:val="24"/>
              </w:rPr>
              <w:lastRenderedPageBreak/>
              <w:t>Detaljan troškovnik aktivnosti</w:t>
            </w:r>
          </w:p>
        </w:tc>
        <w:tc>
          <w:tcPr>
            <w:tcW w:w="6690" w:type="dxa"/>
            <w:vAlign w:val="center"/>
          </w:tcPr>
          <w:p w14:paraId="7A3A0A73" w14:textId="77777777" w:rsidR="001865F2" w:rsidRPr="00D31D98" w:rsidRDefault="001865F2" w:rsidP="00966809">
            <w:pPr>
              <w:widowControl w:val="0"/>
            </w:pPr>
            <w:r w:rsidRPr="00D31D98">
              <w:rPr>
                <w:szCs w:val="24"/>
              </w:rPr>
              <w:t>➢ mogući  troškovi utvrdit će se netom prije izvedbe projekta</w:t>
            </w:r>
          </w:p>
        </w:tc>
      </w:tr>
      <w:tr w:rsidR="001865F2" w:rsidRPr="00D31D98" w14:paraId="42E5FF38" w14:textId="77777777" w:rsidTr="00966809">
        <w:trPr>
          <w:cantSplit/>
        </w:trPr>
        <w:tc>
          <w:tcPr>
            <w:tcW w:w="2381" w:type="dxa"/>
            <w:vAlign w:val="center"/>
          </w:tcPr>
          <w:p w14:paraId="3745CA8E"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0B787591" w14:textId="77777777" w:rsidR="001865F2" w:rsidRPr="00D31D98" w:rsidRDefault="001865F2" w:rsidP="00966809">
            <w:pPr>
              <w:widowControl w:val="0"/>
            </w:pPr>
            <w:r w:rsidRPr="00D31D98">
              <w:rPr>
                <w:szCs w:val="24"/>
              </w:rPr>
              <w:t>➢ prezentacije učenika o provedenom projektu</w:t>
            </w:r>
          </w:p>
          <w:p w14:paraId="2742F632" w14:textId="77777777" w:rsidR="001865F2" w:rsidRPr="00D31D98" w:rsidRDefault="001865F2" w:rsidP="00966809">
            <w:pPr>
              <w:widowControl w:val="0"/>
            </w:pPr>
            <w:r w:rsidRPr="00D31D98">
              <w:rPr>
                <w:szCs w:val="24"/>
              </w:rPr>
              <w:t>➢ proširivanje učenikova interesa za hrvatsku književnu  prošlost</w:t>
            </w:r>
          </w:p>
          <w:p w14:paraId="4EEBB0AF" w14:textId="77777777" w:rsidR="001865F2" w:rsidRPr="00D31D98" w:rsidRDefault="001865F2" w:rsidP="00966809">
            <w:pPr>
              <w:widowControl w:val="0"/>
            </w:pPr>
            <w:r w:rsidRPr="00D31D98">
              <w:rPr>
                <w:szCs w:val="24"/>
              </w:rPr>
              <w:t>➢ likovni prikaz o posjećenim izložbama ili o posjećenoj izložbi</w:t>
            </w:r>
          </w:p>
        </w:tc>
      </w:tr>
    </w:tbl>
    <w:p w14:paraId="0C7CD26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688DA192" w14:textId="77777777" w:rsidTr="00966809">
        <w:trPr>
          <w:cantSplit/>
        </w:trPr>
        <w:tc>
          <w:tcPr>
            <w:tcW w:w="2381" w:type="dxa"/>
            <w:vAlign w:val="center"/>
          </w:tcPr>
          <w:p w14:paraId="2BA1533A"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7029150" w14:textId="77777777" w:rsidR="001865F2" w:rsidRPr="00D31D98" w:rsidRDefault="001865F2" w:rsidP="00966809">
            <w:pPr>
              <w:keepNext/>
              <w:widowControl w:val="0"/>
              <w:rPr>
                <w:b/>
              </w:rPr>
            </w:pPr>
            <w:r w:rsidRPr="00D31D98">
              <w:rPr>
                <w:b/>
                <w:bCs/>
                <w:szCs w:val="24"/>
              </w:rPr>
              <w:t>PROJEKT Škola budućnosti (</w:t>
            </w:r>
            <w:proofErr w:type="spellStart"/>
            <w:r w:rsidRPr="00D31D98">
              <w:rPr>
                <w:b/>
                <w:bCs/>
                <w:szCs w:val="24"/>
              </w:rPr>
              <w:t>STEMwave</w:t>
            </w:r>
            <w:proofErr w:type="spellEnd"/>
            <w:r w:rsidRPr="00D31D98">
              <w:rPr>
                <w:b/>
                <w:bCs/>
                <w:szCs w:val="24"/>
              </w:rPr>
              <w:t>)</w:t>
            </w:r>
          </w:p>
        </w:tc>
      </w:tr>
      <w:tr w:rsidR="001865F2" w:rsidRPr="00D31D98" w14:paraId="156E5769" w14:textId="77777777" w:rsidTr="00966809">
        <w:trPr>
          <w:cantSplit/>
        </w:trPr>
        <w:tc>
          <w:tcPr>
            <w:tcW w:w="2381" w:type="dxa"/>
            <w:vAlign w:val="center"/>
          </w:tcPr>
          <w:p w14:paraId="1C7C5361"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689774F2" w14:textId="77777777" w:rsidR="001865F2" w:rsidRPr="00D31D98" w:rsidRDefault="001865F2" w:rsidP="00966809">
            <w:pPr>
              <w:widowControl w:val="0"/>
            </w:pPr>
            <w:r w:rsidRPr="00D31D98">
              <w:rPr>
                <w:szCs w:val="24"/>
              </w:rPr>
              <w:t xml:space="preserve">Povezivanje hrvatskih škola s tehnološkom industrijom primarni je cilj projekta. Uvođenjem novih znanja i vještina iz novih tehnologija kao što su: umjetna Inteligencija, robotika, automatizirani sustavi, Internet </w:t>
            </w:r>
            <w:proofErr w:type="spellStart"/>
            <w:r w:rsidRPr="00D31D98">
              <w:rPr>
                <w:szCs w:val="24"/>
              </w:rPr>
              <w:t>ofThings</w:t>
            </w:r>
            <w:proofErr w:type="spellEnd"/>
            <w:r w:rsidRPr="00D31D98">
              <w:rPr>
                <w:szCs w:val="24"/>
              </w:rPr>
              <w:t xml:space="preserve">, </w:t>
            </w:r>
            <w:proofErr w:type="spellStart"/>
            <w:r w:rsidRPr="00D31D98">
              <w:rPr>
                <w:szCs w:val="24"/>
              </w:rPr>
              <w:t>crowdfunding</w:t>
            </w:r>
            <w:proofErr w:type="spellEnd"/>
            <w:r w:rsidRPr="00D31D98">
              <w:rPr>
                <w:szCs w:val="24"/>
              </w:rPr>
              <w:t xml:space="preserve">, izgradnja tehnoloških </w:t>
            </w:r>
            <w:proofErr w:type="spellStart"/>
            <w:r w:rsidRPr="00D31D98">
              <w:rPr>
                <w:szCs w:val="24"/>
              </w:rPr>
              <w:t>tvrtkiitd</w:t>
            </w:r>
            <w:proofErr w:type="spellEnd"/>
            <w:r w:rsidRPr="00D31D98">
              <w:rPr>
                <w:szCs w:val="24"/>
              </w:rPr>
              <w:t>. kroz projekt kako bi popularizirali obrazovanje u Hrvatskoj.</w:t>
            </w:r>
          </w:p>
        </w:tc>
      </w:tr>
      <w:tr w:rsidR="001865F2" w:rsidRPr="00D31D98" w14:paraId="5BECD6F8" w14:textId="77777777" w:rsidTr="00966809">
        <w:trPr>
          <w:cantSplit/>
        </w:trPr>
        <w:tc>
          <w:tcPr>
            <w:tcW w:w="2381" w:type="dxa"/>
            <w:vAlign w:val="center"/>
          </w:tcPr>
          <w:p w14:paraId="451C156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16E34CF" w14:textId="77777777" w:rsidR="001865F2" w:rsidRPr="00D31D98" w:rsidRDefault="001865F2" w:rsidP="00966809">
            <w:pPr>
              <w:widowControl w:val="0"/>
            </w:pPr>
            <w:r w:rsidRPr="00D31D98">
              <w:rPr>
                <w:szCs w:val="24"/>
              </w:rPr>
              <w:t>Projekt Škola budućnosti (</w:t>
            </w:r>
            <w:proofErr w:type="spellStart"/>
            <w:r w:rsidRPr="00D31D98">
              <w:rPr>
                <w:szCs w:val="24"/>
              </w:rPr>
              <w:t>STEMwave</w:t>
            </w:r>
            <w:proofErr w:type="spellEnd"/>
            <w:r w:rsidRPr="00D31D98">
              <w:rPr>
                <w:szCs w:val="24"/>
              </w:rPr>
              <w:t xml:space="preserve">) kojeg su pokrenule tvrtke </w:t>
            </w:r>
            <w:proofErr w:type="spellStart"/>
            <w:r w:rsidRPr="00D31D98">
              <w:rPr>
                <w:szCs w:val="24"/>
              </w:rPr>
              <w:t>Stemi</w:t>
            </w:r>
            <w:proofErr w:type="spellEnd"/>
            <w:r w:rsidRPr="00D31D98">
              <w:rPr>
                <w:szCs w:val="24"/>
              </w:rPr>
              <w:t xml:space="preserve"> i </w:t>
            </w:r>
            <w:proofErr w:type="spellStart"/>
            <w:r w:rsidRPr="00D31D98">
              <w:rPr>
                <w:szCs w:val="24"/>
              </w:rPr>
              <w:t>Infobipnamjenjen</w:t>
            </w:r>
            <w:proofErr w:type="spellEnd"/>
            <w:r w:rsidRPr="00D31D98">
              <w:rPr>
                <w:szCs w:val="24"/>
              </w:rPr>
              <w:t xml:space="preserve"> je učenicima osnovnih i srednjih škola. Sudjelovanjem u ovom projektu svojim učenicima omogućavamo pristup najmodernijim znanjima i vještinama iz IT industrije poput umjetne inteligencije, robotike, Internet </w:t>
            </w:r>
            <w:proofErr w:type="spellStart"/>
            <w:r w:rsidRPr="00D31D98">
              <w:rPr>
                <w:szCs w:val="24"/>
              </w:rPr>
              <w:t>ofthings</w:t>
            </w:r>
            <w:proofErr w:type="spellEnd"/>
            <w:r w:rsidRPr="00D31D98">
              <w:rPr>
                <w:szCs w:val="24"/>
              </w:rPr>
              <w:t xml:space="preserve">. Osim znanja i vještina koje razvijaju kroz odabrane teme učenicima omogućavamo kroz projekt online </w:t>
            </w:r>
            <w:proofErr w:type="spellStart"/>
            <w:r w:rsidRPr="00D31D98">
              <w:rPr>
                <w:szCs w:val="24"/>
              </w:rPr>
              <w:t>mentoriranje</w:t>
            </w:r>
            <w:proofErr w:type="spellEnd"/>
            <w:r w:rsidRPr="00D31D98">
              <w:rPr>
                <w:szCs w:val="24"/>
              </w:rPr>
              <w:t xml:space="preserve"> stručnjaka iz industrije te pristup predavanjima raznih stručnjaka kako bi popularizirali STEM područje.</w:t>
            </w:r>
          </w:p>
        </w:tc>
      </w:tr>
      <w:tr w:rsidR="001865F2" w:rsidRPr="00D31D98" w14:paraId="28785804" w14:textId="77777777" w:rsidTr="00966809">
        <w:trPr>
          <w:cantSplit/>
        </w:trPr>
        <w:tc>
          <w:tcPr>
            <w:tcW w:w="2381" w:type="dxa"/>
            <w:vAlign w:val="center"/>
          </w:tcPr>
          <w:p w14:paraId="27FFC5E8"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1A5818A5" w14:textId="77777777" w:rsidR="001865F2" w:rsidRPr="00D31D98" w:rsidRDefault="001865F2" w:rsidP="00966809">
            <w:pPr>
              <w:widowControl w:val="0"/>
            </w:pPr>
            <w:r w:rsidRPr="00D31D98">
              <w:rPr>
                <w:szCs w:val="24"/>
              </w:rPr>
              <w:t xml:space="preserve">Jelena </w:t>
            </w:r>
            <w:proofErr w:type="spellStart"/>
            <w:r w:rsidRPr="00D31D98">
              <w:rPr>
                <w:szCs w:val="24"/>
              </w:rPr>
              <w:t>Radlović</w:t>
            </w:r>
            <w:proofErr w:type="spellEnd"/>
          </w:p>
          <w:p w14:paraId="40B630BB" w14:textId="77777777" w:rsidR="001865F2" w:rsidRPr="00D31D98" w:rsidRDefault="001865F2" w:rsidP="00966809">
            <w:pPr>
              <w:widowControl w:val="0"/>
            </w:pPr>
            <w:r w:rsidRPr="00D31D98">
              <w:rPr>
                <w:szCs w:val="24"/>
              </w:rPr>
              <w:t xml:space="preserve">Voditelj </w:t>
            </w:r>
            <w:proofErr w:type="spellStart"/>
            <w:r w:rsidRPr="00D31D98">
              <w:rPr>
                <w:szCs w:val="24"/>
              </w:rPr>
              <w:t>projektasudjeluje</w:t>
            </w:r>
            <w:proofErr w:type="spellEnd"/>
            <w:r w:rsidRPr="00D31D98">
              <w:rPr>
                <w:szCs w:val="24"/>
              </w:rPr>
              <w:t xml:space="preserve"> u predviđenim aktivnostima za mentore (predavanja/radionice/</w:t>
            </w:r>
            <w:proofErr w:type="spellStart"/>
            <w:r w:rsidRPr="00D31D98">
              <w:rPr>
                <w:szCs w:val="24"/>
              </w:rPr>
              <w:t>webinari</w:t>
            </w:r>
            <w:proofErr w:type="spellEnd"/>
            <w:r w:rsidRPr="00D31D98">
              <w:rPr>
                <w:szCs w:val="24"/>
              </w:rPr>
              <w:t xml:space="preserve">). Organizira učenike u timove, </w:t>
            </w:r>
            <w:proofErr w:type="spellStart"/>
            <w:r w:rsidRPr="00D31D98">
              <w:rPr>
                <w:szCs w:val="24"/>
              </w:rPr>
              <w:t>mentorira</w:t>
            </w:r>
            <w:proofErr w:type="spellEnd"/>
            <w:r w:rsidRPr="00D31D98">
              <w:rPr>
                <w:szCs w:val="24"/>
              </w:rPr>
              <w:t xml:space="preserve"> učenike, komunicira s organizatorima projekta i sve ostalo što je potrebno kako bi učenici uspješno pratili program projekta i nakraju izradili završni projekt prema zadanim kriterijima. Voditelj projekta je zadužen i za </w:t>
            </w:r>
            <w:proofErr w:type="spellStart"/>
            <w:r w:rsidRPr="00D31D98">
              <w:rPr>
                <w:szCs w:val="24"/>
              </w:rPr>
              <w:t>opremukoja</w:t>
            </w:r>
            <w:proofErr w:type="spellEnd"/>
            <w:r w:rsidRPr="00D31D98">
              <w:rPr>
                <w:szCs w:val="24"/>
              </w:rPr>
              <w:t xml:space="preserve"> je učenicima potrebna za izvođenje plana i programa projekta.</w:t>
            </w:r>
          </w:p>
        </w:tc>
      </w:tr>
      <w:tr w:rsidR="001865F2" w:rsidRPr="00D31D98" w14:paraId="11D5F0C6" w14:textId="77777777" w:rsidTr="00966809">
        <w:trPr>
          <w:cantSplit/>
        </w:trPr>
        <w:tc>
          <w:tcPr>
            <w:tcW w:w="2381" w:type="dxa"/>
            <w:vAlign w:val="center"/>
          </w:tcPr>
          <w:p w14:paraId="2BD56261"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342BDD4F" w14:textId="77777777" w:rsidR="001865F2" w:rsidRPr="00D31D98" w:rsidRDefault="001865F2" w:rsidP="00966809">
            <w:pPr>
              <w:widowControl w:val="0"/>
            </w:pPr>
            <w:r w:rsidRPr="00D31D98">
              <w:rPr>
                <w:szCs w:val="24"/>
              </w:rPr>
              <w:t xml:space="preserve">Praktični rad, radionice, predavanja, </w:t>
            </w:r>
            <w:proofErr w:type="spellStart"/>
            <w:r w:rsidRPr="00D31D98">
              <w:rPr>
                <w:szCs w:val="24"/>
              </w:rPr>
              <w:t>webinari</w:t>
            </w:r>
            <w:proofErr w:type="spellEnd"/>
          </w:p>
        </w:tc>
      </w:tr>
      <w:tr w:rsidR="001865F2" w:rsidRPr="00D31D98" w14:paraId="7D2C4392" w14:textId="77777777" w:rsidTr="00966809">
        <w:trPr>
          <w:cantSplit/>
        </w:trPr>
        <w:tc>
          <w:tcPr>
            <w:tcW w:w="2381" w:type="dxa"/>
            <w:vAlign w:val="center"/>
          </w:tcPr>
          <w:p w14:paraId="5782A3EF"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49D7F704" w14:textId="77777777" w:rsidR="001865F2" w:rsidRPr="00D31D98" w:rsidRDefault="001865F2" w:rsidP="00966809">
            <w:pPr>
              <w:widowControl w:val="0"/>
            </w:pPr>
            <w:r w:rsidRPr="00D31D98">
              <w:rPr>
                <w:szCs w:val="24"/>
              </w:rPr>
              <w:t>Od rujna 2026. do lipnja 2027.</w:t>
            </w:r>
          </w:p>
        </w:tc>
      </w:tr>
      <w:tr w:rsidR="001865F2" w:rsidRPr="00D31D98" w14:paraId="20B47465" w14:textId="77777777" w:rsidTr="00966809">
        <w:trPr>
          <w:cantSplit/>
        </w:trPr>
        <w:tc>
          <w:tcPr>
            <w:tcW w:w="2381" w:type="dxa"/>
            <w:vAlign w:val="center"/>
          </w:tcPr>
          <w:p w14:paraId="26292031"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12C4BDDD" w14:textId="77777777" w:rsidR="001865F2" w:rsidRPr="00D31D98" w:rsidRDefault="001865F2" w:rsidP="00966809">
            <w:pPr>
              <w:widowControl w:val="0"/>
            </w:pPr>
            <w:r w:rsidRPr="00D31D98">
              <w:rPr>
                <w:szCs w:val="24"/>
              </w:rPr>
              <w:t>Nema</w:t>
            </w:r>
          </w:p>
        </w:tc>
      </w:tr>
      <w:tr w:rsidR="001865F2" w:rsidRPr="00D31D98" w14:paraId="182E987D" w14:textId="77777777" w:rsidTr="00966809">
        <w:trPr>
          <w:cantSplit/>
        </w:trPr>
        <w:tc>
          <w:tcPr>
            <w:tcW w:w="2381" w:type="dxa"/>
            <w:vAlign w:val="center"/>
          </w:tcPr>
          <w:p w14:paraId="45E20781"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0B46BE47" w14:textId="77777777" w:rsidR="001865F2" w:rsidRPr="00D31D98" w:rsidRDefault="001865F2" w:rsidP="00966809">
            <w:pPr>
              <w:widowControl w:val="0"/>
            </w:pPr>
            <w:r w:rsidRPr="00D31D98">
              <w:rPr>
                <w:szCs w:val="24"/>
              </w:rPr>
              <w:t>Formativno vrednovanje</w:t>
            </w:r>
          </w:p>
          <w:p w14:paraId="33FE582D" w14:textId="77777777" w:rsidR="001865F2" w:rsidRPr="00D31D98" w:rsidRDefault="001865F2" w:rsidP="00966809">
            <w:pPr>
              <w:widowControl w:val="0"/>
            </w:pPr>
            <w:r w:rsidRPr="00D31D98">
              <w:rPr>
                <w:szCs w:val="24"/>
              </w:rPr>
              <w:t>Nakon što učenici uspješno završe sve zadane zadatke u projektu i predaju svoj završni projekt učenici dobivaju potvrdu o sudjelovanju u projektu.</w:t>
            </w:r>
          </w:p>
          <w:p w14:paraId="3F897A88" w14:textId="77777777" w:rsidR="001865F2" w:rsidRPr="00D31D98" w:rsidRDefault="001865F2" w:rsidP="00966809">
            <w:pPr>
              <w:widowControl w:val="0"/>
            </w:pPr>
            <w:r w:rsidRPr="00D31D98">
              <w:rPr>
                <w:szCs w:val="24"/>
              </w:rPr>
              <w:t>Najbolji učenički radovi, u nekoliko kategorija, se nagrađuju. Nagrade osigurava tvrtka STEMI u dogovoru s partnerima.</w:t>
            </w:r>
          </w:p>
        </w:tc>
      </w:tr>
    </w:tbl>
    <w:p w14:paraId="4E9CA829"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AC829A2" w14:textId="77777777" w:rsidTr="00966809">
        <w:trPr>
          <w:cantSplit/>
        </w:trPr>
        <w:tc>
          <w:tcPr>
            <w:tcW w:w="2381" w:type="dxa"/>
            <w:vAlign w:val="center"/>
          </w:tcPr>
          <w:p w14:paraId="6AEC01F0"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7B13343E" w14:textId="77777777" w:rsidR="001865F2" w:rsidRPr="00D31D98" w:rsidRDefault="001865F2" w:rsidP="00966809">
            <w:pPr>
              <w:keepNext/>
              <w:widowControl w:val="0"/>
              <w:rPr>
                <w:b/>
              </w:rPr>
            </w:pPr>
            <w:r w:rsidRPr="00D31D98">
              <w:rPr>
                <w:b/>
                <w:bCs/>
                <w:szCs w:val="24"/>
              </w:rPr>
              <w:t>Integrirana nastava</w:t>
            </w:r>
          </w:p>
        </w:tc>
      </w:tr>
      <w:tr w:rsidR="001865F2" w:rsidRPr="00D31D98" w14:paraId="59E69156" w14:textId="77777777" w:rsidTr="00966809">
        <w:trPr>
          <w:cantSplit/>
        </w:trPr>
        <w:tc>
          <w:tcPr>
            <w:tcW w:w="2381" w:type="dxa"/>
            <w:vAlign w:val="center"/>
          </w:tcPr>
          <w:p w14:paraId="5BF1F01C"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6B954E37" w14:textId="77777777" w:rsidR="001865F2" w:rsidRPr="00D31D98" w:rsidRDefault="001865F2" w:rsidP="00966809">
            <w:pPr>
              <w:widowControl w:val="0"/>
            </w:pPr>
            <w:r w:rsidRPr="00D31D98">
              <w:rPr>
                <w:szCs w:val="24"/>
              </w:rPr>
              <w:t>Povezivanje nastavnih sadržaja informatike s drugim nastavnim predmetima</w:t>
            </w:r>
          </w:p>
        </w:tc>
      </w:tr>
      <w:tr w:rsidR="001865F2" w:rsidRPr="00D31D98" w14:paraId="03225AB5" w14:textId="77777777" w:rsidTr="00966809">
        <w:trPr>
          <w:cantSplit/>
        </w:trPr>
        <w:tc>
          <w:tcPr>
            <w:tcW w:w="2381" w:type="dxa"/>
            <w:vAlign w:val="center"/>
          </w:tcPr>
          <w:p w14:paraId="7D6265BB"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2E5C0CD" w14:textId="77777777" w:rsidR="001865F2" w:rsidRPr="00D31D98" w:rsidRDefault="001865F2" w:rsidP="00966809">
            <w:pPr>
              <w:widowControl w:val="0"/>
            </w:pPr>
            <w:r w:rsidRPr="00D31D98">
              <w:rPr>
                <w:szCs w:val="24"/>
              </w:rPr>
              <w:t>Zainteresirati učenike za implementaciju informatičkih sadržaja u nastavne sadržaje drugih predmeta. Korelacija s drugim predmetima</w:t>
            </w:r>
          </w:p>
        </w:tc>
      </w:tr>
      <w:tr w:rsidR="001865F2" w:rsidRPr="00D31D98" w14:paraId="26232B06" w14:textId="77777777" w:rsidTr="00966809">
        <w:trPr>
          <w:cantSplit/>
        </w:trPr>
        <w:tc>
          <w:tcPr>
            <w:tcW w:w="2381" w:type="dxa"/>
            <w:vAlign w:val="center"/>
          </w:tcPr>
          <w:p w14:paraId="57FE8A40"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5B0A9171" w14:textId="77777777" w:rsidR="001865F2" w:rsidRPr="00D31D98" w:rsidRDefault="001865F2" w:rsidP="00966809">
            <w:pPr>
              <w:widowControl w:val="0"/>
            </w:pPr>
            <w:r w:rsidRPr="00D31D98">
              <w:rPr>
                <w:szCs w:val="24"/>
              </w:rPr>
              <w:t>Članovi aktiva informatike i članovi Nastavničkog vijeća</w:t>
            </w:r>
          </w:p>
          <w:p w14:paraId="3F7A84E0" w14:textId="77777777" w:rsidR="001865F2" w:rsidRPr="00D31D98" w:rsidRDefault="001865F2" w:rsidP="00966809">
            <w:pPr>
              <w:widowControl w:val="0"/>
            </w:pPr>
            <w:r w:rsidRPr="00D31D98">
              <w:rPr>
                <w:szCs w:val="24"/>
              </w:rPr>
              <w:t>Izvođenje raznih (laboratorijskih) vježbi, u dogovorenim terminima, koje su  usklađene s godišnjim izvedbenim kurikulumom tekuće školske godine; poludnevne ili cjelodnevne radionice s „paketima“ vježbi.</w:t>
            </w:r>
          </w:p>
          <w:p w14:paraId="5A4863A2" w14:textId="77777777" w:rsidR="001865F2" w:rsidRPr="00D31D98" w:rsidRDefault="001865F2" w:rsidP="00966809">
            <w:pPr>
              <w:widowControl w:val="0"/>
            </w:pPr>
            <w:r w:rsidRPr="00D31D98">
              <w:rPr>
                <w:szCs w:val="24"/>
              </w:rPr>
              <w:t>Nositelj aktivnosti izrađuje izvještaj o aktivnosti.</w:t>
            </w:r>
          </w:p>
        </w:tc>
      </w:tr>
      <w:tr w:rsidR="001865F2" w:rsidRPr="00D31D98" w14:paraId="252ACE5F" w14:textId="77777777" w:rsidTr="00966809">
        <w:trPr>
          <w:cantSplit/>
        </w:trPr>
        <w:tc>
          <w:tcPr>
            <w:tcW w:w="2381" w:type="dxa"/>
            <w:vAlign w:val="center"/>
          </w:tcPr>
          <w:p w14:paraId="2E36519C"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74E58BA2" w14:textId="77777777" w:rsidR="001865F2" w:rsidRPr="00D31D98" w:rsidRDefault="001865F2" w:rsidP="00966809">
            <w:pPr>
              <w:widowControl w:val="0"/>
            </w:pPr>
            <w:r w:rsidRPr="00D31D98">
              <w:rPr>
                <w:szCs w:val="24"/>
              </w:rPr>
              <w:t>Nastava se realizira primjenom različitih metoda rada.</w:t>
            </w:r>
          </w:p>
        </w:tc>
      </w:tr>
      <w:tr w:rsidR="001865F2" w:rsidRPr="00D31D98" w14:paraId="2AEBA450" w14:textId="77777777" w:rsidTr="00966809">
        <w:trPr>
          <w:cantSplit/>
        </w:trPr>
        <w:tc>
          <w:tcPr>
            <w:tcW w:w="2381" w:type="dxa"/>
            <w:vAlign w:val="center"/>
          </w:tcPr>
          <w:p w14:paraId="763BEA8D"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73A20D78" w14:textId="77777777" w:rsidR="001865F2" w:rsidRPr="00D31D98" w:rsidRDefault="001865F2" w:rsidP="00966809">
            <w:pPr>
              <w:widowControl w:val="0"/>
            </w:pPr>
            <w:r w:rsidRPr="00D31D98">
              <w:rPr>
                <w:szCs w:val="24"/>
              </w:rPr>
              <w:t>Od rujna 2026. do lipnja 2027.</w:t>
            </w:r>
          </w:p>
        </w:tc>
      </w:tr>
      <w:tr w:rsidR="001865F2" w:rsidRPr="00D31D98" w14:paraId="7EDCA0DD" w14:textId="77777777" w:rsidTr="00966809">
        <w:trPr>
          <w:cantSplit/>
        </w:trPr>
        <w:tc>
          <w:tcPr>
            <w:tcW w:w="2381" w:type="dxa"/>
            <w:vAlign w:val="center"/>
          </w:tcPr>
          <w:p w14:paraId="2D0B644F"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2913FCF9" w14:textId="77777777" w:rsidR="001865F2" w:rsidRPr="00D31D98" w:rsidRDefault="001865F2" w:rsidP="00966809">
            <w:pPr>
              <w:widowControl w:val="0"/>
            </w:pPr>
            <w:r w:rsidRPr="00D31D98">
              <w:rPr>
                <w:szCs w:val="24"/>
              </w:rPr>
              <w:t>Nema</w:t>
            </w:r>
          </w:p>
        </w:tc>
      </w:tr>
      <w:tr w:rsidR="001865F2" w:rsidRPr="00D31D98" w14:paraId="27AFFB16" w14:textId="77777777" w:rsidTr="00966809">
        <w:trPr>
          <w:cantSplit/>
        </w:trPr>
        <w:tc>
          <w:tcPr>
            <w:tcW w:w="2381" w:type="dxa"/>
            <w:vAlign w:val="center"/>
          </w:tcPr>
          <w:p w14:paraId="71143844"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2FBF7DD1" w14:textId="77777777" w:rsidR="001865F2" w:rsidRPr="00D31D98" w:rsidRDefault="001865F2" w:rsidP="00966809">
            <w:pPr>
              <w:widowControl w:val="0"/>
            </w:pPr>
            <w:r w:rsidRPr="00D31D98">
              <w:rPr>
                <w:szCs w:val="24"/>
              </w:rPr>
              <w:t>Formativno vrednovanje. Vrednovanje će se temeljiti na osnovi uključenosti i motiviranosti učenika.</w:t>
            </w:r>
          </w:p>
          <w:p w14:paraId="604A912B" w14:textId="77777777" w:rsidR="001865F2" w:rsidRPr="00D31D98" w:rsidRDefault="001865F2" w:rsidP="00966809">
            <w:pPr>
              <w:widowControl w:val="0"/>
            </w:pPr>
            <w:r w:rsidRPr="00D31D98">
              <w:rPr>
                <w:szCs w:val="24"/>
              </w:rPr>
              <w:t>Izvješća, radionice, ankete, razgovor</w:t>
            </w:r>
          </w:p>
        </w:tc>
      </w:tr>
    </w:tbl>
    <w:p w14:paraId="2540340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1EAC7FA" w14:textId="77777777" w:rsidTr="00966809">
        <w:trPr>
          <w:cantSplit/>
        </w:trPr>
        <w:tc>
          <w:tcPr>
            <w:tcW w:w="2381" w:type="dxa"/>
            <w:vAlign w:val="center"/>
          </w:tcPr>
          <w:p w14:paraId="2B1839B2" w14:textId="77777777" w:rsidR="001865F2" w:rsidRPr="00D31D98" w:rsidRDefault="001865F2" w:rsidP="00966809">
            <w:pPr>
              <w:keepNext/>
              <w:widowControl w:val="0"/>
              <w:rPr>
                <w:b/>
              </w:rPr>
            </w:pPr>
            <w:r w:rsidRPr="00D31D98">
              <w:rPr>
                <w:b/>
                <w:bCs/>
                <w:szCs w:val="24"/>
              </w:rPr>
              <w:t>PROJEKTNA NASTAVA</w:t>
            </w:r>
          </w:p>
          <w:p w14:paraId="5B6A3D0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5B312F4" w14:textId="77777777" w:rsidR="001865F2" w:rsidRPr="00D31D98" w:rsidRDefault="001865F2" w:rsidP="00966809">
            <w:pPr>
              <w:keepNext/>
              <w:widowControl w:val="0"/>
              <w:rPr>
                <w:b/>
              </w:rPr>
            </w:pPr>
            <w:r w:rsidRPr="00D31D98">
              <w:rPr>
                <w:b/>
                <w:bCs/>
                <w:szCs w:val="24"/>
              </w:rPr>
              <w:t>PROJEKT: KOBARIDI – najviša bitka Prvog sv. Rata</w:t>
            </w:r>
          </w:p>
        </w:tc>
      </w:tr>
      <w:tr w:rsidR="001865F2" w:rsidRPr="00D31D98" w14:paraId="5703CA57" w14:textId="77777777" w:rsidTr="00966809">
        <w:trPr>
          <w:cantSplit/>
        </w:trPr>
        <w:tc>
          <w:tcPr>
            <w:tcW w:w="2381" w:type="dxa"/>
            <w:vAlign w:val="center"/>
          </w:tcPr>
          <w:p w14:paraId="7706712C" w14:textId="77777777" w:rsidR="001865F2" w:rsidRPr="00D31D98" w:rsidRDefault="001865F2" w:rsidP="00966809">
            <w:pPr>
              <w:widowControl w:val="0"/>
              <w:rPr>
                <w:b/>
              </w:rPr>
            </w:pPr>
            <w:r w:rsidRPr="00D31D98">
              <w:rPr>
                <w:b/>
                <w:bCs/>
                <w:szCs w:val="24"/>
              </w:rPr>
              <w:t>Ciljevi</w:t>
            </w:r>
          </w:p>
        </w:tc>
        <w:tc>
          <w:tcPr>
            <w:tcW w:w="6690" w:type="dxa"/>
            <w:vAlign w:val="center"/>
          </w:tcPr>
          <w:p w14:paraId="4D309D65" w14:textId="77777777" w:rsidR="001865F2" w:rsidRPr="00D31D98" w:rsidRDefault="001865F2" w:rsidP="00966809">
            <w:pPr>
              <w:widowControl w:val="0"/>
            </w:pPr>
            <w:r w:rsidRPr="00D31D98">
              <w:rPr>
                <w:szCs w:val="24"/>
              </w:rPr>
              <w:t>- osuvremeniti nastavu istraživačkim radom i interdisciplinarnim pristupom u obradi tema</w:t>
            </w:r>
          </w:p>
          <w:p w14:paraId="5D1301A2" w14:textId="77777777" w:rsidR="001865F2" w:rsidRPr="00D31D98" w:rsidRDefault="001865F2" w:rsidP="00966809">
            <w:pPr>
              <w:widowControl w:val="0"/>
            </w:pPr>
            <w:r w:rsidRPr="00D31D98">
              <w:rPr>
                <w:szCs w:val="24"/>
              </w:rPr>
              <w:t>- uvoditi učenike u samostalno istraživanje: stvaranje plana, istraživanje izvora, prikupljanje, sistematizacija, osmišljavanje i prezentacija materijala</w:t>
            </w:r>
          </w:p>
          <w:p w14:paraId="3D328ACE" w14:textId="77777777" w:rsidR="001865F2" w:rsidRPr="00D31D98" w:rsidRDefault="001865F2" w:rsidP="00966809">
            <w:pPr>
              <w:widowControl w:val="0"/>
            </w:pPr>
            <w:r w:rsidRPr="00D31D98">
              <w:rPr>
                <w:szCs w:val="24"/>
              </w:rPr>
              <w:t xml:space="preserve">- istraživačkim postupcima uključiti učenike u </w:t>
            </w:r>
            <w:proofErr w:type="spellStart"/>
            <w:r w:rsidRPr="00D31D98">
              <w:rPr>
                <w:szCs w:val="24"/>
              </w:rPr>
              <w:t>in</w:t>
            </w:r>
            <w:proofErr w:type="spellEnd"/>
            <w:r w:rsidRPr="00D31D98">
              <w:rPr>
                <w:szCs w:val="24"/>
              </w:rPr>
              <w:t xml:space="preserve"> situ istraživanje i povezivanje s naučenim gradivom</w:t>
            </w:r>
          </w:p>
        </w:tc>
      </w:tr>
      <w:tr w:rsidR="001865F2" w:rsidRPr="00D31D98" w14:paraId="28057990" w14:textId="77777777" w:rsidTr="00966809">
        <w:trPr>
          <w:cantSplit/>
        </w:trPr>
        <w:tc>
          <w:tcPr>
            <w:tcW w:w="2381" w:type="dxa"/>
            <w:vAlign w:val="center"/>
          </w:tcPr>
          <w:p w14:paraId="47764CB6" w14:textId="77777777" w:rsidR="001865F2" w:rsidRPr="00D31D98" w:rsidRDefault="001865F2" w:rsidP="00966809">
            <w:pPr>
              <w:widowControl w:val="0"/>
              <w:rPr>
                <w:b/>
              </w:rPr>
            </w:pPr>
            <w:r w:rsidRPr="00D31D98">
              <w:rPr>
                <w:b/>
                <w:bCs/>
                <w:szCs w:val="24"/>
              </w:rPr>
              <w:t>Namjena</w:t>
            </w:r>
          </w:p>
        </w:tc>
        <w:tc>
          <w:tcPr>
            <w:tcW w:w="6690" w:type="dxa"/>
            <w:vAlign w:val="center"/>
          </w:tcPr>
          <w:p w14:paraId="2069CB8B" w14:textId="77777777" w:rsidR="001865F2" w:rsidRPr="00D31D98" w:rsidRDefault="001865F2" w:rsidP="00966809">
            <w:pPr>
              <w:widowControl w:val="0"/>
            </w:pPr>
            <w:r w:rsidRPr="00D31D98">
              <w:rPr>
                <w:szCs w:val="24"/>
              </w:rPr>
              <w:t>- izvođenje terenske nastave</w:t>
            </w:r>
          </w:p>
          <w:p w14:paraId="15B25CC7" w14:textId="77777777" w:rsidR="001865F2" w:rsidRPr="00D31D98" w:rsidRDefault="001865F2" w:rsidP="00966809">
            <w:pPr>
              <w:widowControl w:val="0"/>
            </w:pPr>
            <w:r w:rsidRPr="00D31D98">
              <w:rPr>
                <w:szCs w:val="24"/>
              </w:rPr>
              <w:t xml:space="preserve">- preko integrirane nastave učenici uče samostalno uočavati </w:t>
            </w:r>
            <w:proofErr w:type="spellStart"/>
            <w:r w:rsidRPr="00D31D98">
              <w:rPr>
                <w:szCs w:val="24"/>
              </w:rPr>
              <w:t>unutarpredmetne</w:t>
            </w:r>
            <w:proofErr w:type="spellEnd"/>
            <w:r w:rsidRPr="00D31D98">
              <w:rPr>
                <w:szCs w:val="24"/>
              </w:rPr>
              <w:t xml:space="preserve"> i </w:t>
            </w:r>
            <w:proofErr w:type="spellStart"/>
            <w:r w:rsidRPr="00D31D98">
              <w:rPr>
                <w:szCs w:val="24"/>
              </w:rPr>
              <w:t>međupredmetne</w:t>
            </w:r>
            <w:proofErr w:type="spellEnd"/>
            <w:r w:rsidRPr="00D31D98">
              <w:rPr>
                <w:szCs w:val="24"/>
              </w:rPr>
              <w:t xml:space="preserve"> tematske, logičke i druge veze</w:t>
            </w:r>
          </w:p>
          <w:p w14:paraId="769E0A7E" w14:textId="77777777" w:rsidR="001865F2" w:rsidRPr="00D31D98" w:rsidRDefault="001865F2" w:rsidP="00966809">
            <w:pPr>
              <w:widowControl w:val="0"/>
            </w:pPr>
            <w:r w:rsidRPr="00D31D98">
              <w:rPr>
                <w:szCs w:val="24"/>
              </w:rPr>
              <w:t>- razvijanje kulture sjećanja i poštovanja za sve žrtve rata</w:t>
            </w:r>
          </w:p>
        </w:tc>
      </w:tr>
      <w:tr w:rsidR="001865F2" w:rsidRPr="00D31D98" w14:paraId="28DCF158" w14:textId="77777777" w:rsidTr="00966809">
        <w:trPr>
          <w:cantSplit/>
        </w:trPr>
        <w:tc>
          <w:tcPr>
            <w:tcW w:w="2381" w:type="dxa"/>
            <w:vAlign w:val="center"/>
          </w:tcPr>
          <w:p w14:paraId="75155177" w14:textId="77777777" w:rsidR="001865F2" w:rsidRPr="00D31D98" w:rsidRDefault="001865F2" w:rsidP="00966809">
            <w:pPr>
              <w:widowControl w:val="0"/>
              <w:rPr>
                <w:b/>
              </w:rPr>
            </w:pPr>
            <w:r w:rsidRPr="00D31D98">
              <w:rPr>
                <w:b/>
                <w:bCs/>
                <w:szCs w:val="24"/>
              </w:rPr>
              <w:t>Nositelji</w:t>
            </w:r>
          </w:p>
        </w:tc>
        <w:tc>
          <w:tcPr>
            <w:tcW w:w="6690" w:type="dxa"/>
            <w:vAlign w:val="center"/>
          </w:tcPr>
          <w:p w14:paraId="4DE33F5C" w14:textId="77777777" w:rsidR="001865F2" w:rsidRPr="00D31D98" w:rsidRDefault="001865F2" w:rsidP="00966809">
            <w:pPr>
              <w:widowControl w:val="0"/>
            </w:pPr>
            <w:r w:rsidRPr="00D31D98">
              <w:rPr>
                <w:szCs w:val="24"/>
              </w:rPr>
              <w:t>- članovi Stručnoga vijeća povijesti</w:t>
            </w:r>
          </w:p>
          <w:p w14:paraId="22029373" w14:textId="77777777" w:rsidR="001865F2" w:rsidRPr="00D31D98" w:rsidRDefault="001865F2" w:rsidP="00966809">
            <w:pPr>
              <w:widowControl w:val="0"/>
            </w:pPr>
            <w:r w:rsidRPr="00D31D98">
              <w:rPr>
                <w:szCs w:val="24"/>
              </w:rPr>
              <w:t xml:space="preserve">- voditelji projekta: Matija Lucić, Kornelija Marks i Vjeran </w:t>
            </w:r>
            <w:proofErr w:type="spellStart"/>
            <w:r w:rsidRPr="00D31D98">
              <w:rPr>
                <w:szCs w:val="24"/>
              </w:rPr>
              <w:t>Matičić</w:t>
            </w:r>
            <w:proofErr w:type="spellEnd"/>
          </w:p>
          <w:p w14:paraId="57DF7340" w14:textId="77777777" w:rsidR="001865F2" w:rsidRPr="00D31D98" w:rsidRDefault="001865F2" w:rsidP="00966809">
            <w:pPr>
              <w:widowControl w:val="0"/>
            </w:pPr>
            <w:r w:rsidRPr="00D31D98">
              <w:rPr>
                <w:szCs w:val="24"/>
              </w:rPr>
              <w:t>- zadati učenicima zadatke koji odgovaraju nastavnom planu i programu pojedinog predmeta</w:t>
            </w:r>
          </w:p>
          <w:p w14:paraId="32553B3D" w14:textId="77777777" w:rsidR="001865F2" w:rsidRPr="00D31D98" w:rsidRDefault="001865F2" w:rsidP="00966809">
            <w:pPr>
              <w:widowControl w:val="0"/>
            </w:pPr>
            <w:r w:rsidRPr="00D31D98">
              <w:rPr>
                <w:szCs w:val="24"/>
              </w:rPr>
              <w:t>- njegovati grupni rad i razvijati međusobnu suradnju učenika</w:t>
            </w:r>
          </w:p>
          <w:p w14:paraId="0ACE5699" w14:textId="77777777" w:rsidR="001865F2" w:rsidRPr="00D31D98" w:rsidRDefault="001865F2" w:rsidP="00966809">
            <w:pPr>
              <w:widowControl w:val="0"/>
            </w:pPr>
            <w:r w:rsidRPr="00D31D98">
              <w:rPr>
                <w:szCs w:val="24"/>
              </w:rPr>
              <w:t>- vođenje računa o tome da se posjete svi predviđeni lokaliteti</w:t>
            </w:r>
          </w:p>
        </w:tc>
      </w:tr>
      <w:tr w:rsidR="001865F2" w:rsidRPr="00D31D98" w14:paraId="5B108939" w14:textId="77777777" w:rsidTr="00966809">
        <w:trPr>
          <w:cantSplit/>
        </w:trPr>
        <w:tc>
          <w:tcPr>
            <w:tcW w:w="2381" w:type="dxa"/>
            <w:vAlign w:val="center"/>
          </w:tcPr>
          <w:p w14:paraId="3F237491"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4E3BAFF9" w14:textId="77777777" w:rsidR="001865F2" w:rsidRPr="00D31D98" w:rsidRDefault="001865F2" w:rsidP="00966809">
            <w:pPr>
              <w:widowControl w:val="0"/>
            </w:pPr>
            <w:r w:rsidRPr="00D31D98">
              <w:rPr>
                <w:szCs w:val="24"/>
              </w:rPr>
              <w:t>a) projektna nastava</w:t>
            </w:r>
          </w:p>
          <w:p w14:paraId="62DAC05E" w14:textId="77777777" w:rsidR="001865F2" w:rsidRPr="00D31D98" w:rsidRDefault="001865F2" w:rsidP="00966809">
            <w:pPr>
              <w:widowControl w:val="0"/>
            </w:pPr>
            <w:r w:rsidRPr="00D31D98">
              <w:rPr>
                <w:szCs w:val="24"/>
              </w:rPr>
              <w:t>- određivanje tema, formuliranje cilja, planiranje, priprema za rad na projektu, provedba projekta- profesori individualno, a voditelj projekta integrira sve zadaće</w:t>
            </w:r>
          </w:p>
          <w:p w14:paraId="7D12B8FA" w14:textId="77777777" w:rsidR="001865F2" w:rsidRPr="00D31D98" w:rsidRDefault="001865F2" w:rsidP="00966809">
            <w:pPr>
              <w:widowControl w:val="0"/>
            </w:pPr>
            <w:r w:rsidRPr="00D31D98">
              <w:rPr>
                <w:szCs w:val="24"/>
              </w:rPr>
              <w:t>b) integrirana nastava</w:t>
            </w:r>
          </w:p>
          <w:p w14:paraId="524F3F10" w14:textId="77777777" w:rsidR="001865F2" w:rsidRPr="00D31D98" w:rsidRDefault="001865F2" w:rsidP="00966809">
            <w:pPr>
              <w:widowControl w:val="0"/>
            </w:pPr>
            <w:r w:rsidRPr="00D31D98">
              <w:rPr>
                <w:szCs w:val="24"/>
              </w:rPr>
              <w:t>c) terenska nastava</w:t>
            </w:r>
          </w:p>
          <w:p w14:paraId="4533268C" w14:textId="77777777" w:rsidR="001865F2" w:rsidRPr="00D31D98" w:rsidRDefault="001865F2" w:rsidP="00966809">
            <w:pPr>
              <w:widowControl w:val="0"/>
            </w:pPr>
            <w:r w:rsidRPr="00D31D98">
              <w:rPr>
                <w:szCs w:val="24"/>
              </w:rPr>
              <w:t>- rad na terenu</w:t>
            </w:r>
          </w:p>
          <w:p w14:paraId="565AAB9D" w14:textId="77777777" w:rsidR="001865F2" w:rsidRPr="00D31D98" w:rsidRDefault="001865F2" w:rsidP="00966809">
            <w:pPr>
              <w:widowControl w:val="0"/>
            </w:pPr>
            <w:r w:rsidRPr="00D31D98">
              <w:rPr>
                <w:szCs w:val="24"/>
              </w:rPr>
              <w:t>- prikupljanje materijala, istraživanje unutar institucija grada (muzeji, arhivi, knjižnice)</w:t>
            </w:r>
          </w:p>
          <w:p w14:paraId="6F768F4F" w14:textId="77777777" w:rsidR="001865F2" w:rsidRPr="00D31D98" w:rsidRDefault="001865F2" w:rsidP="00966809">
            <w:pPr>
              <w:widowControl w:val="0"/>
            </w:pPr>
            <w:r w:rsidRPr="00D31D98">
              <w:rPr>
                <w:szCs w:val="24"/>
              </w:rPr>
              <w:t>- uspoređivanje prikupljene građe</w:t>
            </w:r>
          </w:p>
          <w:p w14:paraId="3264AB68" w14:textId="77777777" w:rsidR="001865F2" w:rsidRPr="00D31D98" w:rsidRDefault="001865F2" w:rsidP="00966809">
            <w:pPr>
              <w:widowControl w:val="0"/>
            </w:pPr>
            <w:r w:rsidRPr="00D31D98">
              <w:rPr>
                <w:szCs w:val="24"/>
              </w:rPr>
              <w:t>- izrada završnog dijela projekta- plakati, video zapisi</w:t>
            </w:r>
          </w:p>
        </w:tc>
      </w:tr>
      <w:tr w:rsidR="001865F2" w:rsidRPr="00D31D98" w14:paraId="2082AE1C" w14:textId="77777777" w:rsidTr="00966809">
        <w:trPr>
          <w:cantSplit/>
        </w:trPr>
        <w:tc>
          <w:tcPr>
            <w:tcW w:w="2381" w:type="dxa"/>
            <w:vAlign w:val="center"/>
          </w:tcPr>
          <w:p w14:paraId="246D44B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0EF32297" w14:textId="77777777" w:rsidR="001865F2" w:rsidRPr="00D31D98" w:rsidRDefault="001865F2" w:rsidP="00966809">
            <w:pPr>
              <w:widowControl w:val="0"/>
            </w:pPr>
            <w:r w:rsidRPr="00D31D98">
              <w:rPr>
                <w:szCs w:val="24"/>
              </w:rPr>
              <w:t>- dogovor projekta tijekom školske godine – realizacija – travanj/svibanj 2026. godine</w:t>
            </w:r>
          </w:p>
        </w:tc>
      </w:tr>
      <w:tr w:rsidR="001865F2" w:rsidRPr="00D31D98" w14:paraId="33171AA7" w14:textId="77777777" w:rsidTr="00966809">
        <w:trPr>
          <w:cantSplit/>
        </w:trPr>
        <w:tc>
          <w:tcPr>
            <w:tcW w:w="2381" w:type="dxa"/>
            <w:vAlign w:val="center"/>
          </w:tcPr>
          <w:p w14:paraId="505E24F0" w14:textId="77777777" w:rsidR="001865F2" w:rsidRPr="00D31D98" w:rsidRDefault="001865F2" w:rsidP="00966809">
            <w:pPr>
              <w:widowControl w:val="0"/>
              <w:rPr>
                <w:b/>
              </w:rPr>
            </w:pPr>
            <w:r w:rsidRPr="00D31D98">
              <w:rPr>
                <w:b/>
                <w:bCs/>
                <w:szCs w:val="24"/>
              </w:rPr>
              <w:t>Troškovnik</w:t>
            </w:r>
          </w:p>
        </w:tc>
        <w:tc>
          <w:tcPr>
            <w:tcW w:w="6690" w:type="dxa"/>
            <w:vAlign w:val="center"/>
          </w:tcPr>
          <w:p w14:paraId="46BBF0F1" w14:textId="77777777" w:rsidR="001865F2" w:rsidRPr="00D31D98" w:rsidRDefault="001865F2" w:rsidP="00966809">
            <w:pPr>
              <w:widowControl w:val="0"/>
            </w:pPr>
            <w:r w:rsidRPr="00D31D98">
              <w:rPr>
                <w:szCs w:val="24"/>
              </w:rPr>
              <w:t>- odredit će se nakon izrade plana projekta</w:t>
            </w:r>
          </w:p>
        </w:tc>
      </w:tr>
      <w:tr w:rsidR="001865F2" w:rsidRPr="00D31D98" w14:paraId="6325DE15" w14:textId="77777777" w:rsidTr="00966809">
        <w:trPr>
          <w:cantSplit/>
        </w:trPr>
        <w:tc>
          <w:tcPr>
            <w:tcW w:w="2381" w:type="dxa"/>
            <w:vAlign w:val="center"/>
          </w:tcPr>
          <w:p w14:paraId="18664EFD" w14:textId="77777777" w:rsidR="001865F2" w:rsidRPr="00D31D98" w:rsidRDefault="001865F2" w:rsidP="00966809">
            <w:pPr>
              <w:widowControl w:val="0"/>
              <w:rPr>
                <w:b/>
              </w:rPr>
            </w:pPr>
          </w:p>
        </w:tc>
        <w:tc>
          <w:tcPr>
            <w:tcW w:w="6690" w:type="dxa"/>
            <w:vAlign w:val="center"/>
          </w:tcPr>
          <w:p w14:paraId="27F0FCFA" w14:textId="77777777" w:rsidR="001865F2" w:rsidRPr="00D31D98" w:rsidRDefault="001865F2" w:rsidP="00966809">
            <w:pPr>
              <w:widowControl w:val="0"/>
            </w:pPr>
          </w:p>
        </w:tc>
      </w:tr>
      <w:tr w:rsidR="001865F2" w:rsidRPr="00D31D98" w14:paraId="102627B0" w14:textId="77777777" w:rsidTr="00966809">
        <w:trPr>
          <w:cantSplit/>
        </w:trPr>
        <w:tc>
          <w:tcPr>
            <w:tcW w:w="2381" w:type="dxa"/>
            <w:vAlign w:val="center"/>
          </w:tcPr>
          <w:p w14:paraId="3EC5AE9C"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40C86E7D" w14:textId="77777777" w:rsidR="001865F2" w:rsidRPr="00D31D98" w:rsidRDefault="001865F2" w:rsidP="00966809">
            <w:pPr>
              <w:widowControl w:val="0"/>
            </w:pPr>
            <w:r w:rsidRPr="00D31D98">
              <w:rPr>
                <w:szCs w:val="24"/>
              </w:rPr>
              <w:t>- vrednovanje projekta od strane učenika i profesora</w:t>
            </w:r>
          </w:p>
          <w:p w14:paraId="644386C0" w14:textId="77777777" w:rsidR="001865F2" w:rsidRPr="00D31D98" w:rsidRDefault="001865F2" w:rsidP="00966809">
            <w:pPr>
              <w:widowControl w:val="0"/>
            </w:pPr>
            <w:r w:rsidRPr="00D31D98">
              <w:rPr>
                <w:szCs w:val="24"/>
              </w:rPr>
              <w:t>- radove i plakate iskoristiti za određene svrhe u školi</w:t>
            </w:r>
          </w:p>
          <w:p w14:paraId="0D956FAF" w14:textId="77777777" w:rsidR="001865F2" w:rsidRPr="00D31D98" w:rsidRDefault="001865F2" w:rsidP="00966809">
            <w:pPr>
              <w:widowControl w:val="0"/>
            </w:pPr>
            <w:r w:rsidRPr="00D31D98">
              <w:rPr>
                <w:szCs w:val="24"/>
              </w:rPr>
              <w:t>- korištenje u nastavi</w:t>
            </w:r>
          </w:p>
          <w:p w14:paraId="38EA50AF" w14:textId="77777777" w:rsidR="001865F2" w:rsidRPr="00D31D98" w:rsidRDefault="001865F2" w:rsidP="00966809">
            <w:pPr>
              <w:widowControl w:val="0"/>
            </w:pPr>
            <w:r w:rsidRPr="00D31D98">
              <w:rPr>
                <w:szCs w:val="24"/>
              </w:rPr>
              <w:t>- učenici trećih razreda</w:t>
            </w:r>
          </w:p>
        </w:tc>
      </w:tr>
      <w:tr w:rsidR="001865F2" w:rsidRPr="00D31D98" w14:paraId="56F2983A" w14:textId="77777777" w:rsidTr="00966809">
        <w:trPr>
          <w:cantSplit/>
        </w:trPr>
        <w:tc>
          <w:tcPr>
            <w:tcW w:w="2381" w:type="dxa"/>
            <w:vAlign w:val="center"/>
          </w:tcPr>
          <w:p w14:paraId="22CD43CF"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37AF30DE" w14:textId="77777777" w:rsidR="001865F2" w:rsidRPr="00D31D98" w:rsidRDefault="001865F2" w:rsidP="00966809">
            <w:pPr>
              <w:widowControl w:val="0"/>
            </w:pPr>
            <w:r w:rsidRPr="00D31D98">
              <w:rPr>
                <w:szCs w:val="24"/>
              </w:rPr>
              <w:t xml:space="preserve">- </w:t>
            </w:r>
            <w:proofErr w:type="spellStart"/>
            <w:r w:rsidRPr="00D31D98">
              <w:rPr>
                <w:szCs w:val="24"/>
              </w:rPr>
              <w:t>uku</w:t>
            </w:r>
            <w:proofErr w:type="spellEnd"/>
            <w:r w:rsidRPr="00D31D98">
              <w:rPr>
                <w:szCs w:val="24"/>
              </w:rPr>
              <w:t xml:space="preserve"> A.4/5.1., </w:t>
            </w:r>
            <w:proofErr w:type="spellStart"/>
            <w:r w:rsidRPr="00D31D98">
              <w:rPr>
                <w:szCs w:val="24"/>
              </w:rPr>
              <w:t>uku</w:t>
            </w:r>
            <w:proofErr w:type="spellEnd"/>
            <w:r w:rsidRPr="00D31D98">
              <w:rPr>
                <w:szCs w:val="24"/>
              </w:rPr>
              <w:t xml:space="preserve"> C.4/5.1., pod B.4.2., pod C.4.1. i 4.2.,ikt C 4. 3., </w:t>
            </w:r>
            <w:proofErr w:type="spellStart"/>
            <w:r w:rsidRPr="00D31D98">
              <w:rPr>
                <w:szCs w:val="24"/>
              </w:rPr>
              <w:t>ikt</w:t>
            </w:r>
            <w:proofErr w:type="spellEnd"/>
            <w:r w:rsidRPr="00D31D98">
              <w:rPr>
                <w:szCs w:val="24"/>
              </w:rPr>
              <w:t xml:space="preserve"> D 4. 1., </w:t>
            </w:r>
            <w:proofErr w:type="spellStart"/>
            <w:r w:rsidRPr="00D31D98">
              <w:rPr>
                <w:szCs w:val="24"/>
              </w:rPr>
              <w:t>osr</w:t>
            </w:r>
            <w:proofErr w:type="spellEnd"/>
            <w:r w:rsidRPr="00D31D98">
              <w:rPr>
                <w:szCs w:val="24"/>
              </w:rPr>
              <w:t xml:space="preserve"> A 4.2., </w:t>
            </w:r>
            <w:proofErr w:type="spellStart"/>
            <w:r w:rsidRPr="00D31D98">
              <w:rPr>
                <w:szCs w:val="24"/>
              </w:rPr>
              <w:t>osr</w:t>
            </w:r>
            <w:proofErr w:type="spellEnd"/>
            <w:r w:rsidRPr="00D31D98">
              <w:rPr>
                <w:szCs w:val="24"/>
              </w:rPr>
              <w:t xml:space="preserve"> A 4.4.,</w:t>
            </w:r>
          </w:p>
        </w:tc>
      </w:tr>
    </w:tbl>
    <w:p w14:paraId="33C6D24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77C4BDE" w14:textId="77777777" w:rsidTr="00966809">
        <w:trPr>
          <w:cantSplit/>
        </w:trPr>
        <w:tc>
          <w:tcPr>
            <w:tcW w:w="2381" w:type="dxa"/>
            <w:vAlign w:val="center"/>
          </w:tcPr>
          <w:p w14:paraId="6D7D7BCD" w14:textId="77777777" w:rsidR="001865F2" w:rsidRPr="00D31D98" w:rsidRDefault="001865F2" w:rsidP="00966809">
            <w:pPr>
              <w:keepNext/>
              <w:widowControl w:val="0"/>
              <w:rPr>
                <w:b/>
              </w:rPr>
            </w:pPr>
            <w:r w:rsidRPr="00D31D98">
              <w:rPr>
                <w:b/>
                <w:bCs/>
                <w:szCs w:val="24"/>
              </w:rPr>
              <w:t>PROJEKT</w:t>
            </w:r>
          </w:p>
        </w:tc>
        <w:tc>
          <w:tcPr>
            <w:tcW w:w="6690" w:type="dxa"/>
            <w:vAlign w:val="center"/>
          </w:tcPr>
          <w:p w14:paraId="02036668" w14:textId="77777777" w:rsidR="001865F2" w:rsidRPr="00D31D98" w:rsidRDefault="001865F2" w:rsidP="00966809">
            <w:pPr>
              <w:keepNext/>
              <w:widowControl w:val="0"/>
              <w:rPr>
                <w:b/>
              </w:rPr>
            </w:pPr>
            <w:r w:rsidRPr="00D31D98">
              <w:rPr>
                <w:b/>
                <w:bCs/>
                <w:szCs w:val="24"/>
              </w:rPr>
              <w:t>Noć muzeja</w:t>
            </w:r>
          </w:p>
        </w:tc>
      </w:tr>
      <w:tr w:rsidR="001865F2" w:rsidRPr="00D31D98" w14:paraId="3435A994" w14:textId="77777777" w:rsidTr="00966809">
        <w:trPr>
          <w:cantSplit/>
        </w:trPr>
        <w:tc>
          <w:tcPr>
            <w:tcW w:w="2381" w:type="dxa"/>
            <w:vAlign w:val="center"/>
          </w:tcPr>
          <w:p w14:paraId="5677644F" w14:textId="77777777" w:rsidR="001865F2" w:rsidRPr="00D31D98" w:rsidRDefault="001865F2" w:rsidP="00966809">
            <w:pPr>
              <w:widowControl w:val="0"/>
              <w:rPr>
                <w:b/>
              </w:rPr>
            </w:pPr>
            <w:r w:rsidRPr="00D31D98">
              <w:rPr>
                <w:b/>
                <w:bCs/>
                <w:szCs w:val="24"/>
              </w:rPr>
              <w:t>Ciljevi i aktivnost projekta</w:t>
            </w:r>
          </w:p>
        </w:tc>
        <w:tc>
          <w:tcPr>
            <w:tcW w:w="6690" w:type="dxa"/>
            <w:vAlign w:val="center"/>
          </w:tcPr>
          <w:p w14:paraId="3D500151" w14:textId="77777777" w:rsidR="001865F2" w:rsidRPr="00D31D98" w:rsidRDefault="001865F2" w:rsidP="00966809">
            <w:pPr>
              <w:widowControl w:val="0"/>
            </w:pPr>
            <w:r w:rsidRPr="00D31D98">
              <w:rPr>
                <w:szCs w:val="24"/>
              </w:rPr>
              <w:t>Osuvremeniti nastavu istraživačkim radom i interdisciplinarnim pristupom u obradi tema.</w:t>
            </w:r>
          </w:p>
          <w:p w14:paraId="414F595E" w14:textId="77777777" w:rsidR="001865F2" w:rsidRPr="00D31D98" w:rsidRDefault="001865F2" w:rsidP="00966809">
            <w:pPr>
              <w:widowControl w:val="0"/>
            </w:pPr>
            <w:r w:rsidRPr="00D31D98">
              <w:rPr>
                <w:szCs w:val="24"/>
              </w:rPr>
              <w:t>Uvoditi učenike u samostalno istraživanje</w:t>
            </w:r>
          </w:p>
          <w:p w14:paraId="1C2435EE" w14:textId="77777777" w:rsidR="001865F2" w:rsidRPr="00D31D98" w:rsidRDefault="001865F2" w:rsidP="00966809">
            <w:pPr>
              <w:widowControl w:val="0"/>
            </w:pPr>
            <w:r w:rsidRPr="00D31D98">
              <w:rPr>
                <w:szCs w:val="24"/>
              </w:rPr>
              <w:t>Istraživačkim postupcima uključiti učenike u širi kulturni krug: biblioteke, muzeje, arhive, internet...</w:t>
            </w:r>
          </w:p>
        </w:tc>
      </w:tr>
      <w:tr w:rsidR="001865F2" w:rsidRPr="00D31D98" w14:paraId="56451708" w14:textId="77777777" w:rsidTr="00966809">
        <w:trPr>
          <w:cantSplit/>
        </w:trPr>
        <w:tc>
          <w:tcPr>
            <w:tcW w:w="2381" w:type="dxa"/>
            <w:vAlign w:val="center"/>
          </w:tcPr>
          <w:p w14:paraId="09B75C80" w14:textId="77777777" w:rsidR="001865F2" w:rsidRPr="00D31D98" w:rsidRDefault="001865F2" w:rsidP="00966809">
            <w:pPr>
              <w:widowControl w:val="0"/>
              <w:rPr>
                <w:b/>
              </w:rPr>
            </w:pPr>
            <w:r w:rsidRPr="00D31D98">
              <w:rPr>
                <w:b/>
                <w:bCs/>
                <w:szCs w:val="24"/>
              </w:rPr>
              <w:t>Nositelji projekta</w:t>
            </w:r>
          </w:p>
        </w:tc>
        <w:tc>
          <w:tcPr>
            <w:tcW w:w="6690" w:type="dxa"/>
            <w:vAlign w:val="center"/>
          </w:tcPr>
          <w:p w14:paraId="5A6443C9" w14:textId="77777777" w:rsidR="001865F2" w:rsidRPr="00D31D98" w:rsidRDefault="001865F2" w:rsidP="00966809">
            <w:pPr>
              <w:widowControl w:val="0"/>
            </w:pPr>
            <w:r w:rsidRPr="00D31D98">
              <w:rPr>
                <w:szCs w:val="24"/>
              </w:rPr>
              <w:t xml:space="preserve">- profesori povijesti (Matija Lucić, Kornelija Marks, Vjeran </w:t>
            </w:r>
            <w:proofErr w:type="spellStart"/>
            <w:r w:rsidRPr="00D31D98">
              <w:rPr>
                <w:szCs w:val="24"/>
              </w:rPr>
              <w:t>Matičić</w:t>
            </w:r>
            <w:proofErr w:type="spellEnd"/>
            <w:r w:rsidRPr="00D31D98">
              <w:rPr>
                <w:szCs w:val="24"/>
              </w:rPr>
              <w:t>)</w:t>
            </w:r>
          </w:p>
          <w:p w14:paraId="53895314" w14:textId="77777777" w:rsidR="001865F2" w:rsidRPr="00D31D98" w:rsidRDefault="001865F2" w:rsidP="00966809">
            <w:pPr>
              <w:widowControl w:val="0"/>
            </w:pPr>
            <w:r w:rsidRPr="00D31D98">
              <w:rPr>
                <w:szCs w:val="24"/>
              </w:rPr>
              <w:t>- učenici – dobivaju zadanu temu</w:t>
            </w:r>
          </w:p>
        </w:tc>
      </w:tr>
      <w:tr w:rsidR="001865F2" w:rsidRPr="00D31D98" w14:paraId="4BCF5926" w14:textId="77777777" w:rsidTr="00966809">
        <w:trPr>
          <w:cantSplit/>
        </w:trPr>
        <w:tc>
          <w:tcPr>
            <w:tcW w:w="2381" w:type="dxa"/>
            <w:vAlign w:val="center"/>
          </w:tcPr>
          <w:p w14:paraId="339175E8" w14:textId="77777777" w:rsidR="001865F2" w:rsidRPr="00D31D98" w:rsidRDefault="001865F2" w:rsidP="00966809">
            <w:pPr>
              <w:widowControl w:val="0"/>
              <w:rPr>
                <w:b/>
              </w:rPr>
            </w:pPr>
            <w:r w:rsidRPr="00D31D98">
              <w:rPr>
                <w:b/>
                <w:bCs/>
                <w:szCs w:val="24"/>
              </w:rPr>
              <w:t>Način realizacije projekta</w:t>
            </w:r>
          </w:p>
        </w:tc>
        <w:tc>
          <w:tcPr>
            <w:tcW w:w="6690" w:type="dxa"/>
            <w:vAlign w:val="center"/>
          </w:tcPr>
          <w:p w14:paraId="6E65239D" w14:textId="77777777" w:rsidR="001865F2" w:rsidRPr="00D31D98" w:rsidRDefault="001865F2" w:rsidP="00966809">
            <w:pPr>
              <w:widowControl w:val="0"/>
            </w:pPr>
            <w:r w:rsidRPr="00D31D98">
              <w:rPr>
                <w:szCs w:val="24"/>
              </w:rPr>
              <w:t>- projektna nastava</w:t>
            </w:r>
          </w:p>
          <w:p w14:paraId="3914322D" w14:textId="77777777" w:rsidR="001865F2" w:rsidRPr="00D31D98" w:rsidRDefault="001865F2" w:rsidP="00966809">
            <w:pPr>
              <w:widowControl w:val="0"/>
            </w:pPr>
            <w:r w:rsidRPr="00D31D98">
              <w:rPr>
                <w:szCs w:val="24"/>
              </w:rPr>
              <w:t>- određivanje tema, formuliranje ciljeva, planiranje, rad na projektu, provedba projekta – profesori individualno</w:t>
            </w:r>
          </w:p>
          <w:p w14:paraId="56D5B0CD" w14:textId="77777777" w:rsidR="001865F2" w:rsidRPr="00D31D98" w:rsidRDefault="001865F2" w:rsidP="00966809">
            <w:pPr>
              <w:widowControl w:val="0"/>
            </w:pPr>
            <w:r w:rsidRPr="00D31D98">
              <w:rPr>
                <w:szCs w:val="24"/>
              </w:rPr>
              <w:t>- integrirana nastava</w:t>
            </w:r>
          </w:p>
          <w:p w14:paraId="5EEC9B1D" w14:textId="77777777" w:rsidR="001865F2" w:rsidRPr="00D31D98" w:rsidRDefault="001865F2" w:rsidP="00966809">
            <w:pPr>
              <w:widowControl w:val="0"/>
            </w:pPr>
            <w:r w:rsidRPr="00D31D98">
              <w:rPr>
                <w:szCs w:val="24"/>
              </w:rPr>
              <w:t>- terenska nastava</w:t>
            </w:r>
          </w:p>
          <w:p w14:paraId="36077DEE" w14:textId="77777777" w:rsidR="001865F2" w:rsidRPr="00D31D98" w:rsidRDefault="001865F2" w:rsidP="00966809">
            <w:pPr>
              <w:widowControl w:val="0"/>
            </w:pPr>
            <w:r w:rsidRPr="00D31D98">
              <w:rPr>
                <w:szCs w:val="24"/>
              </w:rPr>
              <w:t>- rad na terenu – prikupljanje materijala, istraživanje unutar grada (muzeji, arhivi, knjižnice)</w:t>
            </w:r>
          </w:p>
          <w:p w14:paraId="5876D77F" w14:textId="77777777" w:rsidR="001865F2" w:rsidRPr="00D31D98" w:rsidRDefault="001865F2" w:rsidP="00966809">
            <w:pPr>
              <w:widowControl w:val="0"/>
            </w:pPr>
            <w:r w:rsidRPr="00D31D98">
              <w:rPr>
                <w:szCs w:val="24"/>
              </w:rPr>
              <w:t>- uspoređivanje prikupljene građe</w:t>
            </w:r>
          </w:p>
          <w:p w14:paraId="6235FA47" w14:textId="77777777" w:rsidR="001865F2" w:rsidRPr="00D31D98" w:rsidRDefault="001865F2" w:rsidP="00966809">
            <w:pPr>
              <w:widowControl w:val="0"/>
            </w:pPr>
            <w:r w:rsidRPr="00D31D98">
              <w:rPr>
                <w:szCs w:val="24"/>
              </w:rPr>
              <w:t>- izrada završnog dijela projekta – plakati, video zapisi, panoi</w:t>
            </w:r>
          </w:p>
        </w:tc>
      </w:tr>
      <w:tr w:rsidR="001865F2" w:rsidRPr="00D31D98" w14:paraId="24D22384" w14:textId="77777777" w:rsidTr="00966809">
        <w:trPr>
          <w:cantSplit/>
        </w:trPr>
        <w:tc>
          <w:tcPr>
            <w:tcW w:w="2381" w:type="dxa"/>
            <w:vAlign w:val="center"/>
          </w:tcPr>
          <w:p w14:paraId="6C9BDB19"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projekta</w:t>
            </w:r>
          </w:p>
        </w:tc>
        <w:tc>
          <w:tcPr>
            <w:tcW w:w="6690" w:type="dxa"/>
            <w:vAlign w:val="center"/>
          </w:tcPr>
          <w:p w14:paraId="3231352F" w14:textId="77777777" w:rsidR="001865F2" w:rsidRPr="00D31D98" w:rsidRDefault="001865F2" w:rsidP="00966809">
            <w:pPr>
              <w:widowControl w:val="0"/>
            </w:pPr>
            <w:r w:rsidRPr="00D31D98">
              <w:rPr>
                <w:szCs w:val="24"/>
              </w:rPr>
              <w:t>- provođenje projekta: siječanj 2026.</w:t>
            </w:r>
          </w:p>
        </w:tc>
      </w:tr>
      <w:tr w:rsidR="001865F2" w:rsidRPr="00D31D98" w14:paraId="0A3AC2AF" w14:textId="77777777" w:rsidTr="00966809">
        <w:trPr>
          <w:cantSplit/>
        </w:trPr>
        <w:tc>
          <w:tcPr>
            <w:tcW w:w="2381" w:type="dxa"/>
            <w:vAlign w:val="center"/>
          </w:tcPr>
          <w:p w14:paraId="2CA957D2" w14:textId="77777777" w:rsidR="001865F2" w:rsidRPr="00D31D98" w:rsidRDefault="001865F2" w:rsidP="00966809">
            <w:pPr>
              <w:widowControl w:val="0"/>
              <w:rPr>
                <w:b/>
              </w:rPr>
            </w:pPr>
            <w:r w:rsidRPr="00D31D98">
              <w:rPr>
                <w:b/>
                <w:bCs/>
                <w:szCs w:val="24"/>
              </w:rPr>
              <w:t>Detaljan troškovnik projekta</w:t>
            </w:r>
          </w:p>
        </w:tc>
        <w:tc>
          <w:tcPr>
            <w:tcW w:w="6690" w:type="dxa"/>
            <w:vAlign w:val="center"/>
          </w:tcPr>
          <w:p w14:paraId="779AD719" w14:textId="77777777" w:rsidR="001865F2" w:rsidRPr="00D31D98" w:rsidRDefault="001865F2" w:rsidP="00966809">
            <w:pPr>
              <w:widowControl w:val="0"/>
            </w:pPr>
            <w:r w:rsidRPr="00D31D98">
              <w:rPr>
                <w:szCs w:val="24"/>
              </w:rPr>
              <w:t>- troškove plaćaju učenici</w:t>
            </w:r>
          </w:p>
        </w:tc>
      </w:tr>
      <w:tr w:rsidR="001865F2" w:rsidRPr="00D31D98" w14:paraId="1E5238B9" w14:textId="77777777" w:rsidTr="00966809">
        <w:trPr>
          <w:cantSplit/>
        </w:trPr>
        <w:tc>
          <w:tcPr>
            <w:tcW w:w="2381" w:type="dxa"/>
            <w:vAlign w:val="center"/>
          </w:tcPr>
          <w:p w14:paraId="0B4B7CEF" w14:textId="77777777" w:rsidR="001865F2" w:rsidRPr="00D31D98" w:rsidRDefault="001865F2" w:rsidP="00966809">
            <w:pPr>
              <w:widowControl w:val="0"/>
              <w:rPr>
                <w:b/>
              </w:rPr>
            </w:pPr>
            <w:r w:rsidRPr="00D31D98">
              <w:rPr>
                <w:b/>
                <w:bCs/>
                <w:szCs w:val="24"/>
              </w:rPr>
              <w:lastRenderedPageBreak/>
              <w:t>Način vrednovanja i način korištenja rezultata vrednovanja</w:t>
            </w:r>
          </w:p>
        </w:tc>
        <w:tc>
          <w:tcPr>
            <w:tcW w:w="6690" w:type="dxa"/>
            <w:vAlign w:val="center"/>
          </w:tcPr>
          <w:p w14:paraId="6A0489A1" w14:textId="77777777" w:rsidR="001865F2" w:rsidRPr="00D31D98" w:rsidRDefault="001865F2" w:rsidP="00966809">
            <w:pPr>
              <w:widowControl w:val="0"/>
            </w:pPr>
            <w:r w:rsidRPr="00D31D98">
              <w:rPr>
                <w:szCs w:val="24"/>
              </w:rPr>
              <w:t>- radove i plakate iskoristiti u daljnjem radu u školi</w:t>
            </w:r>
          </w:p>
          <w:p w14:paraId="4B20D727" w14:textId="77777777" w:rsidR="001865F2" w:rsidRPr="00D31D98" w:rsidRDefault="001865F2" w:rsidP="00966809">
            <w:pPr>
              <w:widowControl w:val="0"/>
            </w:pPr>
            <w:r w:rsidRPr="00D31D98">
              <w:rPr>
                <w:szCs w:val="24"/>
              </w:rPr>
              <w:t>- korištenje u nastavi, natjecanjima</w:t>
            </w:r>
          </w:p>
          <w:p w14:paraId="45EAE210" w14:textId="77777777" w:rsidR="001865F2" w:rsidRPr="00D31D98" w:rsidRDefault="001865F2" w:rsidP="00966809">
            <w:pPr>
              <w:widowControl w:val="0"/>
            </w:pPr>
            <w:r w:rsidRPr="00D31D98">
              <w:rPr>
                <w:szCs w:val="24"/>
              </w:rPr>
              <w:t>-ponajprije za budućnost učenika jer znanje stečeno u konkretnom učenju ostaje puno duže nego u klasičnom obrađivanju tema</w:t>
            </w:r>
          </w:p>
          <w:p w14:paraId="5EEF530E" w14:textId="77777777" w:rsidR="001865F2" w:rsidRPr="00D31D98" w:rsidRDefault="001865F2" w:rsidP="00966809">
            <w:pPr>
              <w:widowControl w:val="0"/>
            </w:pPr>
            <w:r w:rsidRPr="00D31D98">
              <w:rPr>
                <w:szCs w:val="24"/>
              </w:rPr>
              <w:t>- svi učenici</w:t>
            </w:r>
          </w:p>
        </w:tc>
      </w:tr>
      <w:tr w:rsidR="001865F2" w:rsidRPr="00D31D98" w14:paraId="57E4A891" w14:textId="77777777" w:rsidTr="00966809">
        <w:trPr>
          <w:cantSplit/>
        </w:trPr>
        <w:tc>
          <w:tcPr>
            <w:tcW w:w="2381" w:type="dxa"/>
            <w:vAlign w:val="center"/>
          </w:tcPr>
          <w:p w14:paraId="5356D59E"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454DE205" w14:textId="77777777" w:rsidR="001865F2" w:rsidRPr="00D31D98" w:rsidRDefault="001865F2" w:rsidP="00966809">
            <w:pPr>
              <w:widowControl w:val="0"/>
            </w:pPr>
            <w:r w:rsidRPr="00D31D98">
              <w:rPr>
                <w:szCs w:val="24"/>
              </w:rPr>
              <w:t>-</w:t>
            </w:r>
            <w:proofErr w:type="spellStart"/>
            <w:r w:rsidRPr="00D31D98">
              <w:rPr>
                <w:szCs w:val="24"/>
              </w:rPr>
              <w:t>uku</w:t>
            </w:r>
            <w:proofErr w:type="spellEnd"/>
            <w:r w:rsidRPr="00D31D98">
              <w:rPr>
                <w:szCs w:val="24"/>
              </w:rPr>
              <w:t xml:space="preserve"> A.4/5.1., </w:t>
            </w:r>
            <w:proofErr w:type="spellStart"/>
            <w:r w:rsidRPr="00D31D98">
              <w:rPr>
                <w:szCs w:val="24"/>
              </w:rPr>
              <w:t>uku</w:t>
            </w:r>
            <w:proofErr w:type="spellEnd"/>
            <w:r w:rsidRPr="00D31D98">
              <w:rPr>
                <w:szCs w:val="24"/>
              </w:rPr>
              <w:t xml:space="preserve"> C.4/5.1., pod B.4.2., pod C.4.1. i 4.2.,ikt C 4. 3.,  </w:t>
            </w:r>
            <w:proofErr w:type="spellStart"/>
            <w:r w:rsidRPr="00D31D98">
              <w:rPr>
                <w:szCs w:val="24"/>
              </w:rPr>
              <w:t>ikt</w:t>
            </w:r>
            <w:proofErr w:type="spellEnd"/>
            <w:r w:rsidRPr="00D31D98">
              <w:rPr>
                <w:szCs w:val="24"/>
              </w:rPr>
              <w:t xml:space="preserve"> D 4. 1., </w:t>
            </w:r>
            <w:proofErr w:type="spellStart"/>
            <w:r w:rsidRPr="00D31D98">
              <w:rPr>
                <w:szCs w:val="24"/>
              </w:rPr>
              <w:t>osr</w:t>
            </w:r>
            <w:proofErr w:type="spellEnd"/>
            <w:r w:rsidRPr="00D31D98">
              <w:rPr>
                <w:szCs w:val="24"/>
              </w:rPr>
              <w:t xml:space="preserve"> A 4.4.</w:t>
            </w:r>
          </w:p>
        </w:tc>
      </w:tr>
    </w:tbl>
    <w:p w14:paraId="7A2398D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A59F01E" w14:textId="77777777" w:rsidTr="00966809">
        <w:trPr>
          <w:cantSplit/>
        </w:trPr>
        <w:tc>
          <w:tcPr>
            <w:tcW w:w="2381" w:type="dxa"/>
            <w:vAlign w:val="center"/>
          </w:tcPr>
          <w:p w14:paraId="42AB6BF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5599FF2" w14:textId="77777777" w:rsidR="001865F2" w:rsidRPr="00D31D98" w:rsidRDefault="001865F2" w:rsidP="00966809">
            <w:pPr>
              <w:keepNext/>
              <w:widowControl w:val="0"/>
              <w:rPr>
                <w:b/>
              </w:rPr>
            </w:pPr>
            <w:r w:rsidRPr="00D31D98">
              <w:rPr>
                <w:b/>
                <w:bCs/>
                <w:szCs w:val="24"/>
              </w:rPr>
              <w:t>PROJEKT: Putevima pračovjeka</w:t>
            </w:r>
          </w:p>
        </w:tc>
      </w:tr>
      <w:tr w:rsidR="001865F2" w:rsidRPr="00D31D98" w14:paraId="01B05782" w14:textId="77777777" w:rsidTr="00966809">
        <w:trPr>
          <w:cantSplit/>
        </w:trPr>
        <w:tc>
          <w:tcPr>
            <w:tcW w:w="2381" w:type="dxa"/>
            <w:vAlign w:val="center"/>
          </w:tcPr>
          <w:p w14:paraId="075D6347" w14:textId="77777777" w:rsidR="001865F2" w:rsidRPr="00D31D98" w:rsidRDefault="001865F2" w:rsidP="00966809">
            <w:pPr>
              <w:widowControl w:val="0"/>
              <w:rPr>
                <w:b/>
              </w:rPr>
            </w:pPr>
            <w:r w:rsidRPr="00D31D98">
              <w:rPr>
                <w:b/>
                <w:bCs/>
                <w:szCs w:val="24"/>
              </w:rPr>
              <w:t>Ciljevi</w:t>
            </w:r>
          </w:p>
        </w:tc>
        <w:tc>
          <w:tcPr>
            <w:tcW w:w="6690" w:type="dxa"/>
            <w:vAlign w:val="center"/>
          </w:tcPr>
          <w:p w14:paraId="24B64CFF" w14:textId="77777777" w:rsidR="001865F2" w:rsidRPr="00D31D98" w:rsidRDefault="001865F2" w:rsidP="00966809">
            <w:pPr>
              <w:widowControl w:val="0"/>
            </w:pPr>
            <w:r w:rsidRPr="00D31D98">
              <w:rPr>
                <w:szCs w:val="24"/>
              </w:rPr>
              <w:t>- osuvremeniti nastavu istraživačkim radom i interdisciplinarnim pristupom u obradi tema</w:t>
            </w:r>
          </w:p>
          <w:p w14:paraId="00B4A0F1" w14:textId="77777777" w:rsidR="001865F2" w:rsidRPr="00D31D98" w:rsidRDefault="001865F2" w:rsidP="00966809">
            <w:pPr>
              <w:widowControl w:val="0"/>
            </w:pPr>
            <w:r w:rsidRPr="00D31D98">
              <w:rPr>
                <w:szCs w:val="24"/>
              </w:rPr>
              <w:t>- uvoditi učenike u samostalno istraživanje: stvaranje plana, istraživanje izvora, prikupljanje, sistematizacija, osmišljavanje i prezentacija materijala</w:t>
            </w:r>
          </w:p>
          <w:p w14:paraId="2C8EE9E9" w14:textId="77777777" w:rsidR="001865F2" w:rsidRPr="00D31D98" w:rsidRDefault="001865F2" w:rsidP="00966809">
            <w:pPr>
              <w:widowControl w:val="0"/>
            </w:pPr>
            <w:r w:rsidRPr="00D31D98">
              <w:rPr>
                <w:szCs w:val="24"/>
              </w:rPr>
              <w:t xml:space="preserve">- istraživačkim postupcima uključiti učenike u širi kulturni krug: prije svega muzeje, </w:t>
            </w:r>
            <w:proofErr w:type="spellStart"/>
            <w:r w:rsidRPr="00D31D98">
              <w:rPr>
                <w:szCs w:val="24"/>
              </w:rPr>
              <w:t>arhive,biblioteke</w:t>
            </w:r>
            <w:proofErr w:type="spellEnd"/>
            <w:r w:rsidRPr="00D31D98">
              <w:rPr>
                <w:szCs w:val="24"/>
              </w:rPr>
              <w:t>, koristiti usluge interneta</w:t>
            </w:r>
          </w:p>
        </w:tc>
      </w:tr>
      <w:tr w:rsidR="001865F2" w:rsidRPr="00D31D98" w14:paraId="4A4CDDF6" w14:textId="77777777" w:rsidTr="00966809">
        <w:trPr>
          <w:cantSplit/>
        </w:trPr>
        <w:tc>
          <w:tcPr>
            <w:tcW w:w="2381" w:type="dxa"/>
            <w:vAlign w:val="center"/>
          </w:tcPr>
          <w:p w14:paraId="6519B642" w14:textId="77777777" w:rsidR="001865F2" w:rsidRPr="00D31D98" w:rsidRDefault="001865F2" w:rsidP="00966809">
            <w:pPr>
              <w:widowControl w:val="0"/>
              <w:rPr>
                <w:b/>
              </w:rPr>
            </w:pPr>
            <w:r w:rsidRPr="00D31D98">
              <w:rPr>
                <w:b/>
                <w:bCs/>
                <w:szCs w:val="24"/>
              </w:rPr>
              <w:t>Namjena</w:t>
            </w:r>
          </w:p>
        </w:tc>
        <w:tc>
          <w:tcPr>
            <w:tcW w:w="6690" w:type="dxa"/>
            <w:vAlign w:val="center"/>
          </w:tcPr>
          <w:p w14:paraId="2671E1A0" w14:textId="77777777" w:rsidR="001865F2" w:rsidRPr="00D31D98" w:rsidRDefault="001865F2" w:rsidP="00966809">
            <w:pPr>
              <w:widowControl w:val="0"/>
            </w:pPr>
            <w:r w:rsidRPr="00D31D98">
              <w:rPr>
                <w:szCs w:val="24"/>
              </w:rPr>
              <w:t>- izvođenje terenske nastave</w:t>
            </w:r>
          </w:p>
          <w:p w14:paraId="79E98F8A" w14:textId="77777777" w:rsidR="001865F2" w:rsidRPr="00D31D98" w:rsidRDefault="001865F2" w:rsidP="00966809">
            <w:pPr>
              <w:widowControl w:val="0"/>
            </w:pPr>
            <w:r w:rsidRPr="00D31D98">
              <w:rPr>
                <w:szCs w:val="24"/>
              </w:rPr>
              <w:t>- preko integrirane nastave učenici uče samostalno uočavati </w:t>
            </w:r>
            <w:proofErr w:type="spellStart"/>
            <w:r w:rsidRPr="00D31D98">
              <w:rPr>
                <w:szCs w:val="24"/>
              </w:rPr>
              <w:t>unutarpredmetne</w:t>
            </w:r>
            <w:proofErr w:type="spellEnd"/>
            <w:r w:rsidRPr="00D31D98">
              <w:rPr>
                <w:szCs w:val="24"/>
              </w:rPr>
              <w:t> i </w:t>
            </w:r>
            <w:proofErr w:type="spellStart"/>
            <w:r w:rsidRPr="00D31D98">
              <w:rPr>
                <w:szCs w:val="24"/>
              </w:rPr>
              <w:t>međupredmetne</w:t>
            </w:r>
            <w:proofErr w:type="spellEnd"/>
            <w:r w:rsidRPr="00D31D98">
              <w:rPr>
                <w:szCs w:val="24"/>
              </w:rPr>
              <w:t> tematske, logičke i druge veze</w:t>
            </w:r>
          </w:p>
          <w:p w14:paraId="103487DD" w14:textId="77777777" w:rsidR="001865F2" w:rsidRPr="00D31D98" w:rsidRDefault="001865F2" w:rsidP="00966809">
            <w:pPr>
              <w:widowControl w:val="0"/>
            </w:pPr>
            <w:r w:rsidRPr="00D31D98">
              <w:rPr>
                <w:szCs w:val="24"/>
              </w:rPr>
              <w:t>- komunikacija s muzejskom građom</w:t>
            </w:r>
          </w:p>
        </w:tc>
      </w:tr>
      <w:tr w:rsidR="001865F2" w:rsidRPr="00D31D98" w14:paraId="6C5D736B" w14:textId="77777777" w:rsidTr="00966809">
        <w:trPr>
          <w:cantSplit/>
        </w:trPr>
        <w:tc>
          <w:tcPr>
            <w:tcW w:w="2381" w:type="dxa"/>
            <w:vAlign w:val="center"/>
          </w:tcPr>
          <w:p w14:paraId="01EBF472" w14:textId="77777777" w:rsidR="001865F2" w:rsidRPr="00D31D98" w:rsidRDefault="001865F2" w:rsidP="00966809">
            <w:pPr>
              <w:widowControl w:val="0"/>
              <w:rPr>
                <w:b/>
              </w:rPr>
            </w:pPr>
            <w:r w:rsidRPr="00D31D98">
              <w:rPr>
                <w:b/>
                <w:bCs/>
                <w:szCs w:val="24"/>
              </w:rPr>
              <w:t>Nositelji</w:t>
            </w:r>
          </w:p>
        </w:tc>
        <w:tc>
          <w:tcPr>
            <w:tcW w:w="6690" w:type="dxa"/>
            <w:vAlign w:val="center"/>
          </w:tcPr>
          <w:p w14:paraId="540D773B" w14:textId="77777777" w:rsidR="001865F2" w:rsidRPr="00D31D98" w:rsidRDefault="001865F2" w:rsidP="00966809">
            <w:pPr>
              <w:widowControl w:val="0"/>
            </w:pPr>
            <w:r w:rsidRPr="00D31D98">
              <w:rPr>
                <w:szCs w:val="24"/>
              </w:rPr>
              <w:t>- članovi Stručnoga vijeća povijesti</w:t>
            </w:r>
          </w:p>
          <w:p w14:paraId="23A3E6A8" w14:textId="77777777" w:rsidR="001865F2" w:rsidRPr="00D31D98" w:rsidRDefault="001865F2" w:rsidP="00966809">
            <w:pPr>
              <w:widowControl w:val="0"/>
            </w:pPr>
            <w:r w:rsidRPr="00D31D98">
              <w:rPr>
                <w:szCs w:val="24"/>
              </w:rPr>
              <w:t>- voditelji projekta: Matija Lucić, Kornelija Marks i Vjeran </w:t>
            </w:r>
            <w:proofErr w:type="spellStart"/>
            <w:r w:rsidRPr="00D31D98">
              <w:rPr>
                <w:szCs w:val="24"/>
              </w:rPr>
              <w:t>Matičić</w:t>
            </w:r>
            <w:proofErr w:type="spellEnd"/>
          </w:p>
          <w:p w14:paraId="61D48BCD" w14:textId="77777777" w:rsidR="001865F2" w:rsidRPr="00D31D98" w:rsidRDefault="001865F2" w:rsidP="00966809">
            <w:pPr>
              <w:widowControl w:val="0"/>
            </w:pPr>
            <w:r w:rsidRPr="00D31D98">
              <w:rPr>
                <w:szCs w:val="24"/>
              </w:rPr>
              <w:t>- zadati učenicima zadatke koji odgovaraju gradivu pojedinog predmeta</w:t>
            </w:r>
          </w:p>
          <w:p w14:paraId="32043055" w14:textId="77777777" w:rsidR="001865F2" w:rsidRPr="00D31D98" w:rsidRDefault="001865F2" w:rsidP="00966809">
            <w:pPr>
              <w:widowControl w:val="0"/>
            </w:pPr>
            <w:r w:rsidRPr="00D31D98">
              <w:rPr>
                <w:szCs w:val="24"/>
              </w:rPr>
              <w:t>- njegovati timski rad i razvijati međusobnu suradnju učenika</w:t>
            </w:r>
          </w:p>
          <w:p w14:paraId="65BF0631" w14:textId="77777777" w:rsidR="001865F2" w:rsidRPr="00D31D98" w:rsidRDefault="001865F2" w:rsidP="00966809">
            <w:pPr>
              <w:widowControl w:val="0"/>
            </w:pPr>
            <w:r w:rsidRPr="00D31D98">
              <w:rPr>
                <w:szCs w:val="24"/>
              </w:rPr>
              <w:t>- vođenje računa o tome da se posjete svi predviđeni lokaliteti</w:t>
            </w:r>
          </w:p>
        </w:tc>
      </w:tr>
      <w:tr w:rsidR="001865F2" w:rsidRPr="00D31D98" w14:paraId="32C97B6A" w14:textId="77777777" w:rsidTr="00966809">
        <w:trPr>
          <w:cantSplit/>
        </w:trPr>
        <w:tc>
          <w:tcPr>
            <w:tcW w:w="2381" w:type="dxa"/>
            <w:vAlign w:val="center"/>
          </w:tcPr>
          <w:p w14:paraId="5821C61B"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2B9EBED" w14:textId="77777777" w:rsidR="001865F2" w:rsidRPr="00D31D98" w:rsidRDefault="001865F2" w:rsidP="00966809">
            <w:pPr>
              <w:widowControl w:val="0"/>
            </w:pPr>
            <w:r w:rsidRPr="00D31D98">
              <w:rPr>
                <w:szCs w:val="24"/>
              </w:rPr>
              <w:t>a) projektna nastava</w:t>
            </w:r>
          </w:p>
          <w:p w14:paraId="519CAF13" w14:textId="77777777" w:rsidR="001865F2" w:rsidRPr="00D31D98" w:rsidRDefault="001865F2" w:rsidP="00966809">
            <w:pPr>
              <w:widowControl w:val="0"/>
            </w:pPr>
            <w:r w:rsidRPr="00D31D98">
              <w:rPr>
                <w:szCs w:val="24"/>
              </w:rPr>
              <w:t>- određivanje tema, formuliranje cilja, planiranje, priprema za rad na projektu, provedba projekta- profesori individualno, a voditelj projekta integrira sve zadaće</w:t>
            </w:r>
          </w:p>
          <w:p w14:paraId="02F54CCA" w14:textId="77777777" w:rsidR="001865F2" w:rsidRPr="00D31D98" w:rsidRDefault="001865F2" w:rsidP="00966809">
            <w:pPr>
              <w:widowControl w:val="0"/>
            </w:pPr>
            <w:r w:rsidRPr="00D31D98">
              <w:rPr>
                <w:szCs w:val="24"/>
              </w:rPr>
              <w:t>b) proširivanje nastavne građe unutar i van škole</w:t>
            </w:r>
          </w:p>
          <w:p w14:paraId="178F8F8B" w14:textId="77777777" w:rsidR="001865F2" w:rsidRPr="00D31D98" w:rsidRDefault="001865F2" w:rsidP="00966809">
            <w:pPr>
              <w:widowControl w:val="0"/>
            </w:pPr>
            <w:r w:rsidRPr="00D31D98">
              <w:rPr>
                <w:szCs w:val="24"/>
              </w:rPr>
              <w:t>c) terenska nastava</w:t>
            </w:r>
          </w:p>
          <w:p w14:paraId="798276C6" w14:textId="77777777" w:rsidR="001865F2" w:rsidRPr="00D31D98" w:rsidRDefault="001865F2" w:rsidP="00966809">
            <w:pPr>
              <w:widowControl w:val="0"/>
            </w:pPr>
            <w:r w:rsidRPr="00D31D98">
              <w:rPr>
                <w:szCs w:val="24"/>
              </w:rPr>
              <w:t>- rad na terenu- prikupljanje materijala, istraživanje i učenje</w:t>
            </w:r>
          </w:p>
          <w:p w14:paraId="1D139260" w14:textId="77777777" w:rsidR="001865F2" w:rsidRPr="00D31D98" w:rsidRDefault="001865F2" w:rsidP="00966809">
            <w:pPr>
              <w:widowControl w:val="0"/>
            </w:pPr>
            <w:r w:rsidRPr="00D31D98">
              <w:rPr>
                <w:szCs w:val="24"/>
              </w:rPr>
              <w:t>- uspoređivanje prikupljene građe</w:t>
            </w:r>
          </w:p>
          <w:p w14:paraId="12E33DE0" w14:textId="77777777" w:rsidR="001865F2" w:rsidRPr="00D31D98" w:rsidRDefault="001865F2" w:rsidP="00966809">
            <w:pPr>
              <w:widowControl w:val="0"/>
            </w:pPr>
            <w:r w:rsidRPr="00D31D98">
              <w:rPr>
                <w:szCs w:val="24"/>
              </w:rPr>
              <w:t>- izrada završnog dijela projekta- prezentiranje naučenog</w:t>
            </w:r>
          </w:p>
        </w:tc>
      </w:tr>
      <w:tr w:rsidR="001865F2" w:rsidRPr="00D31D98" w14:paraId="499165B5" w14:textId="77777777" w:rsidTr="00966809">
        <w:trPr>
          <w:cantSplit/>
        </w:trPr>
        <w:tc>
          <w:tcPr>
            <w:tcW w:w="2381" w:type="dxa"/>
            <w:vAlign w:val="center"/>
          </w:tcPr>
          <w:p w14:paraId="76905E75"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B849D40" w14:textId="77777777" w:rsidR="001865F2" w:rsidRPr="00D31D98" w:rsidRDefault="001865F2" w:rsidP="00966809">
            <w:pPr>
              <w:widowControl w:val="0"/>
            </w:pPr>
            <w:r w:rsidRPr="00D31D98">
              <w:rPr>
                <w:szCs w:val="24"/>
              </w:rPr>
              <w:t>-dogovor projekta tijekom školske godine – realizacija - travanj 2026. godine</w:t>
            </w:r>
          </w:p>
        </w:tc>
      </w:tr>
      <w:tr w:rsidR="001865F2" w:rsidRPr="00D31D98" w14:paraId="21465EE6" w14:textId="77777777" w:rsidTr="00966809">
        <w:trPr>
          <w:cantSplit/>
        </w:trPr>
        <w:tc>
          <w:tcPr>
            <w:tcW w:w="2381" w:type="dxa"/>
            <w:vAlign w:val="center"/>
          </w:tcPr>
          <w:p w14:paraId="69F7B934" w14:textId="77777777" w:rsidR="001865F2" w:rsidRPr="00D31D98" w:rsidRDefault="001865F2" w:rsidP="00966809">
            <w:pPr>
              <w:widowControl w:val="0"/>
              <w:rPr>
                <w:b/>
              </w:rPr>
            </w:pPr>
            <w:r w:rsidRPr="00D31D98">
              <w:rPr>
                <w:b/>
                <w:bCs/>
                <w:szCs w:val="24"/>
              </w:rPr>
              <w:t>Troškovnik</w:t>
            </w:r>
          </w:p>
        </w:tc>
        <w:tc>
          <w:tcPr>
            <w:tcW w:w="6690" w:type="dxa"/>
            <w:vAlign w:val="center"/>
          </w:tcPr>
          <w:p w14:paraId="5F88E1AC" w14:textId="77777777" w:rsidR="001865F2" w:rsidRPr="00D31D98" w:rsidRDefault="001865F2" w:rsidP="00966809">
            <w:pPr>
              <w:widowControl w:val="0"/>
            </w:pPr>
            <w:r w:rsidRPr="00D31D98">
              <w:rPr>
                <w:szCs w:val="24"/>
              </w:rPr>
              <w:t>- odredit će se nakon izrade plana projekta</w:t>
            </w:r>
          </w:p>
        </w:tc>
      </w:tr>
      <w:tr w:rsidR="001865F2" w:rsidRPr="00D31D98" w14:paraId="0A217A7C" w14:textId="77777777" w:rsidTr="00966809">
        <w:trPr>
          <w:cantSplit/>
        </w:trPr>
        <w:tc>
          <w:tcPr>
            <w:tcW w:w="2381" w:type="dxa"/>
            <w:vAlign w:val="center"/>
          </w:tcPr>
          <w:p w14:paraId="23B3681C" w14:textId="77777777" w:rsidR="001865F2" w:rsidRPr="00D31D98" w:rsidRDefault="001865F2" w:rsidP="00966809">
            <w:pPr>
              <w:widowControl w:val="0"/>
              <w:rPr>
                <w:b/>
              </w:rPr>
            </w:pPr>
          </w:p>
        </w:tc>
        <w:tc>
          <w:tcPr>
            <w:tcW w:w="6690" w:type="dxa"/>
            <w:vAlign w:val="center"/>
          </w:tcPr>
          <w:p w14:paraId="34ADC9BF" w14:textId="77777777" w:rsidR="001865F2" w:rsidRPr="00D31D98" w:rsidRDefault="001865F2" w:rsidP="00966809">
            <w:pPr>
              <w:widowControl w:val="0"/>
            </w:pPr>
          </w:p>
        </w:tc>
      </w:tr>
      <w:tr w:rsidR="001865F2" w:rsidRPr="00D31D98" w14:paraId="38835761" w14:textId="77777777" w:rsidTr="00966809">
        <w:trPr>
          <w:cantSplit/>
        </w:trPr>
        <w:tc>
          <w:tcPr>
            <w:tcW w:w="2381" w:type="dxa"/>
            <w:vAlign w:val="center"/>
          </w:tcPr>
          <w:p w14:paraId="41648F35"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49D6CBE1" w14:textId="77777777" w:rsidR="001865F2" w:rsidRPr="00D31D98" w:rsidRDefault="001865F2" w:rsidP="00966809">
            <w:pPr>
              <w:widowControl w:val="0"/>
            </w:pPr>
            <w:r w:rsidRPr="00D31D98">
              <w:rPr>
                <w:szCs w:val="24"/>
              </w:rPr>
              <w:t>- vrednovanje projekta od strane učenika i profesora</w:t>
            </w:r>
          </w:p>
          <w:p w14:paraId="50585898" w14:textId="77777777" w:rsidR="001865F2" w:rsidRPr="00D31D98" w:rsidRDefault="001865F2" w:rsidP="00966809">
            <w:pPr>
              <w:widowControl w:val="0"/>
            </w:pPr>
            <w:r w:rsidRPr="00D31D98">
              <w:rPr>
                <w:szCs w:val="24"/>
              </w:rPr>
              <w:t>- korištenje u nastavi</w:t>
            </w:r>
          </w:p>
          <w:p w14:paraId="684BA199" w14:textId="77777777" w:rsidR="001865F2" w:rsidRPr="00D31D98" w:rsidRDefault="001865F2" w:rsidP="00966809">
            <w:pPr>
              <w:widowControl w:val="0"/>
            </w:pPr>
            <w:r w:rsidRPr="00D31D98">
              <w:rPr>
                <w:szCs w:val="24"/>
              </w:rPr>
              <w:t>- učenici prvih razreda</w:t>
            </w:r>
          </w:p>
        </w:tc>
      </w:tr>
      <w:tr w:rsidR="001865F2" w:rsidRPr="00D31D98" w14:paraId="35A13503" w14:textId="77777777" w:rsidTr="00966809">
        <w:trPr>
          <w:cantSplit/>
        </w:trPr>
        <w:tc>
          <w:tcPr>
            <w:tcW w:w="2381" w:type="dxa"/>
            <w:vAlign w:val="center"/>
          </w:tcPr>
          <w:p w14:paraId="21BBF430" w14:textId="77777777" w:rsidR="001865F2" w:rsidRPr="00D31D98" w:rsidRDefault="001865F2" w:rsidP="00966809">
            <w:pPr>
              <w:widowControl w:val="0"/>
              <w:rPr>
                <w:b/>
              </w:rPr>
            </w:pPr>
            <w:proofErr w:type="spellStart"/>
            <w:r w:rsidRPr="00D31D98">
              <w:rPr>
                <w:b/>
                <w:bCs/>
                <w:szCs w:val="24"/>
              </w:rPr>
              <w:lastRenderedPageBreak/>
              <w:t>Međupredmetne</w:t>
            </w:r>
            <w:proofErr w:type="spellEnd"/>
            <w:r w:rsidRPr="00D31D98">
              <w:rPr>
                <w:b/>
                <w:bCs/>
                <w:szCs w:val="24"/>
              </w:rPr>
              <w:t xml:space="preserve"> teme</w:t>
            </w:r>
          </w:p>
        </w:tc>
        <w:tc>
          <w:tcPr>
            <w:tcW w:w="6690" w:type="dxa"/>
            <w:vAlign w:val="center"/>
          </w:tcPr>
          <w:p w14:paraId="4293A802" w14:textId="77777777" w:rsidR="001865F2" w:rsidRPr="00D31D98" w:rsidRDefault="001865F2" w:rsidP="00966809">
            <w:pPr>
              <w:widowControl w:val="0"/>
            </w:pPr>
            <w:r w:rsidRPr="00D31D98">
              <w:rPr>
                <w:szCs w:val="24"/>
              </w:rPr>
              <w:t xml:space="preserve">- </w:t>
            </w:r>
            <w:proofErr w:type="spellStart"/>
            <w:r w:rsidRPr="00D31D98">
              <w:rPr>
                <w:szCs w:val="24"/>
              </w:rPr>
              <w:t>uku</w:t>
            </w:r>
            <w:proofErr w:type="spellEnd"/>
            <w:r w:rsidRPr="00D31D98">
              <w:rPr>
                <w:szCs w:val="24"/>
              </w:rPr>
              <w:t xml:space="preserve"> A.4/5.1., </w:t>
            </w:r>
            <w:proofErr w:type="spellStart"/>
            <w:r w:rsidRPr="00D31D98">
              <w:rPr>
                <w:szCs w:val="24"/>
              </w:rPr>
              <w:t>uku</w:t>
            </w:r>
            <w:proofErr w:type="spellEnd"/>
            <w:r w:rsidRPr="00D31D98">
              <w:rPr>
                <w:szCs w:val="24"/>
              </w:rPr>
              <w:t xml:space="preserve"> C.4/5.1., pod B.4.2., pod  C.4.1. i 4.2.,ikt C 4. 3., </w:t>
            </w:r>
            <w:proofErr w:type="spellStart"/>
            <w:r w:rsidRPr="00D31D98">
              <w:rPr>
                <w:szCs w:val="24"/>
              </w:rPr>
              <w:t>ikt</w:t>
            </w:r>
            <w:proofErr w:type="spellEnd"/>
            <w:r w:rsidRPr="00D31D98">
              <w:rPr>
                <w:szCs w:val="24"/>
              </w:rPr>
              <w:t xml:space="preserve"> D 4. 1., </w:t>
            </w:r>
            <w:proofErr w:type="spellStart"/>
            <w:r w:rsidRPr="00D31D98">
              <w:rPr>
                <w:szCs w:val="24"/>
              </w:rPr>
              <w:t>osr</w:t>
            </w:r>
            <w:proofErr w:type="spellEnd"/>
            <w:r w:rsidRPr="00D31D98">
              <w:rPr>
                <w:szCs w:val="24"/>
              </w:rPr>
              <w:t xml:space="preserve"> A 4.2., </w:t>
            </w:r>
            <w:proofErr w:type="spellStart"/>
            <w:r w:rsidRPr="00D31D98">
              <w:rPr>
                <w:szCs w:val="24"/>
              </w:rPr>
              <w:t>osr</w:t>
            </w:r>
            <w:proofErr w:type="spellEnd"/>
            <w:r w:rsidRPr="00D31D98">
              <w:rPr>
                <w:szCs w:val="24"/>
              </w:rPr>
              <w:t xml:space="preserve"> A 4.4</w:t>
            </w:r>
          </w:p>
        </w:tc>
      </w:tr>
    </w:tbl>
    <w:p w14:paraId="047B773B"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F5003D0" w14:textId="77777777" w:rsidTr="00966809">
        <w:trPr>
          <w:cantSplit/>
        </w:trPr>
        <w:tc>
          <w:tcPr>
            <w:tcW w:w="2381" w:type="dxa"/>
            <w:vAlign w:val="center"/>
          </w:tcPr>
          <w:p w14:paraId="0F99BC52"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7DA5DDF" w14:textId="77777777" w:rsidR="001865F2" w:rsidRPr="00D31D98" w:rsidRDefault="001865F2" w:rsidP="00966809">
            <w:pPr>
              <w:keepNext/>
              <w:widowControl w:val="0"/>
              <w:rPr>
                <w:b/>
              </w:rPr>
            </w:pPr>
            <w:r w:rsidRPr="00D31D98">
              <w:rPr>
                <w:b/>
                <w:bCs/>
                <w:szCs w:val="24"/>
              </w:rPr>
              <w:t>PROJEKT: Oživljeni dvorac</w:t>
            </w:r>
          </w:p>
        </w:tc>
      </w:tr>
      <w:tr w:rsidR="001865F2" w:rsidRPr="00D31D98" w14:paraId="220C063C" w14:textId="77777777" w:rsidTr="00966809">
        <w:trPr>
          <w:cantSplit/>
        </w:trPr>
        <w:tc>
          <w:tcPr>
            <w:tcW w:w="2381" w:type="dxa"/>
            <w:vAlign w:val="center"/>
          </w:tcPr>
          <w:p w14:paraId="2BAF0733" w14:textId="77777777" w:rsidR="001865F2" w:rsidRPr="00D31D98" w:rsidRDefault="001865F2" w:rsidP="00966809">
            <w:pPr>
              <w:widowControl w:val="0"/>
              <w:rPr>
                <w:b/>
              </w:rPr>
            </w:pPr>
            <w:r w:rsidRPr="00D31D98">
              <w:rPr>
                <w:b/>
                <w:bCs/>
                <w:szCs w:val="24"/>
              </w:rPr>
              <w:t>Ciljevi</w:t>
            </w:r>
          </w:p>
        </w:tc>
        <w:tc>
          <w:tcPr>
            <w:tcW w:w="6690" w:type="dxa"/>
            <w:vAlign w:val="center"/>
          </w:tcPr>
          <w:p w14:paraId="74B3F1B0" w14:textId="77777777" w:rsidR="001865F2" w:rsidRPr="00D31D98" w:rsidRDefault="001865F2" w:rsidP="00966809">
            <w:pPr>
              <w:widowControl w:val="0"/>
            </w:pPr>
            <w:r w:rsidRPr="00D31D98">
              <w:rPr>
                <w:szCs w:val="24"/>
              </w:rPr>
              <w:t>- upoznati učenike s povijesnim ostatcima i ljepotama domovine</w:t>
            </w:r>
          </w:p>
          <w:p w14:paraId="364BD5B0" w14:textId="77777777" w:rsidR="001865F2" w:rsidRPr="00D31D98" w:rsidRDefault="001865F2" w:rsidP="00966809">
            <w:pPr>
              <w:widowControl w:val="0"/>
            </w:pPr>
            <w:r w:rsidRPr="00D31D98">
              <w:rPr>
                <w:szCs w:val="24"/>
              </w:rPr>
              <w:t>- potaknuti ih na samostalan razvoj i daljnje istraživanje i propitivanje povijesti</w:t>
            </w:r>
          </w:p>
          <w:p w14:paraId="16519862" w14:textId="77777777" w:rsidR="001865F2" w:rsidRPr="00D31D98" w:rsidRDefault="001865F2" w:rsidP="00966809">
            <w:pPr>
              <w:widowControl w:val="0"/>
            </w:pPr>
            <w:r w:rsidRPr="00D31D98">
              <w:rPr>
                <w:szCs w:val="24"/>
              </w:rPr>
              <w:t>- prikazati dvorac i život u njemu igrokazom, kostimima, maketama, plakatima ili digitalnim materijalima</w:t>
            </w:r>
          </w:p>
          <w:p w14:paraId="534F9A1A" w14:textId="77777777" w:rsidR="001865F2" w:rsidRPr="00D31D98" w:rsidRDefault="001865F2" w:rsidP="00966809">
            <w:pPr>
              <w:widowControl w:val="0"/>
            </w:pPr>
            <w:r w:rsidRPr="00D31D98">
              <w:rPr>
                <w:szCs w:val="24"/>
              </w:rPr>
              <w:t>- osuvremeniti nastavu istraživačkim radom i interdisciplinarnim pristupom u obradi tema</w:t>
            </w:r>
          </w:p>
          <w:p w14:paraId="2FD7C19F" w14:textId="77777777" w:rsidR="001865F2" w:rsidRPr="00D31D98" w:rsidRDefault="001865F2" w:rsidP="00966809">
            <w:pPr>
              <w:widowControl w:val="0"/>
            </w:pPr>
            <w:r w:rsidRPr="00D31D98">
              <w:rPr>
                <w:szCs w:val="24"/>
              </w:rPr>
              <w:t>- omogućiti samostalno istraživanje izvora, prikupljanje, sistematizacija, osmišljavanje i prezentacija materijala</w:t>
            </w:r>
          </w:p>
          <w:p w14:paraId="032BB301" w14:textId="77777777" w:rsidR="001865F2" w:rsidRPr="00D31D98" w:rsidRDefault="001865F2" w:rsidP="00966809">
            <w:pPr>
              <w:widowControl w:val="0"/>
            </w:pPr>
            <w:r w:rsidRPr="00D31D98">
              <w:rPr>
                <w:szCs w:val="24"/>
              </w:rPr>
              <w:t>- potaknuti kreativnost u učeničkom izražaju</w:t>
            </w:r>
          </w:p>
          <w:p w14:paraId="3E7ED05B" w14:textId="77777777" w:rsidR="001865F2" w:rsidRPr="00D31D98" w:rsidRDefault="001865F2" w:rsidP="00966809">
            <w:pPr>
              <w:widowControl w:val="0"/>
            </w:pPr>
            <w:r w:rsidRPr="00D31D98">
              <w:rPr>
                <w:szCs w:val="24"/>
              </w:rPr>
              <w:t>- istraživačkim postupcima uključiti učenike u širi kulturni krug: dvorci, muzeji, arhivi, izvorni povijesni lokaliteti</w:t>
            </w:r>
          </w:p>
        </w:tc>
      </w:tr>
      <w:tr w:rsidR="001865F2" w:rsidRPr="00D31D98" w14:paraId="2DA5D19E" w14:textId="77777777" w:rsidTr="00966809">
        <w:trPr>
          <w:cantSplit/>
        </w:trPr>
        <w:tc>
          <w:tcPr>
            <w:tcW w:w="2381" w:type="dxa"/>
            <w:vAlign w:val="center"/>
          </w:tcPr>
          <w:p w14:paraId="4257E7BD" w14:textId="77777777" w:rsidR="001865F2" w:rsidRPr="00D31D98" w:rsidRDefault="001865F2" w:rsidP="00966809">
            <w:pPr>
              <w:widowControl w:val="0"/>
              <w:rPr>
                <w:b/>
              </w:rPr>
            </w:pPr>
            <w:r w:rsidRPr="00D31D98">
              <w:rPr>
                <w:b/>
                <w:bCs/>
                <w:szCs w:val="24"/>
              </w:rPr>
              <w:t>Namjena</w:t>
            </w:r>
          </w:p>
        </w:tc>
        <w:tc>
          <w:tcPr>
            <w:tcW w:w="6690" w:type="dxa"/>
            <w:vAlign w:val="center"/>
          </w:tcPr>
          <w:p w14:paraId="4162237D" w14:textId="77777777" w:rsidR="001865F2" w:rsidRPr="00D31D98" w:rsidRDefault="001865F2" w:rsidP="00966809">
            <w:pPr>
              <w:widowControl w:val="0"/>
            </w:pPr>
            <w:r w:rsidRPr="00D31D98">
              <w:rPr>
                <w:szCs w:val="24"/>
              </w:rPr>
              <w:t>- izvođenje terenske nastave</w:t>
            </w:r>
          </w:p>
          <w:p w14:paraId="6CF8467A" w14:textId="77777777" w:rsidR="001865F2" w:rsidRPr="00D31D98" w:rsidRDefault="001865F2" w:rsidP="00966809">
            <w:pPr>
              <w:widowControl w:val="0"/>
            </w:pPr>
            <w:r w:rsidRPr="00D31D98">
              <w:rPr>
                <w:szCs w:val="24"/>
              </w:rPr>
              <w:t>- preko integrirane nastave učenici uče samostalno uočavati </w:t>
            </w:r>
            <w:proofErr w:type="spellStart"/>
            <w:r w:rsidRPr="00D31D98">
              <w:rPr>
                <w:szCs w:val="24"/>
              </w:rPr>
              <w:t>unutarpredmetne</w:t>
            </w:r>
            <w:proofErr w:type="spellEnd"/>
            <w:r w:rsidRPr="00D31D98">
              <w:rPr>
                <w:szCs w:val="24"/>
              </w:rPr>
              <w:t> i </w:t>
            </w:r>
            <w:proofErr w:type="spellStart"/>
            <w:r w:rsidRPr="00D31D98">
              <w:rPr>
                <w:szCs w:val="24"/>
              </w:rPr>
              <w:t>međupredmetne</w:t>
            </w:r>
            <w:proofErr w:type="spellEnd"/>
            <w:r w:rsidRPr="00D31D98">
              <w:rPr>
                <w:szCs w:val="24"/>
              </w:rPr>
              <w:t> tematske, logičke i druge veze</w:t>
            </w:r>
          </w:p>
          <w:p w14:paraId="0BB4AEE2" w14:textId="77777777" w:rsidR="001865F2" w:rsidRPr="00D31D98" w:rsidRDefault="001865F2" w:rsidP="00966809">
            <w:pPr>
              <w:widowControl w:val="0"/>
            </w:pPr>
            <w:r w:rsidRPr="00D31D98">
              <w:rPr>
                <w:szCs w:val="24"/>
              </w:rPr>
              <w:t>- razvijanje osjećaja poštovanja spram nacionalne povijesti i povijesne ostavštine</w:t>
            </w:r>
          </w:p>
        </w:tc>
      </w:tr>
      <w:tr w:rsidR="001865F2" w:rsidRPr="00D31D98" w14:paraId="0954BC52" w14:textId="77777777" w:rsidTr="00966809">
        <w:trPr>
          <w:cantSplit/>
        </w:trPr>
        <w:tc>
          <w:tcPr>
            <w:tcW w:w="2381" w:type="dxa"/>
            <w:vAlign w:val="center"/>
          </w:tcPr>
          <w:p w14:paraId="4D67791B" w14:textId="77777777" w:rsidR="001865F2" w:rsidRPr="00D31D98" w:rsidRDefault="001865F2" w:rsidP="00966809">
            <w:pPr>
              <w:widowControl w:val="0"/>
              <w:rPr>
                <w:b/>
              </w:rPr>
            </w:pPr>
            <w:r w:rsidRPr="00D31D98">
              <w:rPr>
                <w:b/>
                <w:bCs/>
                <w:szCs w:val="24"/>
              </w:rPr>
              <w:t>Nositelji</w:t>
            </w:r>
          </w:p>
        </w:tc>
        <w:tc>
          <w:tcPr>
            <w:tcW w:w="6690" w:type="dxa"/>
            <w:vAlign w:val="center"/>
          </w:tcPr>
          <w:p w14:paraId="159DF16E" w14:textId="77777777" w:rsidR="001865F2" w:rsidRPr="00D31D98" w:rsidRDefault="001865F2" w:rsidP="00966809">
            <w:pPr>
              <w:widowControl w:val="0"/>
            </w:pPr>
            <w:r w:rsidRPr="00D31D98">
              <w:rPr>
                <w:szCs w:val="24"/>
              </w:rPr>
              <w:t>- članovi Stručnoga vijeća povijesti</w:t>
            </w:r>
          </w:p>
          <w:p w14:paraId="6743BCA9" w14:textId="77777777" w:rsidR="001865F2" w:rsidRPr="00D31D98" w:rsidRDefault="001865F2" w:rsidP="00966809">
            <w:pPr>
              <w:widowControl w:val="0"/>
            </w:pPr>
            <w:r w:rsidRPr="00D31D98">
              <w:rPr>
                <w:szCs w:val="24"/>
              </w:rPr>
              <w:t>- voditelji projekta: Matija Lucić, Kornelija Marks i Vjeran </w:t>
            </w:r>
            <w:proofErr w:type="spellStart"/>
            <w:r w:rsidRPr="00D31D98">
              <w:rPr>
                <w:szCs w:val="24"/>
              </w:rPr>
              <w:t>Matičić</w:t>
            </w:r>
            <w:proofErr w:type="spellEnd"/>
          </w:p>
          <w:p w14:paraId="2CA985F9" w14:textId="77777777" w:rsidR="001865F2" w:rsidRPr="00D31D98" w:rsidRDefault="001865F2" w:rsidP="00966809">
            <w:pPr>
              <w:widowControl w:val="0"/>
            </w:pPr>
            <w:r w:rsidRPr="00D31D98">
              <w:rPr>
                <w:szCs w:val="24"/>
              </w:rPr>
              <w:t>- zadati učenicima zadatke koji odgovaraju gradivu pojedinog predmeta</w:t>
            </w:r>
          </w:p>
          <w:p w14:paraId="7E856E7B" w14:textId="77777777" w:rsidR="001865F2" w:rsidRPr="00D31D98" w:rsidRDefault="001865F2" w:rsidP="00966809">
            <w:pPr>
              <w:widowControl w:val="0"/>
            </w:pPr>
            <w:r w:rsidRPr="00D31D98">
              <w:rPr>
                <w:szCs w:val="24"/>
              </w:rPr>
              <w:t>- njegovati timski rad i razvijati međusobnu suradnju učenika</w:t>
            </w:r>
          </w:p>
          <w:p w14:paraId="5FEC5A65" w14:textId="77777777" w:rsidR="001865F2" w:rsidRPr="00D31D98" w:rsidRDefault="001865F2" w:rsidP="00966809">
            <w:pPr>
              <w:widowControl w:val="0"/>
            </w:pPr>
            <w:r w:rsidRPr="00D31D98">
              <w:rPr>
                <w:szCs w:val="24"/>
              </w:rPr>
              <w:t>- vođenje računa o tome da se posjete svi predviđeni lokaliteti (dvorci, ruševine i muzeji)</w:t>
            </w:r>
          </w:p>
        </w:tc>
      </w:tr>
      <w:tr w:rsidR="001865F2" w:rsidRPr="00D31D98" w14:paraId="77EB448E" w14:textId="77777777" w:rsidTr="00966809">
        <w:trPr>
          <w:cantSplit/>
        </w:trPr>
        <w:tc>
          <w:tcPr>
            <w:tcW w:w="2381" w:type="dxa"/>
            <w:vAlign w:val="center"/>
          </w:tcPr>
          <w:p w14:paraId="12C9514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0401989" w14:textId="77777777" w:rsidR="001865F2" w:rsidRPr="00D31D98" w:rsidRDefault="001865F2" w:rsidP="00966809">
            <w:pPr>
              <w:widowControl w:val="0"/>
            </w:pPr>
            <w:r w:rsidRPr="00D31D98">
              <w:rPr>
                <w:szCs w:val="24"/>
              </w:rPr>
              <w:t>a) projektna nastava</w:t>
            </w:r>
          </w:p>
          <w:p w14:paraId="46208991" w14:textId="77777777" w:rsidR="001865F2" w:rsidRPr="00D31D98" w:rsidRDefault="001865F2" w:rsidP="00966809">
            <w:pPr>
              <w:widowControl w:val="0"/>
            </w:pPr>
            <w:r w:rsidRPr="00D31D98">
              <w:rPr>
                <w:szCs w:val="24"/>
              </w:rPr>
              <w:t>- određivanje tema, formuliranje cilja, planiranje, priprema za rad na projektu, provedba projekta- profesori individualno, a voditelj projekta integrira sve zadaće</w:t>
            </w:r>
          </w:p>
          <w:p w14:paraId="694A4F9F" w14:textId="77777777" w:rsidR="001865F2" w:rsidRPr="00D31D98" w:rsidRDefault="001865F2" w:rsidP="00966809">
            <w:pPr>
              <w:widowControl w:val="0"/>
            </w:pPr>
            <w:r w:rsidRPr="00D31D98">
              <w:rPr>
                <w:szCs w:val="24"/>
              </w:rPr>
              <w:t>b) integrirana nastava</w:t>
            </w:r>
          </w:p>
          <w:p w14:paraId="62DD7FB2" w14:textId="77777777" w:rsidR="001865F2" w:rsidRPr="00D31D98" w:rsidRDefault="001865F2" w:rsidP="00966809">
            <w:pPr>
              <w:widowControl w:val="0"/>
            </w:pPr>
            <w:r w:rsidRPr="00D31D98">
              <w:rPr>
                <w:szCs w:val="24"/>
              </w:rPr>
              <w:t>c) terenska nastava</w:t>
            </w:r>
          </w:p>
          <w:p w14:paraId="6678AFF2" w14:textId="77777777" w:rsidR="001865F2" w:rsidRPr="00D31D98" w:rsidRDefault="001865F2" w:rsidP="00966809">
            <w:pPr>
              <w:widowControl w:val="0"/>
            </w:pPr>
            <w:r w:rsidRPr="00D31D98">
              <w:rPr>
                <w:szCs w:val="24"/>
              </w:rPr>
              <w:t>- rad na terenu- prikupljanje materijala, istraživanje (muzeji, dvorci, srednjevjekovni ostatci)</w:t>
            </w:r>
          </w:p>
          <w:p w14:paraId="3F02C06A" w14:textId="77777777" w:rsidR="001865F2" w:rsidRPr="00D31D98" w:rsidRDefault="001865F2" w:rsidP="00966809">
            <w:pPr>
              <w:widowControl w:val="0"/>
            </w:pPr>
            <w:r w:rsidRPr="00D31D98">
              <w:rPr>
                <w:szCs w:val="24"/>
              </w:rPr>
              <w:t>- uspoređivanje prikupljene građe</w:t>
            </w:r>
          </w:p>
          <w:p w14:paraId="679C72C1" w14:textId="77777777" w:rsidR="001865F2" w:rsidRPr="00D31D98" w:rsidRDefault="001865F2" w:rsidP="00966809">
            <w:pPr>
              <w:widowControl w:val="0"/>
            </w:pPr>
            <w:r w:rsidRPr="00D31D98">
              <w:rPr>
                <w:szCs w:val="24"/>
              </w:rPr>
              <w:t>- izrada završnog dijela projekta- prikaz dvorca na primjeru hrvatskih očuvanih i ruiniranih starih gradova</w:t>
            </w:r>
          </w:p>
        </w:tc>
      </w:tr>
      <w:tr w:rsidR="001865F2" w:rsidRPr="00D31D98" w14:paraId="6C54D2FF" w14:textId="77777777" w:rsidTr="00966809">
        <w:trPr>
          <w:cantSplit/>
        </w:trPr>
        <w:tc>
          <w:tcPr>
            <w:tcW w:w="2381" w:type="dxa"/>
            <w:vAlign w:val="center"/>
          </w:tcPr>
          <w:p w14:paraId="17B1F1C0"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0941776" w14:textId="77777777" w:rsidR="001865F2" w:rsidRPr="00D31D98" w:rsidRDefault="001865F2" w:rsidP="00966809">
            <w:pPr>
              <w:widowControl w:val="0"/>
            </w:pPr>
            <w:r w:rsidRPr="00D31D98">
              <w:rPr>
                <w:szCs w:val="24"/>
              </w:rPr>
              <w:t>- dogovor projekta tijekom školske godine – realizacija - travanj/svibanj 2026. godine</w:t>
            </w:r>
          </w:p>
        </w:tc>
      </w:tr>
      <w:tr w:rsidR="001865F2" w:rsidRPr="00D31D98" w14:paraId="107318CB" w14:textId="77777777" w:rsidTr="00966809">
        <w:trPr>
          <w:cantSplit/>
        </w:trPr>
        <w:tc>
          <w:tcPr>
            <w:tcW w:w="2381" w:type="dxa"/>
            <w:vAlign w:val="center"/>
          </w:tcPr>
          <w:p w14:paraId="0D2F6545" w14:textId="77777777" w:rsidR="001865F2" w:rsidRPr="00D31D98" w:rsidRDefault="001865F2" w:rsidP="00966809">
            <w:pPr>
              <w:widowControl w:val="0"/>
              <w:rPr>
                <w:b/>
              </w:rPr>
            </w:pPr>
            <w:r w:rsidRPr="00D31D98">
              <w:rPr>
                <w:b/>
                <w:bCs/>
                <w:szCs w:val="24"/>
              </w:rPr>
              <w:t>Troškovnik</w:t>
            </w:r>
          </w:p>
        </w:tc>
        <w:tc>
          <w:tcPr>
            <w:tcW w:w="6690" w:type="dxa"/>
            <w:vAlign w:val="center"/>
          </w:tcPr>
          <w:p w14:paraId="6E4CB971" w14:textId="77777777" w:rsidR="001865F2" w:rsidRPr="00D31D98" w:rsidRDefault="001865F2" w:rsidP="00966809">
            <w:pPr>
              <w:widowControl w:val="0"/>
            </w:pPr>
            <w:r w:rsidRPr="00D31D98">
              <w:rPr>
                <w:szCs w:val="24"/>
              </w:rPr>
              <w:t>- odredit će se nakon izrade plana projekta</w:t>
            </w:r>
          </w:p>
        </w:tc>
      </w:tr>
      <w:tr w:rsidR="001865F2" w:rsidRPr="00D31D98" w14:paraId="6E439DA0" w14:textId="77777777" w:rsidTr="00966809">
        <w:trPr>
          <w:cantSplit/>
        </w:trPr>
        <w:tc>
          <w:tcPr>
            <w:tcW w:w="2381" w:type="dxa"/>
            <w:vAlign w:val="center"/>
          </w:tcPr>
          <w:p w14:paraId="2A8AD739" w14:textId="77777777" w:rsidR="001865F2" w:rsidRPr="00D31D98" w:rsidRDefault="001865F2" w:rsidP="00966809">
            <w:pPr>
              <w:widowControl w:val="0"/>
              <w:rPr>
                <w:b/>
              </w:rPr>
            </w:pPr>
          </w:p>
        </w:tc>
        <w:tc>
          <w:tcPr>
            <w:tcW w:w="6690" w:type="dxa"/>
            <w:vAlign w:val="center"/>
          </w:tcPr>
          <w:p w14:paraId="2B6F7761" w14:textId="77777777" w:rsidR="001865F2" w:rsidRPr="00D31D98" w:rsidRDefault="001865F2" w:rsidP="00966809">
            <w:pPr>
              <w:widowControl w:val="0"/>
            </w:pPr>
          </w:p>
        </w:tc>
      </w:tr>
      <w:tr w:rsidR="001865F2" w:rsidRPr="00D31D98" w14:paraId="6D3E6C27" w14:textId="77777777" w:rsidTr="00966809">
        <w:trPr>
          <w:cantSplit/>
        </w:trPr>
        <w:tc>
          <w:tcPr>
            <w:tcW w:w="2381" w:type="dxa"/>
            <w:vAlign w:val="center"/>
          </w:tcPr>
          <w:p w14:paraId="3302F7B7" w14:textId="77777777" w:rsidR="001865F2" w:rsidRPr="00D31D98" w:rsidRDefault="001865F2" w:rsidP="00966809">
            <w:pPr>
              <w:widowControl w:val="0"/>
              <w:rPr>
                <w:b/>
              </w:rPr>
            </w:pPr>
            <w:r w:rsidRPr="00D31D98">
              <w:rPr>
                <w:b/>
                <w:bCs/>
                <w:szCs w:val="24"/>
              </w:rPr>
              <w:lastRenderedPageBreak/>
              <w:t>Način vrednovanja i korištenja rezultata vrednovanja</w:t>
            </w:r>
          </w:p>
        </w:tc>
        <w:tc>
          <w:tcPr>
            <w:tcW w:w="6690" w:type="dxa"/>
            <w:vAlign w:val="center"/>
          </w:tcPr>
          <w:p w14:paraId="13E5F33C" w14:textId="77777777" w:rsidR="001865F2" w:rsidRPr="00D31D98" w:rsidRDefault="001865F2" w:rsidP="00966809">
            <w:pPr>
              <w:widowControl w:val="0"/>
            </w:pPr>
            <w:r w:rsidRPr="00D31D98">
              <w:rPr>
                <w:szCs w:val="24"/>
              </w:rPr>
              <w:t>- vrednovanje projekta od strane učenika i profesora</w:t>
            </w:r>
          </w:p>
          <w:p w14:paraId="77B110C5" w14:textId="77777777" w:rsidR="001865F2" w:rsidRPr="00D31D98" w:rsidRDefault="001865F2" w:rsidP="00966809">
            <w:pPr>
              <w:widowControl w:val="0"/>
            </w:pPr>
            <w:r w:rsidRPr="00D31D98">
              <w:rPr>
                <w:szCs w:val="24"/>
              </w:rPr>
              <w:t>- korištenje radova u nastavi</w:t>
            </w:r>
          </w:p>
          <w:p w14:paraId="5EDD5CCF" w14:textId="77777777" w:rsidR="001865F2" w:rsidRPr="00D31D98" w:rsidRDefault="001865F2" w:rsidP="00966809">
            <w:pPr>
              <w:widowControl w:val="0"/>
            </w:pPr>
            <w:r w:rsidRPr="00D31D98">
              <w:rPr>
                <w:szCs w:val="24"/>
              </w:rPr>
              <w:t>- učenici drugih razreda</w:t>
            </w:r>
          </w:p>
        </w:tc>
      </w:tr>
      <w:tr w:rsidR="001865F2" w:rsidRPr="00D31D98" w14:paraId="2604FC6C" w14:textId="77777777" w:rsidTr="00966809">
        <w:trPr>
          <w:cantSplit/>
        </w:trPr>
        <w:tc>
          <w:tcPr>
            <w:tcW w:w="2381" w:type="dxa"/>
            <w:vAlign w:val="center"/>
          </w:tcPr>
          <w:p w14:paraId="0EC81725"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2D2CAD66" w14:textId="77777777" w:rsidR="001865F2" w:rsidRPr="00D31D98" w:rsidRDefault="001865F2" w:rsidP="00966809">
            <w:pPr>
              <w:widowControl w:val="0"/>
            </w:pPr>
            <w:r w:rsidRPr="00D31D98">
              <w:rPr>
                <w:szCs w:val="24"/>
              </w:rPr>
              <w:t xml:space="preserve">- </w:t>
            </w:r>
            <w:proofErr w:type="spellStart"/>
            <w:r w:rsidRPr="00D31D98">
              <w:rPr>
                <w:szCs w:val="24"/>
              </w:rPr>
              <w:t>uku</w:t>
            </w:r>
            <w:proofErr w:type="spellEnd"/>
            <w:r w:rsidRPr="00D31D98">
              <w:rPr>
                <w:szCs w:val="24"/>
              </w:rPr>
              <w:t xml:space="preserve"> A.4/5.1., </w:t>
            </w:r>
            <w:proofErr w:type="spellStart"/>
            <w:r w:rsidRPr="00D31D98">
              <w:rPr>
                <w:szCs w:val="24"/>
              </w:rPr>
              <w:t>uku</w:t>
            </w:r>
            <w:proofErr w:type="spellEnd"/>
            <w:r w:rsidRPr="00D31D98">
              <w:rPr>
                <w:szCs w:val="24"/>
              </w:rPr>
              <w:t xml:space="preserve"> C.4/5.1., pod B.4.2., pod     C.4.1. i 4.2.,ikt C 4. 3., </w:t>
            </w:r>
            <w:proofErr w:type="spellStart"/>
            <w:r w:rsidRPr="00D31D98">
              <w:rPr>
                <w:szCs w:val="24"/>
              </w:rPr>
              <w:t>ikt</w:t>
            </w:r>
            <w:proofErr w:type="spellEnd"/>
            <w:r w:rsidRPr="00D31D98">
              <w:rPr>
                <w:szCs w:val="24"/>
              </w:rPr>
              <w:t xml:space="preserve"> D 4. 1., </w:t>
            </w:r>
            <w:proofErr w:type="spellStart"/>
            <w:r w:rsidRPr="00D31D98">
              <w:rPr>
                <w:szCs w:val="24"/>
              </w:rPr>
              <w:t>osr</w:t>
            </w:r>
            <w:proofErr w:type="spellEnd"/>
            <w:r w:rsidRPr="00D31D98">
              <w:rPr>
                <w:szCs w:val="24"/>
              </w:rPr>
              <w:t xml:space="preserve"> A 4.2., </w:t>
            </w:r>
            <w:proofErr w:type="spellStart"/>
            <w:r w:rsidRPr="00D31D98">
              <w:rPr>
                <w:szCs w:val="24"/>
              </w:rPr>
              <w:t>osr</w:t>
            </w:r>
            <w:proofErr w:type="spellEnd"/>
            <w:r w:rsidRPr="00D31D98">
              <w:rPr>
                <w:szCs w:val="24"/>
              </w:rPr>
              <w:t xml:space="preserve"> A 4.4.,</w:t>
            </w:r>
          </w:p>
        </w:tc>
      </w:tr>
    </w:tbl>
    <w:p w14:paraId="285470F6"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E67285B" w14:textId="77777777" w:rsidTr="00966809">
        <w:trPr>
          <w:cantSplit/>
        </w:trPr>
        <w:tc>
          <w:tcPr>
            <w:tcW w:w="2381" w:type="dxa"/>
            <w:vAlign w:val="center"/>
          </w:tcPr>
          <w:p w14:paraId="4A7E49E9" w14:textId="77777777" w:rsidR="001865F2" w:rsidRPr="00D31D98" w:rsidRDefault="001865F2" w:rsidP="00966809">
            <w:pPr>
              <w:keepNext/>
              <w:widowControl w:val="0"/>
              <w:rPr>
                <w:b/>
              </w:rPr>
            </w:pPr>
            <w:r w:rsidRPr="00D31D98">
              <w:rPr>
                <w:b/>
                <w:bCs/>
                <w:szCs w:val="24"/>
              </w:rPr>
              <w:t>PROJEKTNA NASTAVA</w:t>
            </w:r>
          </w:p>
          <w:p w14:paraId="69E6407D"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144FB3D" w14:textId="77777777" w:rsidR="001865F2" w:rsidRPr="00D31D98" w:rsidRDefault="001865F2" w:rsidP="00966809">
            <w:pPr>
              <w:keepNext/>
              <w:widowControl w:val="0"/>
              <w:rPr>
                <w:b/>
              </w:rPr>
            </w:pPr>
            <w:r w:rsidRPr="00D31D98">
              <w:rPr>
                <w:b/>
                <w:bCs/>
                <w:szCs w:val="24"/>
              </w:rPr>
              <w:t>PROJEKT: Habsburzi  – hrvatski kraljevi iz bečke carske dinastije</w:t>
            </w:r>
          </w:p>
        </w:tc>
      </w:tr>
      <w:tr w:rsidR="001865F2" w:rsidRPr="00D31D98" w14:paraId="052869CF" w14:textId="77777777" w:rsidTr="00966809">
        <w:trPr>
          <w:cantSplit/>
        </w:trPr>
        <w:tc>
          <w:tcPr>
            <w:tcW w:w="2381" w:type="dxa"/>
            <w:vAlign w:val="center"/>
          </w:tcPr>
          <w:p w14:paraId="2683F2B1" w14:textId="77777777" w:rsidR="001865F2" w:rsidRPr="00D31D98" w:rsidRDefault="001865F2" w:rsidP="00966809">
            <w:pPr>
              <w:widowControl w:val="0"/>
              <w:rPr>
                <w:b/>
              </w:rPr>
            </w:pPr>
            <w:r w:rsidRPr="00D31D98">
              <w:rPr>
                <w:b/>
                <w:bCs/>
                <w:szCs w:val="24"/>
              </w:rPr>
              <w:t>Ciljevi</w:t>
            </w:r>
          </w:p>
        </w:tc>
        <w:tc>
          <w:tcPr>
            <w:tcW w:w="6690" w:type="dxa"/>
            <w:vAlign w:val="center"/>
          </w:tcPr>
          <w:p w14:paraId="2F023CA7" w14:textId="77777777" w:rsidR="001865F2" w:rsidRPr="00D31D98" w:rsidRDefault="001865F2" w:rsidP="00966809">
            <w:pPr>
              <w:widowControl w:val="0"/>
            </w:pPr>
            <w:r w:rsidRPr="00D31D98">
              <w:rPr>
                <w:szCs w:val="24"/>
              </w:rPr>
              <w:t>- osuvremeniti nastavu istraživačkim radom i interdisciplinarnim pristupom u obradi tema</w:t>
            </w:r>
          </w:p>
          <w:p w14:paraId="03DDB008" w14:textId="77777777" w:rsidR="001865F2" w:rsidRPr="00D31D98" w:rsidRDefault="001865F2" w:rsidP="00966809">
            <w:pPr>
              <w:widowControl w:val="0"/>
            </w:pPr>
            <w:r w:rsidRPr="00D31D98">
              <w:rPr>
                <w:szCs w:val="24"/>
              </w:rPr>
              <w:t>- uvoditi učenike u samostalno istraživanje: stvaranje plana, istraživanje izvora, prikupljanje, sistematizacija, osmišljavanje i prezentacija materijala</w:t>
            </w:r>
          </w:p>
          <w:p w14:paraId="6AB6E2D1" w14:textId="77777777" w:rsidR="001865F2" w:rsidRPr="00D31D98" w:rsidRDefault="001865F2" w:rsidP="00966809">
            <w:pPr>
              <w:widowControl w:val="0"/>
            </w:pPr>
            <w:r w:rsidRPr="00D31D98">
              <w:rPr>
                <w:szCs w:val="24"/>
              </w:rPr>
              <w:t xml:space="preserve">- istraživačkim postupcima uključiti učenike u </w:t>
            </w:r>
            <w:proofErr w:type="spellStart"/>
            <w:r w:rsidRPr="00D31D98">
              <w:rPr>
                <w:szCs w:val="24"/>
              </w:rPr>
              <w:t>in</w:t>
            </w:r>
            <w:proofErr w:type="spellEnd"/>
            <w:r w:rsidRPr="00D31D98">
              <w:rPr>
                <w:szCs w:val="24"/>
              </w:rPr>
              <w:t xml:space="preserve"> situ istraživanje i povezivanje s naučenim gradivom</w:t>
            </w:r>
          </w:p>
        </w:tc>
      </w:tr>
      <w:tr w:rsidR="001865F2" w:rsidRPr="00D31D98" w14:paraId="4AC9053D" w14:textId="77777777" w:rsidTr="00966809">
        <w:trPr>
          <w:cantSplit/>
        </w:trPr>
        <w:tc>
          <w:tcPr>
            <w:tcW w:w="2381" w:type="dxa"/>
            <w:vAlign w:val="center"/>
          </w:tcPr>
          <w:p w14:paraId="7A6FE3AA" w14:textId="77777777" w:rsidR="001865F2" w:rsidRPr="00D31D98" w:rsidRDefault="001865F2" w:rsidP="00966809">
            <w:pPr>
              <w:widowControl w:val="0"/>
              <w:rPr>
                <w:b/>
              </w:rPr>
            </w:pPr>
            <w:r w:rsidRPr="00D31D98">
              <w:rPr>
                <w:b/>
                <w:bCs/>
                <w:szCs w:val="24"/>
              </w:rPr>
              <w:t>Namjena</w:t>
            </w:r>
          </w:p>
        </w:tc>
        <w:tc>
          <w:tcPr>
            <w:tcW w:w="6690" w:type="dxa"/>
            <w:vAlign w:val="center"/>
          </w:tcPr>
          <w:p w14:paraId="317DFD2D" w14:textId="77777777" w:rsidR="001865F2" w:rsidRPr="00D31D98" w:rsidRDefault="001865F2" w:rsidP="00966809">
            <w:pPr>
              <w:widowControl w:val="0"/>
            </w:pPr>
            <w:r w:rsidRPr="00D31D98">
              <w:rPr>
                <w:szCs w:val="24"/>
              </w:rPr>
              <w:t>- izvođenje terenske nastave</w:t>
            </w:r>
          </w:p>
          <w:p w14:paraId="49666A1C" w14:textId="77777777" w:rsidR="001865F2" w:rsidRPr="00D31D98" w:rsidRDefault="001865F2" w:rsidP="00966809">
            <w:pPr>
              <w:widowControl w:val="0"/>
            </w:pPr>
            <w:r w:rsidRPr="00D31D98">
              <w:rPr>
                <w:szCs w:val="24"/>
              </w:rPr>
              <w:t xml:space="preserve">- preko integrirane nastave učenici uče samostalno uočavati </w:t>
            </w:r>
            <w:proofErr w:type="spellStart"/>
            <w:r w:rsidRPr="00D31D98">
              <w:rPr>
                <w:szCs w:val="24"/>
              </w:rPr>
              <w:t>unutarpredmetne</w:t>
            </w:r>
            <w:proofErr w:type="spellEnd"/>
            <w:r w:rsidRPr="00D31D98">
              <w:rPr>
                <w:szCs w:val="24"/>
              </w:rPr>
              <w:t xml:space="preserve"> i </w:t>
            </w:r>
            <w:proofErr w:type="spellStart"/>
            <w:r w:rsidRPr="00D31D98">
              <w:rPr>
                <w:szCs w:val="24"/>
              </w:rPr>
              <w:t>međupredmetne</w:t>
            </w:r>
            <w:proofErr w:type="spellEnd"/>
            <w:r w:rsidRPr="00D31D98">
              <w:rPr>
                <w:szCs w:val="24"/>
              </w:rPr>
              <w:t xml:space="preserve"> tematske, logičke i druge veze</w:t>
            </w:r>
          </w:p>
          <w:p w14:paraId="790187F0" w14:textId="77777777" w:rsidR="001865F2" w:rsidRPr="00D31D98" w:rsidRDefault="001865F2" w:rsidP="00966809">
            <w:pPr>
              <w:widowControl w:val="0"/>
            </w:pPr>
            <w:r w:rsidRPr="00D31D98">
              <w:rPr>
                <w:szCs w:val="24"/>
              </w:rPr>
              <w:t>- učenici oživljavaju poseban uvid u život na habsburškom dvoru</w:t>
            </w:r>
          </w:p>
        </w:tc>
      </w:tr>
      <w:tr w:rsidR="001865F2" w:rsidRPr="00D31D98" w14:paraId="599586B6" w14:textId="77777777" w:rsidTr="00966809">
        <w:trPr>
          <w:cantSplit/>
        </w:trPr>
        <w:tc>
          <w:tcPr>
            <w:tcW w:w="2381" w:type="dxa"/>
            <w:vAlign w:val="center"/>
          </w:tcPr>
          <w:p w14:paraId="1CDAC32A" w14:textId="77777777" w:rsidR="001865F2" w:rsidRPr="00D31D98" w:rsidRDefault="001865F2" w:rsidP="00966809">
            <w:pPr>
              <w:widowControl w:val="0"/>
              <w:rPr>
                <w:b/>
              </w:rPr>
            </w:pPr>
            <w:r w:rsidRPr="00D31D98">
              <w:rPr>
                <w:b/>
                <w:bCs/>
                <w:szCs w:val="24"/>
              </w:rPr>
              <w:t>Nositelji</w:t>
            </w:r>
          </w:p>
        </w:tc>
        <w:tc>
          <w:tcPr>
            <w:tcW w:w="6690" w:type="dxa"/>
            <w:vAlign w:val="center"/>
          </w:tcPr>
          <w:p w14:paraId="0F7DD91C" w14:textId="77777777" w:rsidR="001865F2" w:rsidRPr="00D31D98" w:rsidRDefault="001865F2" w:rsidP="00966809">
            <w:pPr>
              <w:widowControl w:val="0"/>
            </w:pPr>
            <w:r w:rsidRPr="00D31D98">
              <w:rPr>
                <w:szCs w:val="24"/>
              </w:rPr>
              <w:t>- članovi Stručnoga vijeća povijesti</w:t>
            </w:r>
          </w:p>
          <w:p w14:paraId="69FEB926" w14:textId="77777777" w:rsidR="001865F2" w:rsidRPr="00D31D98" w:rsidRDefault="001865F2" w:rsidP="00966809">
            <w:pPr>
              <w:widowControl w:val="0"/>
            </w:pPr>
            <w:r w:rsidRPr="00D31D98">
              <w:rPr>
                <w:szCs w:val="24"/>
              </w:rPr>
              <w:t xml:space="preserve">- voditelji projekta: Matija Lucić, Kornelija Marks i Vjeran </w:t>
            </w:r>
            <w:proofErr w:type="spellStart"/>
            <w:r w:rsidRPr="00D31D98">
              <w:rPr>
                <w:szCs w:val="24"/>
              </w:rPr>
              <w:t>Matičić</w:t>
            </w:r>
            <w:proofErr w:type="spellEnd"/>
          </w:p>
          <w:p w14:paraId="6C11C690" w14:textId="77777777" w:rsidR="001865F2" w:rsidRPr="00D31D98" w:rsidRDefault="001865F2" w:rsidP="00966809">
            <w:pPr>
              <w:widowControl w:val="0"/>
            </w:pPr>
            <w:r w:rsidRPr="00D31D98">
              <w:rPr>
                <w:szCs w:val="24"/>
              </w:rPr>
              <w:t>- zadati učenicima zadatke koji odgovaraju nastavnom planu i programu pojedinog predmeta</w:t>
            </w:r>
          </w:p>
          <w:p w14:paraId="00FB6167" w14:textId="77777777" w:rsidR="001865F2" w:rsidRPr="00D31D98" w:rsidRDefault="001865F2" w:rsidP="00966809">
            <w:pPr>
              <w:widowControl w:val="0"/>
            </w:pPr>
            <w:r w:rsidRPr="00D31D98">
              <w:rPr>
                <w:szCs w:val="24"/>
              </w:rPr>
              <w:t>- njegovati grupni rad i razvijati međusobnu suradnju učenika</w:t>
            </w:r>
          </w:p>
          <w:p w14:paraId="46D44CDD" w14:textId="77777777" w:rsidR="001865F2" w:rsidRPr="00D31D98" w:rsidRDefault="001865F2" w:rsidP="00966809">
            <w:pPr>
              <w:widowControl w:val="0"/>
            </w:pPr>
            <w:r w:rsidRPr="00D31D98">
              <w:rPr>
                <w:szCs w:val="24"/>
              </w:rPr>
              <w:t>- vođenje računa o tome da se posjete svi predviđeni lokaliteti</w:t>
            </w:r>
          </w:p>
        </w:tc>
      </w:tr>
      <w:tr w:rsidR="001865F2" w:rsidRPr="00D31D98" w14:paraId="6F0D6499" w14:textId="77777777" w:rsidTr="00966809">
        <w:trPr>
          <w:cantSplit/>
        </w:trPr>
        <w:tc>
          <w:tcPr>
            <w:tcW w:w="2381" w:type="dxa"/>
            <w:vAlign w:val="center"/>
          </w:tcPr>
          <w:p w14:paraId="585DE3E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4FD3BC9" w14:textId="77777777" w:rsidR="001865F2" w:rsidRPr="00D31D98" w:rsidRDefault="001865F2" w:rsidP="00966809">
            <w:pPr>
              <w:widowControl w:val="0"/>
            </w:pPr>
            <w:r w:rsidRPr="00D31D98">
              <w:rPr>
                <w:szCs w:val="24"/>
              </w:rPr>
              <w:t>a) projektna nastava</w:t>
            </w:r>
          </w:p>
          <w:p w14:paraId="21EB5534" w14:textId="77777777" w:rsidR="001865F2" w:rsidRPr="00D31D98" w:rsidRDefault="001865F2" w:rsidP="00966809">
            <w:pPr>
              <w:widowControl w:val="0"/>
            </w:pPr>
            <w:r w:rsidRPr="00D31D98">
              <w:rPr>
                <w:szCs w:val="24"/>
              </w:rPr>
              <w:t>- određivanje tema, formuliranje cilja, planiranje, priprema za rad na projektu, provedba projekta- profesori individualno, a voditelj projekta integrira sve zadaće</w:t>
            </w:r>
          </w:p>
          <w:p w14:paraId="5C3074CB" w14:textId="77777777" w:rsidR="001865F2" w:rsidRPr="00D31D98" w:rsidRDefault="001865F2" w:rsidP="00966809">
            <w:pPr>
              <w:widowControl w:val="0"/>
            </w:pPr>
            <w:r w:rsidRPr="00D31D98">
              <w:rPr>
                <w:szCs w:val="24"/>
              </w:rPr>
              <w:t>b) integrirana nastava</w:t>
            </w:r>
          </w:p>
          <w:p w14:paraId="49FD85D5" w14:textId="77777777" w:rsidR="001865F2" w:rsidRPr="00D31D98" w:rsidRDefault="001865F2" w:rsidP="00966809">
            <w:pPr>
              <w:widowControl w:val="0"/>
            </w:pPr>
            <w:r w:rsidRPr="00D31D98">
              <w:rPr>
                <w:szCs w:val="24"/>
              </w:rPr>
              <w:t>c) terenska nastava</w:t>
            </w:r>
          </w:p>
          <w:p w14:paraId="1E042069" w14:textId="77777777" w:rsidR="001865F2" w:rsidRPr="00D31D98" w:rsidRDefault="001865F2" w:rsidP="00966809">
            <w:pPr>
              <w:widowControl w:val="0"/>
            </w:pPr>
            <w:r w:rsidRPr="00D31D98">
              <w:rPr>
                <w:szCs w:val="24"/>
              </w:rPr>
              <w:t>- rad na terenu</w:t>
            </w:r>
          </w:p>
          <w:p w14:paraId="1F5C226E" w14:textId="77777777" w:rsidR="001865F2" w:rsidRPr="00D31D98" w:rsidRDefault="001865F2" w:rsidP="00966809">
            <w:pPr>
              <w:widowControl w:val="0"/>
            </w:pPr>
            <w:r w:rsidRPr="00D31D98">
              <w:rPr>
                <w:szCs w:val="24"/>
              </w:rPr>
              <w:t>- prikupljanje materijala, istraživanje unutar Bečkih    muzeja</w:t>
            </w:r>
          </w:p>
          <w:p w14:paraId="2CA197F9" w14:textId="77777777" w:rsidR="001865F2" w:rsidRPr="00D31D98" w:rsidRDefault="001865F2" w:rsidP="00966809">
            <w:pPr>
              <w:widowControl w:val="0"/>
            </w:pPr>
            <w:r w:rsidRPr="00D31D98">
              <w:rPr>
                <w:szCs w:val="24"/>
              </w:rPr>
              <w:t>- uspoređivanje prikupljene građe</w:t>
            </w:r>
          </w:p>
          <w:p w14:paraId="4E500645" w14:textId="77777777" w:rsidR="001865F2" w:rsidRPr="00D31D98" w:rsidRDefault="001865F2" w:rsidP="00966809">
            <w:pPr>
              <w:widowControl w:val="0"/>
            </w:pPr>
            <w:r w:rsidRPr="00D31D98">
              <w:rPr>
                <w:szCs w:val="24"/>
              </w:rPr>
              <w:t>- izrada završnog dijela projekta- plakati, video zapisi</w:t>
            </w:r>
          </w:p>
        </w:tc>
      </w:tr>
      <w:tr w:rsidR="001865F2" w:rsidRPr="00D31D98" w14:paraId="077AE55D" w14:textId="77777777" w:rsidTr="00966809">
        <w:trPr>
          <w:cantSplit/>
        </w:trPr>
        <w:tc>
          <w:tcPr>
            <w:tcW w:w="2381" w:type="dxa"/>
            <w:vAlign w:val="center"/>
          </w:tcPr>
          <w:p w14:paraId="6FD9321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A64C8DE" w14:textId="77777777" w:rsidR="001865F2" w:rsidRPr="00D31D98" w:rsidRDefault="001865F2" w:rsidP="00966809">
            <w:pPr>
              <w:widowControl w:val="0"/>
            </w:pPr>
            <w:r w:rsidRPr="00D31D98">
              <w:rPr>
                <w:szCs w:val="24"/>
              </w:rPr>
              <w:t>- dogovor projekta tijekom školske godine – realizacija – travanj/svibanj 2026. godine</w:t>
            </w:r>
          </w:p>
        </w:tc>
      </w:tr>
      <w:tr w:rsidR="001865F2" w:rsidRPr="00D31D98" w14:paraId="18C3417A" w14:textId="77777777" w:rsidTr="00966809">
        <w:trPr>
          <w:cantSplit/>
        </w:trPr>
        <w:tc>
          <w:tcPr>
            <w:tcW w:w="2381" w:type="dxa"/>
            <w:vAlign w:val="center"/>
          </w:tcPr>
          <w:p w14:paraId="10BDC5E1" w14:textId="77777777" w:rsidR="001865F2" w:rsidRPr="00D31D98" w:rsidRDefault="001865F2" w:rsidP="00966809">
            <w:pPr>
              <w:widowControl w:val="0"/>
              <w:rPr>
                <w:b/>
              </w:rPr>
            </w:pPr>
            <w:r w:rsidRPr="00D31D98">
              <w:rPr>
                <w:b/>
                <w:bCs/>
                <w:szCs w:val="24"/>
              </w:rPr>
              <w:t>Troškovnik</w:t>
            </w:r>
          </w:p>
        </w:tc>
        <w:tc>
          <w:tcPr>
            <w:tcW w:w="6690" w:type="dxa"/>
            <w:vAlign w:val="center"/>
          </w:tcPr>
          <w:p w14:paraId="5B5CF8D7" w14:textId="77777777" w:rsidR="001865F2" w:rsidRPr="00D31D98" w:rsidRDefault="001865F2" w:rsidP="00966809">
            <w:pPr>
              <w:widowControl w:val="0"/>
            </w:pPr>
            <w:r w:rsidRPr="00D31D98">
              <w:rPr>
                <w:szCs w:val="24"/>
              </w:rPr>
              <w:t>- odredit će se nakon izrade plana projekta</w:t>
            </w:r>
          </w:p>
        </w:tc>
      </w:tr>
      <w:tr w:rsidR="001865F2" w:rsidRPr="00D31D98" w14:paraId="40D27CFF" w14:textId="77777777" w:rsidTr="00966809">
        <w:trPr>
          <w:cantSplit/>
        </w:trPr>
        <w:tc>
          <w:tcPr>
            <w:tcW w:w="2381" w:type="dxa"/>
            <w:vAlign w:val="center"/>
          </w:tcPr>
          <w:p w14:paraId="15B391FB" w14:textId="77777777" w:rsidR="001865F2" w:rsidRPr="00D31D98" w:rsidRDefault="001865F2" w:rsidP="00966809">
            <w:pPr>
              <w:widowControl w:val="0"/>
              <w:rPr>
                <w:b/>
              </w:rPr>
            </w:pPr>
          </w:p>
        </w:tc>
        <w:tc>
          <w:tcPr>
            <w:tcW w:w="6690" w:type="dxa"/>
            <w:vAlign w:val="center"/>
          </w:tcPr>
          <w:p w14:paraId="24F4078D" w14:textId="77777777" w:rsidR="001865F2" w:rsidRPr="00D31D98" w:rsidRDefault="001865F2" w:rsidP="00966809">
            <w:pPr>
              <w:widowControl w:val="0"/>
            </w:pPr>
          </w:p>
        </w:tc>
      </w:tr>
      <w:tr w:rsidR="001865F2" w:rsidRPr="00D31D98" w14:paraId="402B6106" w14:textId="77777777" w:rsidTr="00966809">
        <w:trPr>
          <w:cantSplit/>
        </w:trPr>
        <w:tc>
          <w:tcPr>
            <w:tcW w:w="2381" w:type="dxa"/>
            <w:vAlign w:val="center"/>
          </w:tcPr>
          <w:p w14:paraId="66121521" w14:textId="77777777" w:rsidR="001865F2" w:rsidRPr="00D31D98" w:rsidRDefault="001865F2" w:rsidP="00966809">
            <w:pPr>
              <w:widowControl w:val="0"/>
              <w:rPr>
                <w:b/>
              </w:rPr>
            </w:pPr>
            <w:r w:rsidRPr="00D31D98">
              <w:rPr>
                <w:b/>
                <w:bCs/>
                <w:szCs w:val="24"/>
              </w:rPr>
              <w:lastRenderedPageBreak/>
              <w:t>Način vrednovanja i korištenja rezultata vrednovanja</w:t>
            </w:r>
          </w:p>
        </w:tc>
        <w:tc>
          <w:tcPr>
            <w:tcW w:w="6690" w:type="dxa"/>
            <w:vAlign w:val="center"/>
          </w:tcPr>
          <w:p w14:paraId="5EC192AA" w14:textId="77777777" w:rsidR="001865F2" w:rsidRPr="00D31D98" w:rsidRDefault="001865F2" w:rsidP="00966809">
            <w:pPr>
              <w:widowControl w:val="0"/>
            </w:pPr>
            <w:r w:rsidRPr="00D31D98">
              <w:rPr>
                <w:szCs w:val="24"/>
              </w:rPr>
              <w:t>- vrednovanje projekta od strane učenika i profesora</w:t>
            </w:r>
          </w:p>
          <w:p w14:paraId="43247161" w14:textId="77777777" w:rsidR="001865F2" w:rsidRPr="00D31D98" w:rsidRDefault="001865F2" w:rsidP="00966809">
            <w:pPr>
              <w:widowControl w:val="0"/>
            </w:pPr>
            <w:r w:rsidRPr="00D31D98">
              <w:rPr>
                <w:szCs w:val="24"/>
              </w:rPr>
              <w:t>- radove i plakate iskoristiti za određene svrhe u školi</w:t>
            </w:r>
          </w:p>
          <w:p w14:paraId="681E661C" w14:textId="77777777" w:rsidR="001865F2" w:rsidRPr="00D31D98" w:rsidRDefault="001865F2" w:rsidP="00966809">
            <w:pPr>
              <w:widowControl w:val="0"/>
            </w:pPr>
            <w:r w:rsidRPr="00D31D98">
              <w:rPr>
                <w:szCs w:val="24"/>
              </w:rPr>
              <w:t>- korištenje u nastavi</w:t>
            </w:r>
          </w:p>
          <w:p w14:paraId="71403223" w14:textId="77777777" w:rsidR="001865F2" w:rsidRPr="00D31D98" w:rsidRDefault="001865F2" w:rsidP="00966809">
            <w:pPr>
              <w:widowControl w:val="0"/>
            </w:pPr>
            <w:r w:rsidRPr="00D31D98">
              <w:rPr>
                <w:szCs w:val="24"/>
              </w:rPr>
              <w:t>- učenici trećih razreda imati će poseban uvid u gradivo Prvog svjetskog rata</w:t>
            </w:r>
          </w:p>
          <w:p w14:paraId="46D04D1E" w14:textId="77777777" w:rsidR="001865F2" w:rsidRPr="00D31D98" w:rsidRDefault="001865F2" w:rsidP="00966809">
            <w:pPr>
              <w:widowControl w:val="0"/>
            </w:pPr>
            <w:r w:rsidRPr="00D31D98">
              <w:rPr>
                <w:szCs w:val="24"/>
              </w:rPr>
              <w:t>- učenici drugih razreda imati će uvid u život i okolnosti habsburškog dvora</w:t>
            </w:r>
          </w:p>
        </w:tc>
      </w:tr>
      <w:tr w:rsidR="001865F2" w:rsidRPr="00D31D98" w14:paraId="4A7865A8" w14:textId="77777777" w:rsidTr="00966809">
        <w:trPr>
          <w:cantSplit/>
        </w:trPr>
        <w:tc>
          <w:tcPr>
            <w:tcW w:w="2381" w:type="dxa"/>
            <w:vAlign w:val="center"/>
          </w:tcPr>
          <w:p w14:paraId="5B35F6F3"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404FA4F7" w14:textId="77777777" w:rsidR="001865F2" w:rsidRPr="00D31D98" w:rsidRDefault="001865F2" w:rsidP="00966809">
            <w:pPr>
              <w:widowControl w:val="0"/>
            </w:pPr>
            <w:r w:rsidRPr="00D31D98">
              <w:rPr>
                <w:szCs w:val="24"/>
              </w:rPr>
              <w:t xml:space="preserve">- </w:t>
            </w:r>
            <w:proofErr w:type="spellStart"/>
            <w:r w:rsidRPr="00D31D98">
              <w:rPr>
                <w:szCs w:val="24"/>
              </w:rPr>
              <w:t>uku</w:t>
            </w:r>
            <w:proofErr w:type="spellEnd"/>
            <w:r w:rsidRPr="00D31D98">
              <w:rPr>
                <w:szCs w:val="24"/>
              </w:rPr>
              <w:t xml:space="preserve"> A.4/5.1., </w:t>
            </w:r>
            <w:proofErr w:type="spellStart"/>
            <w:r w:rsidRPr="00D31D98">
              <w:rPr>
                <w:szCs w:val="24"/>
              </w:rPr>
              <w:t>uku</w:t>
            </w:r>
            <w:proofErr w:type="spellEnd"/>
            <w:r w:rsidRPr="00D31D98">
              <w:rPr>
                <w:szCs w:val="24"/>
              </w:rPr>
              <w:t xml:space="preserve"> C.4/5.1., pod B.4.2., pod C.4.1. i 4.2.,ikt C 4. 3., </w:t>
            </w:r>
            <w:proofErr w:type="spellStart"/>
            <w:r w:rsidRPr="00D31D98">
              <w:rPr>
                <w:szCs w:val="24"/>
              </w:rPr>
              <w:t>ikt</w:t>
            </w:r>
            <w:proofErr w:type="spellEnd"/>
            <w:r w:rsidRPr="00D31D98">
              <w:rPr>
                <w:szCs w:val="24"/>
              </w:rPr>
              <w:t xml:space="preserve"> D 4. 1., </w:t>
            </w:r>
            <w:proofErr w:type="spellStart"/>
            <w:r w:rsidRPr="00D31D98">
              <w:rPr>
                <w:szCs w:val="24"/>
              </w:rPr>
              <w:t>osr</w:t>
            </w:r>
            <w:proofErr w:type="spellEnd"/>
            <w:r w:rsidRPr="00D31D98">
              <w:rPr>
                <w:szCs w:val="24"/>
              </w:rPr>
              <w:t xml:space="preserve"> A 4.2., </w:t>
            </w:r>
            <w:proofErr w:type="spellStart"/>
            <w:r w:rsidRPr="00D31D98">
              <w:rPr>
                <w:szCs w:val="24"/>
              </w:rPr>
              <w:t>osr</w:t>
            </w:r>
            <w:proofErr w:type="spellEnd"/>
            <w:r w:rsidRPr="00D31D98">
              <w:rPr>
                <w:szCs w:val="24"/>
              </w:rPr>
              <w:t xml:space="preserve"> A 4.4.,</w:t>
            </w:r>
          </w:p>
        </w:tc>
      </w:tr>
    </w:tbl>
    <w:p w14:paraId="07E0B44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DFCC30C" w14:textId="77777777" w:rsidTr="00966809">
        <w:trPr>
          <w:cantSplit/>
        </w:trPr>
        <w:tc>
          <w:tcPr>
            <w:tcW w:w="2381" w:type="dxa"/>
            <w:vAlign w:val="center"/>
          </w:tcPr>
          <w:p w14:paraId="5270BDE4"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A31B336" w14:textId="77777777" w:rsidR="001865F2" w:rsidRPr="00D31D98" w:rsidRDefault="001865F2" w:rsidP="00966809">
            <w:pPr>
              <w:keepNext/>
              <w:widowControl w:val="0"/>
              <w:rPr>
                <w:b/>
              </w:rPr>
            </w:pPr>
            <w:r w:rsidRPr="00D31D98">
              <w:rPr>
                <w:b/>
                <w:bCs/>
                <w:szCs w:val="24"/>
              </w:rPr>
              <w:t>Matematika – 1. razred</w:t>
            </w:r>
          </w:p>
          <w:p w14:paraId="6FB50138" w14:textId="77777777" w:rsidR="001865F2" w:rsidRPr="00D31D98" w:rsidRDefault="001865F2" w:rsidP="00966809">
            <w:pPr>
              <w:keepNext/>
              <w:widowControl w:val="0"/>
              <w:rPr>
                <w:b/>
              </w:rPr>
            </w:pPr>
            <w:r w:rsidRPr="00D31D98">
              <w:rPr>
                <w:b/>
                <w:bCs/>
                <w:szCs w:val="24"/>
              </w:rPr>
              <w:t>„Matematika oko nas“</w:t>
            </w:r>
          </w:p>
        </w:tc>
      </w:tr>
      <w:tr w:rsidR="001865F2" w:rsidRPr="00D31D98" w14:paraId="59F31147" w14:textId="77777777" w:rsidTr="00966809">
        <w:trPr>
          <w:cantSplit/>
        </w:trPr>
        <w:tc>
          <w:tcPr>
            <w:tcW w:w="2381" w:type="dxa"/>
            <w:vAlign w:val="center"/>
          </w:tcPr>
          <w:p w14:paraId="34D36705" w14:textId="77777777" w:rsidR="001865F2" w:rsidRPr="00D31D98" w:rsidRDefault="001865F2" w:rsidP="00966809">
            <w:pPr>
              <w:widowControl w:val="0"/>
              <w:rPr>
                <w:b/>
              </w:rPr>
            </w:pPr>
            <w:r w:rsidRPr="00D31D98">
              <w:rPr>
                <w:b/>
                <w:bCs/>
                <w:szCs w:val="24"/>
              </w:rPr>
              <w:t>Ciljevi</w:t>
            </w:r>
          </w:p>
        </w:tc>
        <w:tc>
          <w:tcPr>
            <w:tcW w:w="6690" w:type="dxa"/>
            <w:vAlign w:val="center"/>
          </w:tcPr>
          <w:p w14:paraId="2D24057B" w14:textId="77777777" w:rsidR="001865F2" w:rsidRPr="00D31D98" w:rsidRDefault="001865F2" w:rsidP="00966809">
            <w:pPr>
              <w:widowControl w:val="0"/>
            </w:pPr>
            <w:r w:rsidRPr="00D31D98">
              <w:rPr>
                <w:szCs w:val="24"/>
              </w:rPr>
              <w:t>Prepoznati primjenu matematike u svakodnevnim situacijama; prikupiti, organizirati i prikazati podatke; iz grafičkih prikaza izvesti utemeljene zaključke te razvijati istraživačku, digitalnu i komunikacijsku pismenost.</w:t>
            </w:r>
          </w:p>
        </w:tc>
      </w:tr>
      <w:tr w:rsidR="001865F2" w:rsidRPr="00D31D98" w14:paraId="6A84F4E9" w14:textId="77777777" w:rsidTr="00966809">
        <w:trPr>
          <w:cantSplit/>
        </w:trPr>
        <w:tc>
          <w:tcPr>
            <w:tcW w:w="2381" w:type="dxa"/>
            <w:vAlign w:val="center"/>
          </w:tcPr>
          <w:p w14:paraId="5CEAC993"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644051D" w14:textId="77777777" w:rsidR="001865F2" w:rsidRPr="00D31D98" w:rsidRDefault="001865F2" w:rsidP="00966809">
            <w:pPr>
              <w:widowControl w:val="0"/>
            </w:pPr>
            <w:r w:rsidRPr="00D31D98">
              <w:rPr>
                <w:szCs w:val="24"/>
              </w:rPr>
              <w:t>Učenicima 1.š razreda radi povezivanja matematičkih sadržaja s neposrednom okolinom i poticanja aktivnog učenja kroz istraživanje.</w:t>
            </w:r>
          </w:p>
        </w:tc>
      </w:tr>
      <w:tr w:rsidR="001865F2" w:rsidRPr="00D31D98" w14:paraId="2100D558" w14:textId="77777777" w:rsidTr="00966809">
        <w:trPr>
          <w:cantSplit/>
        </w:trPr>
        <w:tc>
          <w:tcPr>
            <w:tcW w:w="2381" w:type="dxa"/>
            <w:vAlign w:val="center"/>
          </w:tcPr>
          <w:p w14:paraId="09B48483"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D4C3E59"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matematike</w:t>
            </w:r>
          </w:p>
        </w:tc>
      </w:tr>
      <w:tr w:rsidR="001865F2" w:rsidRPr="00D31D98" w14:paraId="0A0FE8B4" w14:textId="77777777" w:rsidTr="00966809">
        <w:trPr>
          <w:cantSplit/>
        </w:trPr>
        <w:tc>
          <w:tcPr>
            <w:tcW w:w="2381" w:type="dxa"/>
            <w:vAlign w:val="center"/>
          </w:tcPr>
          <w:p w14:paraId="380551EF"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F2503CF" w14:textId="77777777" w:rsidR="001865F2" w:rsidRPr="00D31D98" w:rsidRDefault="001865F2" w:rsidP="00966809">
            <w:pPr>
              <w:widowControl w:val="0"/>
            </w:pPr>
            <w:r w:rsidRPr="00D31D98">
              <w:rPr>
                <w:szCs w:val="24"/>
              </w:rPr>
              <w:t>Učenici u paru ili skupini odabiru situaciju iz okoline, primjerice cijene i popuste, potrošnju energije, promet, arhitekturu, sport ili vremenske prilike. Podatke prikupljaju opažanjem ili iz javno dostupnih izvora, obrađuju ih u proračunskoj tablici (npr. Excelu ili Google tablicama) te izrađuju tablicu, grafikon i kratko izlaganje. Ne prikupljaju osobne podatke.</w:t>
            </w:r>
          </w:p>
        </w:tc>
      </w:tr>
      <w:tr w:rsidR="001865F2" w:rsidRPr="00D31D98" w14:paraId="77E315B3" w14:textId="77777777" w:rsidTr="00966809">
        <w:trPr>
          <w:cantSplit/>
        </w:trPr>
        <w:tc>
          <w:tcPr>
            <w:tcW w:w="2381" w:type="dxa"/>
            <w:vAlign w:val="center"/>
          </w:tcPr>
          <w:p w14:paraId="1F5F0654"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B827C31" w14:textId="77777777" w:rsidR="001865F2" w:rsidRPr="00D31D98" w:rsidRDefault="001865F2" w:rsidP="00966809">
            <w:pPr>
              <w:widowControl w:val="0"/>
            </w:pPr>
            <w:r w:rsidRPr="00D31D98">
              <w:rPr>
                <w:szCs w:val="24"/>
              </w:rPr>
              <w:t>Listopad – studeni 2026.; 3 nastavna sata.</w:t>
            </w:r>
          </w:p>
        </w:tc>
      </w:tr>
      <w:tr w:rsidR="001865F2" w:rsidRPr="00D31D98" w14:paraId="56117399" w14:textId="77777777" w:rsidTr="00966809">
        <w:trPr>
          <w:cantSplit/>
        </w:trPr>
        <w:tc>
          <w:tcPr>
            <w:tcW w:w="2381" w:type="dxa"/>
            <w:vAlign w:val="center"/>
          </w:tcPr>
          <w:p w14:paraId="5DC4732E" w14:textId="77777777" w:rsidR="001865F2" w:rsidRPr="00D31D98" w:rsidRDefault="001865F2" w:rsidP="00966809">
            <w:pPr>
              <w:widowControl w:val="0"/>
              <w:rPr>
                <w:b/>
              </w:rPr>
            </w:pPr>
            <w:r w:rsidRPr="00D31D98">
              <w:rPr>
                <w:b/>
                <w:bCs/>
                <w:szCs w:val="24"/>
              </w:rPr>
              <w:t>Troškovnik</w:t>
            </w:r>
          </w:p>
        </w:tc>
        <w:tc>
          <w:tcPr>
            <w:tcW w:w="6690" w:type="dxa"/>
            <w:vAlign w:val="center"/>
          </w:tcPr>
          <w:p w14:paraId="54838EFD" w14:textId="77777777" w:rsidR="001865F2" w:rsidRPr="00D31D98" w:rsidRDefault="001865F2" w:rsidP="00966809">
            <w:pPr>
              <w:widowControl w:val="0"/>
            </w:pPr>
            <w:r w:rsidRPr="00D31D98">
              <w:rPr>
                <w:szCs w:val="24"/>
              </w:rPr>
              <w:t>Koriste se školska oprema i dostupni digitalni alati.</w:t>
            </w:r>
          </w:p>
        </w:tc>
      </w:tr>
      <w:tr w:rsidR="001865F2" w:rsidRPr="00D31D98" w14:paraId="7DBA1273" w14:textId="77777777" w:rsidTr="00966809">
        <w:trPr>
          <w:cantSplit/>
        </w:trPr>
        <w:tc>
          <w:tcPr>
            <w:tcW w:w="2381" w:type="dxa"/>
            <w:vAlign w:val="center"/>
          </w:tcPr>
          <w:p w14:paraId="768C9FCD"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BDB78E8" w14:textId="77777777" w:rsidR="001865F2" w:rsidRPr="00D31D98" w:rsidRDefault="001865F2" w:rsidP="00966809">
            <w:pPr>
              <w:widowControl w:val="0"/>
            </w:pPr>
            <w:r w:rsidRPr="00D31D98">
              <w:rPr>
                <w:szCs w:val="24"/>
              </w:rPr>
              <w:t xml:space="preserve">Prema unaprijed poznatim kriterijima vrednuju se točnost obrade, primjerenost tabličnog i grafičkog prikaza, utemeljenost zaključaka, suradnja i jasnoća izlaganja. Učenici provode kratko </w:t>
            </w:r>
            <w:proofErr w:type="spellStart"/>
            <w:r w:rsidRPr="00D31D98">
              <w:rPr>
                <w:szCs w:val="24"/>
              </w:rPr>
              <w:t>samovrednovanje</w:t>
            </w:r>
            <w:proofErr w:type="spellEnd"/>
            <w:r w:rsidRPr="00D31D98">
              <w:rPr>
                <w:szCs w:val="24"/>
              </w:rPr>
              <w:t>.</w:t>
            </w:r>
          </w:p>
        </w:tc>
      </w:tr>
    </w:tbl>
    <w:p w14:paraId="6662D27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30ACC63" w14:textId="77777777" w:rsidTr="00966809">
        <w:trPr>
          <w:cantSplit/>
        </w:trPr>
        <w:tc>
          <w:tcPr>
            <w:tcW w:w="2381" w:type="dxa"/>
            <w:vAlign w:val="center"/>
          </w:tcPr>
          <w:p w14:paraId="78320A68"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2C6216E" w14:textId="77777777" w:rsidR="001865F2" w:rsidRPr="00D31D98" w:rsidRDefault="001865F2" w:rsidP="00966809">
            <w:pPr>
              <w:keepNext/>
              <w:widowControl w:val="0"/>
              <w:rPr>
                <w:b/>
              </w:rPr>
            </w:pPr>
            <w:r w:rsidRPr="00D31D98">
              <w:rPr>
                <w:b/>
                <w:bCs/>
                <w:szCs w:val="24"/>
              </w:rPr>
              <w:t>Matematika – 2. razred</w:t>
            </w:r>
          </w:p>
          <w:p w14:paraId="75FD574B" w14:textId="77777777" w:rsidR="001865F2" w:rsidRPr="00D31D98" w:rsidRDefault="001865F2" w:rsidP="00966809">
            <w:pPr>
              <w:keepNext/>
              <w:widowControl w:val="0"/>
              <w:rPr>
                <w:b/>
              </w:rPr>
            </w:pPr>
            <w:r w:rsidRPr="00D31D98">
              <w:rPr>
                <w:b/>
                <w:bCs/>
                <w:szCs w:val="24"/>
              </w:rPr>
              <w:t>„Koliko zapravo košta život?“</w:t>
            </w:r>
          </w:p>
        </w:tc>
      </w:tr>
      <w:tr w:rsidR="001865F2" w:rsidRPr="00D31D98" w14:paraId="42D4B0FB" w14:textId="77777777" w:rsidTr="00966809">
        <w:trPr>
          <w:cantSplit/>
        </w:trPr>
        <w:tc>
          <w:tcPr>
            <w:tcW w:w="2381" w:type="dxa"/>
            <w:vAlign w:val="center"/>
          </w:tcPr>
          <w:p w14:paraId="204FBA6C" w14:textId="77777777" w:rsidR="001865F2" w:rsidRPr="00D31D98" w:rsidRDefault="001865F2" w:rsidP="00966809">
            <w:pPr>
              <w:widowControl w:val="0"/>
              <w:rPr>
                <w:b/>
              </w:rPr>
            </w:pPr>
            <w:r w:rsidRPr="00D31D98">
              <w:rPr>
                <w:b/>
                <w:bCs/>
                <w:szCs w:val="24"/>
              </w:rPr>
              <w:t>Ciljevi</w:t>
            </w:r>
          </w:p>
        </w:tc>
        <w:tc>
          <w:tcPr>
            <w:tcW w:w="6690" w:type="dxa"/>
            <w:vAlign w:val="center"/>
          </w:tcPr>
          <w:p w14:paraId="2DAF8D83" w14:textId="77777777" w:rsidR="001865F2" w:rsidRPr="00D31D98" w:rsidRDefault="001865F2" w:rsidP="00966809">
            <w:pPr>
              <w:widowControl w:val="0"/>
            </w:pPr>
            <w:r w:rsidRPr="00D31D98">
              <w:rPr>
                <w:szCs w:val="24"/>
              </w:rPr>
              <w:t>Primijeniti postotni račun i funkcije u realističnim financijskim situacijama; izraditi i analizirati mjesečni proračun; razvijati financijsku pismenost, kritičko promišljanje i odgovorno donošenje odluka.</w:t>
            </w:r>
          </w:p>
        </w:tc>
      </w:tr>
      <w:tr w:rsidR="001865F2" w:rsidRPr="00D31D98" w14:paraId="183E4880" w14:textId="77777777" w:rsidTr="00966809">
        <w:trPr>
          <w:cantSplit/>
        </w:trPr>
        <w:tc>
          <w:tcPr>
            <w:tcW w:w="2381" w:type="dxa"/>
            <w:vAlign w:val="center"/>
          </w:tcPr>
          <w:p w14:paraId="7496779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B766645" w14:textId="77777777" w:rsidR="001865F2" w:rsidRPr="00D31D98" w:rsidRDefault="001865F2" w:rsidP="00966809">
            <w:pPr>
              <w:widowControl w:val="0"/>
            </w:pPr>
            <w:r w:rsidRPr="00D31D98">
              <w:rPr>
                <w:szCs w:val="24"/>
              </w:rPr>
              <w:t>Učenicima 2.š razreda radi praktične primjene matematičkih sadržaja i promišljanja o planiranju osobnih financija.</w:t>
            </w:r>
          </w:p>
        </w:tc>
      </w:tr>
      <w:tr w:rsidR="001865F2" w:rsidRPr="00D31D98" w14:paraId="4FE9D016" w14:textId="77777777" w:rsidTr="00966809">
        <w:trPr>
          <w:cantSplit/>
        </w:trPr>
        <w:tc>
          <w:tcPr>
            <w:tcW w:w="2381" w:type="dxa"/>
            <w:vAlign w:val="center"/>
          </w:tcPr>
          <w:p w14:paraId="28700B6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D722B08"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matematike.</w:t>
            </w:r>
          </w:p>
        </w:tc>
      </w:tr>
      <w:tr w:rsidR="001865F2" w:rsidRPr="00D31D98" w14:paraId="35EBC0AC" w14:textId="77777777" w:rsidTr="00966809">
        <w:trPr>
          <w:cantSplit/>
        </w:trPr>
        <w:tc>
          <w:tcPr>
            <w:tcW w:w="2381" w:type="dxa"/>
            <w:vAlign w:val="center"/>
          </w:tcPr>
          <w:p w14:paraId="57E0B156"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620005CF" w14:textId="77777777" w:rsidR="001865F2" w:rsidRPr="00D31D98" w:rsidRDefault="001865F2" w:rsidP="00966809">
            <w:pPr>
              <w:widowControl w:val="0"/>
            </w:pPr>
            <w:r w:rsidRPr="00D31D98">
              <w:rPr>
                <w:szCs w:val="24"/>
              </w:rPr>
              <w:t>Učenici u skupinama dobivaju unaprijed zadani, izmišljeni mjesečni neto prihod i planiraju samostalan život. U proračunu obuhvaćaju stanovanje, režije, hranu, prijevoz, mobilnu komunikaciju, slobodno vrijeme i štednju. Primjenjuju postotni račun i funkcije pri usporedbi troškova; uz zadane podatke mogu analizirati i hipotetski primjer inflacije, kamata ili kredita. Skupine obrazlažu prioritete i predstavljaju održiv mjesečni proračun.</w:t>
            </w:r>
          </w:p>
        </w:tc>
      </w:tr>
      <w:tr w:rsidR="001865F2" w:rsidRPr="00D31D98" w14:paraId="71BB08CF" w14:textId="77777777" w:rsidTr="00966809">
        <w:trPr>
          <w:cantSplit/>
        </w:trPr>
        <w:tc>
          <w:tcPr>
            <w:tcW w:w="2381" w:type="dxa"/>
            <w:vAlign w:val="center"/>
          </w:tcPr>
          <w:p w14:paraId="304B6498"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575EFA74" w14:textId="77777777" w:rsidR="001865F2" w:rsidRPr="00D31D98" w:rsidRDefault="001865F2" w:rsidP="00966809">
            <w:pPr>
              <w:widowControl w:val="0"/>
            </w:pPr>
            <w:r w:rsidRPr="00D31D98">
              <w:rPr>
                <w:szCs w:val="24"/>
              </w:rPr>
              <w:t>Siječanj – veljača 2027.; 3–4 nastavna sata.</w:t>
            </w:r>
          </w:p>
        </w:tc>
      </w:tr>
      <w:tr w:rsidR="001865F2" w:rsidRPr="00D31D98" w14:paraId="1812DB63" w14:textId="77777777" w:rsidTr="00966809">
        <w:trPr>
          <w:cantSplit/>
        </w:trPr>
        <w:tc>
          <w:tcPr>
            <w:tcW w:w="2381" w:type="dxa"/>
            <w:vAlign w:val="center"/>
          </w:tcPr>
          <w:p w14:paraId="2F4DD0C8" w14:textId="77777777" w:rsidR="001865F2" w:rsidRPr="00D31D98" w:rsidRDefault="001865F2" w:rsidP="00966809">
            <w:pPr>
              <w:widowControl w:val="0"/>
              <w:rPr>
                <w:b/>
              </w:rPr>
            </w:pPr>
            <w:r w:rsidRPr="00D31D98">
              <w:rPr>
                <w:b/>
                <w:bCs/>
                <w:szCs w:val="24"/>
              </w:rPr>
              <w:t>Troškovnik</w:t>
            </w:r>
          </w:p>
        </w:tc>
        <w:tc>
          <w:tcPr>
            <w:tcW w:w="6690" w:type="dxa"/>
            <w:vAlign w:val="center"/>
          </w:tcPr>
          <w:p w14:paraId="574F4B91" w14:textId="77777777" w:rsidR="001865F2" w:rsidRPr="00D31D98" w:rsidRDefault="001865F2" w:rsidP="00966809">
            <w:pPr>
              <w:widowControl w:val="0"/>
            </w:pPr>
            <w:r w:rsidRPr="00D31D98">
              <w:rPr>
                <w:szCs w:val="24"/>
              </w:rPr>
              <w:t>Koriste se školska oprema i besplatni digitalni alati.</w:t>
            </w:r>
          </w:p>
        </w:tc>
      </w:tr>
      <w:tr w:rsidR="001865F2" w:rsidRPr="00D31D98" w14:paraId="63E36278" w14:textId="77777777" w:rsidTr="00966809">
        <w:trPr>
          <w:cantSplit/>
        </w:trPr>
        <w:tc>
          <w:tcPr>
            <w:tcW w:w="2381" w:type="dxa"/>
            <w:vAlign w:val="center"/>
          </w:tcPr>
          <w:p w14:paraId="2677130C"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1228209" w14:textId="77777777" w:rsidR="001865F2" w:rsidRPr="00D31D98" w:rsidRDefault="001865F2" w:rsidP="00966809">
            <w:pPr>
              <w:widowControl w:val="0"/>
            </w:pPr>
            <w:r w:rsidRPr="00D31D98">
              <w:rPr>
                <w:szCs w:val="24"/>
              </w:rPr>
              <w:t xml:space="preserve">Vrednuju se točnost izračuna, cjelovitost i održivost proračuna, primjerenost matematičkog prikaza, obrazloženje odluka i suradnja u skupini. Učenici uspoređuju rješenja i provode </w:t>
            </w:r>
            <w:proofErr w:type="spellStart"/>
            <w:r w:rsidRPr="00D31D98">
              <w:rPr>
                <w:szCs w:val="24"/>
              </w:rPr>
              <w:t>samovrednovanje</w:t>
            </w:r>
            <w:proofErr w:type="spellEnd"/>
            <w:r w:rsidRPr="00D31D98">
              <w:rPr>
                <w:szCs w:val="24"/>
              </w:rPr>
              <w:t>.</w:t>
            </w:r>
          </w:p>
        </w:tc>
      </w:tr>
    </w:tbl>
    <w:p w14:paraId="25456F36"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75D2AF3" w14:textId="77777777" w:rsidTr="00966809">
        <w:trPr>
          <w:cantSplit/>
        </w:trPr>
        <w:tc>
          <w:tcPr>
            <w:tcW w:w="2381" w:type="dxa"/>
            <w:vAlign w:val="center"/>
          </w:tcPr>
          <w:p w14:paraId="73C82762"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09BC05A" w14:textId="77777777" w:rsidR="001865F2" w:rsidRPr="00D31D98" w:rsidRDefault="001865F2" w:rsidP="00966809">
            <w:pPr>
              <w:keepNext/>
              <w:widowControl w:val="0"/>
              <w:rPr>
                <w:b/>
              </w:rPr>
            </w:pPr>
            <w:r w:rsidRPr="00D31D98">
              <w:rPr>
                <w:b/>
                <w:bCs/>
                <w:szCs w:val="24"/>
              </w:rPr>
              <w:t>Matematika – 4. razred</w:t>
            </w:r>
          </w:p>
          <w:p w14:paraId="522F304F" w14:textId="77777777" w:rsidR="001865F2" w:rsidRPr="00D31D98" w:rsidRDefault="001865F2" w:rsidP="00966809">
            <w:pPr>
              <w:keepNext/>
              <w:widowControl w:val="0"/>
              <w:rPr>
                <w:b/>
              </w:rPr>
            </w:pPr>
            <w:r w:rsidRPr="00D31D98">
              <w:rPr>
                <w:b/>
                <w:bCs/>
                <w:szCs w:val="24"/>
              </w:rPr>
              <w:t>„Matura bez panike“</w:t>
            </w:r>
          </w:p>
        </w:tc>
      </w:tr>
      <w:tr w:rsidR="001865F2" w:rsidRPr="00D31D98" w14:paraId="009B1A5B" w14:textId="77777777" w:rsidTr="00966809">
        <w:trPr>
          <w:cantSplit/>
        </w:trPr>
        <w:tc>
          <w:tcPr>
            <w:tcW w:w="2381" w:type="dxa"/>
            <w:vAlign w:val="center"/>
          </w:tcPr>
          <w:p w14:paraId="4C45ADD4" w14:textId="77777777" w:rsidR="001865F2" w:rsidRPr="00D31D98" w:rsidRDefault="001865F2" w:rsidP="00966809">
            <w:pPr>
              <w:widowControl w:val="0"/>
              <w:rPr>
                <w:b/>
              </w:rPr>
            </w:pPr>
            <w:r w:rsidRPr="00D31D98">
              <w:rPr>
                <w:b/>
                <w:bCs/>
                <w:szCs w:val="24"/>
              </w:rPr>
              <w:t>Ciljevi</w:t>
            </w:r>
          </w:p>
        </w:tc>
        <w:tc>
          <w:tcPr>
            <w:tcW w:w="6690" w:type="dxa"/>
            <w:vAlign w:val="center"/>
          </w:tcPr>
          <w:p w14:paraId="282A7A1B" w14:textId="77777777" w:rsidR="001865F2" w:rsidRPr="00D31D98" w:rsidRDefault="001865F2" w:rsidP="00966809">
            <w:pPr>
              <w:widowControl w:val="0"/>
            </w:pPr>
            <w:r w:rsidRPr="00D31D98">
              <w:rPr>
                <w:szCs w:val="24"/>
              </w:rPr>
              <w:t>Sustavno ponavljati i povezivati matematičke sadržaje; razvijati jasno matematičko argumentiranje i objašnjavanje postupaka; prepoznati česte pogreške te osnažiti samostalnost i sigurnost u pripremi za državnu maturu.</w:t>
            </w:r>
          </w:p>
        </w:tc>
      </w:tr>
      <w:tr w:rsidR="001865F2" w:rsidRPr="00D31D98" w14:paraId="38F28E07" w14:textId="77777777" w:rsidTr="00966809">
        <w:trPr>
          <w:cantSplit/>
        </w:trPr>
        <w:tc>
          <w:tcPr>
            <w:tcW w:w="2381" w:type="dxa"/>
            <w:vAlign w:val="center"/>
          </w:tcPr>
          <w:p w14:paraId="594EBF8B"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D1710F6" w14:textId="77777777" w:rsidR="001865F2" w:rsidRPr="00D31D98" w:rsidRDefault="001865F2" w:rsidP="00966809">
            <w:pPr>
              <w:widowControl w:val="0"/>
            </w:pPr>
            <w:r w:rsidRPr="00D31D98">
              <w:rPr>
                <w:szCs w:val="24"/>
              </w:rPr>
              <w:t>Učenicima 4. a razreda radi kontinuirane i suradničke pripreme za ispit državne mature iz matematike.</w:t>
            </w:r>
          </w:p>
        </w:tc>
      </w:tr>
      <w:tr w:rsidR="001865F2" w:rsidRPr="00D31D98" w14:paraId="055ACA17" w14:textId="77777777" w:rsidTr="00966809">
        <w:trPr>
          <w:cantSplit/>
        </w:trPr>
        <w:tc>
          <w:tcPr>
            <w:tcW w:w="2381" w:type="dxa"/>
            <w:vAlign w:val="center"/>
          </w:tcPr>
          <w:p w14:paraId="4C3F6228"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6A57A8A"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matematike.</w:t>
            </w:r>
          </w:p>
        </w:tc>
      </w:tr>
      <w:tr w:rsidR="001865F2" w:rsidRPr="00D31D98" w14:paraId="04469A7B" w14:textId="77777777" w:rsidTr="00966809">
        <w:trPr>
          <w:cantSplit/>
        </w:trPr>
        <w:tc>
          <w:tcPr>
            <w:tcW w:w="2381" w:type="dxa"/>
            <w:vAlign w:val="center"/>
          </w:tcPr>
          <w:p w14:paraId="0707928D"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88DD58F" w14:textId="77777777" w:rsidR="001865F2" w:rsidRPr="00D31D98" w:rsidRDefault="001865F2" w:rsidP="00966809">
            <w:pPr>
              <w:widowControl w:val="0"/>
            </w:pPr>
            <w:r w:rsidRPr="00D31D98">
              <w:rPr>
                <w:szCs w:val="24"/>
              </w:rPr>
              <w:t>Tijekom godine svaki učenik ili par obrađuje dogovorenu cjelinu, primjerice funkcije, trigonometriju, geometriju, vjerojatnost ili nizove. Za odabrani zadatak izrađuje cjelovito rješenje, objašnjenje postupka, prikaz čestih pogrešaka i savjet za rješavanje. Nastavnica provjerava matematičku točnost, a radovi se objedinjuju u digitalnu zbirku „Naš vodič kroz maturu iz matematike“. Uz preuzete zadatke navode se izvori.</w:t>
            </w:r>
          </w:p>
        </w:tc>
      </w:tr>
      <w:tr w:rsidR="001865F2" w:rsidRPr="00D31D98" w14:paraId="3FFA80D1" w14:textId="77777777" w:rsidTr="00966809">
        <w:trPr>
          <w:cantSplit/>
        </w:trPr>
        <w:tc>
          <w:tcPr>
            <w:tcW w:w="2381" w:type="dxa"/>
            <w:vAlign w:val="center"/>
          </w:tcPr>
          <w:p w14:paraId="23A117C2"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619345B" w14:textId="77777777" w:rsidR="001865F2" w:rsidRPr="00D31D98" w:rsidRDefault="001865F2" w:rsidP="00966809">
            <w:pPr>
              <w:widowControl w:val="0"/>
            </w:pPr>
            <w:r w:rsidRPr="00D31D98">
              <w:rPr>
                <w:szCs w:val="24"/>
              </w:rPr>
              <w:t>Rujan 2026. – svibanj 2027.; tijekom školske godine, uz završno uređivanje zbirke u svibnju.</w:t>
            </w:r>
          </w:p>
        </w:tc>
      </w:tr>
      <w:tr w:rsidR="001865F2" w:rsidRPr="00D31D98" w14:paraId="429AB05D" w14:textId="77777777" w:rsidTr="00966809">
        <w:trPr>
          <w:cantSplit/>
        </w:trPr>
        <w:tc>
          <w:tcPr>
            <w:tcW w:w="2381" w:type="dxa"/>
            <w:vAlign w:val="center"/>
          </w:tcPr>
          <w:p w14:paraId="082CB236" w14:textId="77777777" w:rsidR="001865F2" w:rsidRPr="00D31D98" w:rsidRDefault="001865F2" w:rsidP="00966809">
            <w:pPr>
              <w:widowControl w:val="0"/>
              <w:rPr>
                <w:b/>
              </w:rPr>
            </w:pPr>
            <w:r w:rsidRPr="00D31D98">
              <w:rPr>
                <w:b/>
                <w:bCs/>
                <w:szCs w:val="24"/>
              </w:rPr>
              <w:t>Troškovnik</w:t>
            </w:r>
          </w:p>
        </w:tc>
        <w:tc>
          <w:tcPr>
            <w:tcW w:w="6690" w:type="dxa"/>
            <w:vAlign w:val="center"/>
          </w:tcPr>
          <w:p w14:paraId="35BD84C1" w14:textId="77777777" w:rsidR="001865F2" w:rsidRPr="00D31D98" w:rsidRDefault="001865F2" w:rsidP="00966809">
            <w:pPr>
              <w:widowControl w:val="0"/>
            </w:pPr>
            <w:r w:rsidRPr="00D31D98">
              <w:rPr>
                <w:szCs w:val="24"/>
              </w:rPr>
              <w:t>Do 5 € za ispis po potrebi; zbirka se izrađuje digitalno školskim alatima. Ne predviđa se obvezno financijsko sudjelovanje učenika.</w:t>
            </w:r>
          </w:p>
        </w:tc>
      </w:tr>
      <w:tr w:rsidR="001865F2" w:rsidRPr="00D31D98" w14:paraId="126D636A" w14:textId="77777777" w:rsidTr="00966809">
        <w:trPr>
          <w:cantSplit/>
        </w:trPr>
        <w:tc>
          <w:tcPr>
            <w:tcW w:w="2381" w:type="dxa"/>
            <w:vAlign w:val="center"/>
          </w:tcPr>
          <w:p w14:paraId="436CA7DE"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A70BF73" w14:textId="77777777" w:rsidR="001865F2" w:rsidRPr="00D31D98" w:rsidRDefault="001865F2" w:rsidP="00966809">
            <w:pPr>
              <w:widowControl w:val="0"/>
            </w:pPr>
            <w:r w:rsidRPr="00D31D98">
              <w:rPr>
                <w:szCs w:val="24"/>
              </w:rPr>
              <w:t xml:space="preserve">Vrednuju se točnost i preglednost rješenja, kvaliteta objašnjenja, prepoznavanje pogrešaka, korisnost savjeta, navođenje izvora i doprinos skupini. Primjenjuju se povratna informacija, vršnjačko vrednovanje i </w:t>
            </w:r>
            <w:proofErr w:type="spellStart"/>
            <w:r w:rsidRPr="00D31D98">
              <w:rPr>
                <w:szCs w:val="24"/>
              </w:rPr>
              <w:t>samovrednovanje</w:t>
            </w:r>
            <w:proofErr w:type="spellEnd"/>
            <w:r w:rsidRPr="00D31D98">
              <w:rPr>
                <w:szCs w:val="24"/>
              </w:rPr>
              <w:t>.</w:t>
            </w:r>
          </w:p>
        </w:tc>
      </w:tr>
    </w:tbl>
    <w:p w14:paraId="098B9BA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61A0B0C1" w14:textId="77777777" w:rsidTr="00966809">
        <w:trPr>
          <w:cantSplit/>
        </w:trPr>
        <w:tc>
          <w:tcPr>
            <w:tcW w:w="2381" w:type="dxa"/>
            <w:vAlign w:val="center"/>
          </w:tcPr>
          <w:p w14:paraId="4BDFD7DF"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65695D4D" w14:textId="77777777" w:rsidR="001865F2" w:rsidRPr="00D31D98" w:rsidRDefault="001865F2" w:rsidP="00966809">
            <w:pPr>
              <w:keepNext/>
              <w:widowControl w:val="0"/>
              <w:rPr>
                <w:b/>
              </w:rPr>
            </w:pPr>
            <w:r w:rsidRPr="00D31D98">
              <w:rPr>
                <w:b/>
                <w:bCs/>
                <w:szCs w:val="24"/>
              </w:rPr>
              <w:t>Matematika i informatika – 1. razred</w:t>
            </w:r>
          </w:p>
          <w:p w14:paraId="162D4444" w14:textId="77777777" w:rsidR="001865F2" w:rsidRPr="00D31D98" w:rsidRDefault="001865F2" w:rsidP="00966809">
            <w:pPr>
              <w:keepNext/>
              <w:widowControl w:val="0"/>
              <w:rPr>
                <w:b/>
              </w:rPr>
            </w:pPr>
            <w:r w:rsidRPr="00D31D98">
              <w:rPr>
                <w:b/>
                <w:bCs/>
                <w:szCs w:val="24"/>
              </w:rPr>
              <w:t>„Statistika našeg razreda“</w:t>
            </w:r>
          </w:p>
        </w:tc>
      </w:tr>
      <w:tr w:rsidR="001865F2" w:rsidRPr="00D31D98" w14:paraId="04E4E716" w14:textId="77777777" w:rsidTr="00966809">
        <w:trPr>
          <w:cantSplit/>
        </w:trPr>
        <w:tc>
          <w:tcPr>
            <w:tcW w:w="2381" w:type="dxa"/>
            <w:vAlign w:val="center"/>
          </w:tcPr>
          <w:p w14:paraId="6CA9C3F6" w14:textId="77777777" w:rsidR="001865F2" w:rsidRPr="00D31D98" w:rsidRDefault="001865F2" w:rsidP="00966809">
            <w:pPr>
              <w:widowControl w:val="0"/>
              <w:rPr>
                <w:b/>
              </w:rPr>
            </w:pPr>
            <w:r w:rsidRPr="00D31D98">
              <w:rPr>
                <w:b/>
                <w:bCs/>
                <w:szCs w:val="24"/>
              </w:rPr>
              <w:t>Ciljevi</w:t>
            </w:r>
          </w:p>
        </w:tc>
        <w:tc>
          <w:tcPr>
            <w:tcW w:w="6690" w:type="dxa"/>
            <w:vAlign w:val="center"/>
          </w:tcPr>
          <w:p w14:paraId="47CFAB21" w14:textId="77777777" w:rsidR="001865F2" w:rsidRPr="00D31D98" w:rsidRDefault="001865F2" w:rsidP="00966809">
            <w:pPr>
              <w:widowControl w:val="0"/>
            </w:pPr>
            <w:r w:rsidRPr="00D31D98">
              <w:rPr>
                <w:szCs w:val="24"/>
              </w:rPr>
              <w:t xml:space="preserve">Razvijati statističku i digitalnu pismenost; prikupljati i obrađivati podatke; izračunati aritmetičku sredinu, medijan, </w:t>
            </w:r>
            <w:proofErr w:type="spellStart"/>
            <w:r w:rsidRPr="00D31D98">
              <w:rPr>
                <w:szCs w:val="24"/>
              </w:rPr>
              <w:t>mod</w:t>
            </w:r>
            <w:proofErr w:type="spellEnd"/>
            <w:r w:rsidRPr="00D31D98">
              <w:rPr>
                <w:szCs w:val="24"/>
              </w:rPr>
              <w:t xml:space="preserve"> i postotke; prikazati rezultate te ih kritički i odgovorno tumačiti.</w:t>
            </w:r>
          </w:p>
        </w:tc>
      </w:tr>
      <w:tr w:rsidR="001865F2" w:rsidRPr="00D31D98" w14:paraId="1DEFC79B" w14:textId="77777777" w:rsidTr="00966809">
        <w:trPr>
          <w:cantSplit/>
        </w:trPr>
        <w:tc>
          <w:tcPr>
            <w:tcW w:w="2381" w:type="dxa"/>
            <w:vAlign w:val="center"/>
          </w:tcPr>
          <w:p w14:paraId="5C81DF27"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D5AC2CA" w14:textId="77777777" w:rsidR="001865F2" w:rsidRPr="00D31D98" w:rsidRDefault="001865F2" w:rsidP="00966809">
            <w:pPr>
              <w:widowControl w:val="0"/>
            </w:pPr>
            <w:r w:rsidRPr="00D31D98">
              <w:rPr>
                <w:szCs w:val="24"/>
              </w:rPr>
              <w:t>Učenicima 1.š razreda radi povezivanja statističkih sadržaja s njihovom svakodnevicom i razvoja odgovornog rada s podacima.</w:t>
            </w:r>
          </w:p>
        </w:tc>
      </w:tr>
      <w:tr w:rsidR="001865F2" w:rsidRPr="00D31D98" w14:paraId="679D8301" w14:textId="77777777" w:rsidTr="00966809">
        <w:trPr>
          <w:cantSplit/>
        </w:trPr>
        <w:tc>
          <w:tcPr>
            <w:tcW w:w="2381" w:type="dxa"/>
            <w:vAlign w:val="center"/>
          </w:tcPr>
          <w:p w14:paraId="12C9417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4DE1B9B0"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matematike i informatike.</w:t>
            </w:r>
          </w:p>
        </w:tc>
      </w:tr>
      <w:tr w:rsidR="001865F2" w:rsidRPr="00D31D98" w14:paraId="774D743B" w14:textId="77777777" w:rsidTr="00966809">
        <w:trPr>
          <w:cantSplit/>
        </w:trPr>
        <w:tc>
          <w:tcPr>
            <w:tcW w:w="2381" w:type="dxa"/>
            <w:vAlign w:val="center"/>
          </w:tcPr>
          <w:p w14:paraId="20B7B70D"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2F62099" w14:textId="77777777" w:rsidR="001865F2" w:rsidRPr="00D31D98" w:rsidRDefault="001865F2" w:rsidP="00966809">
            <w:pPr>
              <w:widowControl w:val="0"/>
            </w:pPr>
            <w:r w:rsidRPr="00D31D98">
              <w:rPr>
                <w:szCs w:val="24"/>
              </w:rPr>
              <w:t xml:space="preserve">Učenici osmišljavaju kratku anonimnu anketu o temama poput vremena provedenog na mobitelu, trajanja sna, putovanja do škole, vremena za učenje ili uporabe umjetne inteligencije za učenje. Sudjelovanje je dobrovoljno, a anketa ne prikuplja imena ni druge osobne podatke. Učenici podatke obrađuju u proračunskoj tablici, računaju aritmetičku sredinu, medijan, </w:t>
            </w:r>
            <w:proofErr w:type="spellStart"/>
            <w:r w:rsidRPr="00D31D98">
              <w:rPr>
                <w:szCs w:val="24"/>
              </w:rPr>
              <w:t>mod</w:t>
            </w:r>
            <w:proofErr w:type="spellEnd"/>
            <w:r w:rsidRPr="00D31D98">
              <w:rPr>
                <w:szCs w:val="24"/>
              </w:rPr>
              <w:t xml:space="preserve"> i postotke, izrađuju grafikone te raspravljaju o zaključcima i ograničenjima ankete.</w:t>
            </w:r>
          </w:p>
        </w:tc>
      </w:tr>
      <w:tr w:rsidR="001865F2" w:rsidRPr="00D31D98" w14:paraId="257D1355" w14:textId="77777777" w:rsidTr="00966809">
        <w:trPr>
          <w:cantSplit/>
        </w:trPr>
        <w:tc>
          <w:tcPr>
            <w:tcW w:w="2381" w:type="dxa"/>
            <w:vAlign w:val="center"/>
          </w:tcPr>
          <w:p w14:paraId="7170F5CA"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592380D" w14:textId="77777777" w:rsidR="001865F2" w:rsidRPr="00D31D98" w:rsidRDefault="001865F2" w:rsidP="00966809">
            <w:pPr>
              <w:widowControl w:val="0"/>
            </w:pPr>
            <w:r w:rsidRPr="00D31D98">
              <w:rPr>
                <w:szCs w:val="24"/>
              </w:rPr>
              <w:t>Svibanj 2027.; 3–4 nastavna sata iz matematike i informatike.</w:t>
            </w:r>
          </w:p>
        </w:tc>
      </w:tr>
      <w:tr w:rsidR="001865F2" w:rsidRPr="00D31D98" w14:paraId="424F63C7" w14:textId="77777777" w:rsidTr="00966809">
        <w:trPr>
          <w:cantSplit/>
        </w:trPr>
        <w:tc>
          <w:tcPr>
            <w:tcW w:w="2381" w:type="dxa"/>
            <w:vAlign w:val="center"/>
          </w:tcPr>
          <w:p w14:paraId="4A5B57BB" w14:textId="77777777" w:rsidR="001865F2" w:rsidRPr="00D31D98" w:rsidRDefault="001865F2" w:rsidP="00966809">
            <w:pPr>
              <w:widowControl w:val="0"/>
              <w:rPr>
                <w:b/>
              </w:rPr>
            </w:pPr>
            <w:r w:rsidRPr="00D31D98">
              <w:rPr>
                <w:b/>
                <w:bCs/>
                <w:szCs w:val="24"/>
              </w:rPr>
              <w:t>Troškovnik</w:t>
            </w:r>
          </w:p>
        </w:tc>
        <w:tc>
          <w:tcPr>
            <w:tcW w:w="6690" w:type="dxa"/>
            <w:vAlign w:val="center"/>
          </w:tcPr>
          <w:p w14:paraId="2D416F16" w14:textId="77777777" w:rsidR="001865F2" w:rsidRPr="00D31D98" w:rsidRDefault="001865F2" w:rsidP="00966809">
            <w:pPr>
              <w:widowControl w:val="0"/>
            </w:pPr>
            <w:r w:rsidRPr="00D31D98">
              <w:rPr>
                <w:szCs w:val="24"/>
              </w:rPr>
              <w:t>Koriste se školska računala i dostupni digitalni alati.</w:t>
            </w:r>
          </w:p>
        </w:tc>
      </w:tr>
      <w:tr w:rsidR="001865F2" w:rsidRPr="00D31D98" w14:paraId="2CEBF6C9" w14:textId="77777777" w:rsidTr="00966809">
        <w:trPr>
          <w:cantSplit/>
        </w:trPr>
        <w:tc>
          <w:tcPr>
            <w:tcW w:w="2381" w:type="dxa"/>
            <w:vAlign w:val="center"/>
          </w:tcPr>
          <w:p w14:paraId="7AB39963"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71071D6" w14:textId="77777777" w:rsidR="001865F2" w:rsidRPr="00D31D98" w:rsidRDefault="001865F2" w:rsidP="00966809">
            <w:pPr>
              <w:widowControl w:val="0"/>
            </w:pPr>
            <w:r w:rsidRPr="00D31D98">
              <w:rPr>
                <w:szCs w:val="24"/>
              </w:rPr>
              <w:t>Vrednuju se primjerenost pitanja, urednost i odgovornost pri radu s podacima, točnost statističkih izračuna, čitljivost grafikona, utemeljenost tumačenja te suradnja.</w:t>
            </w:r>
          </w:p>
        </w:tc>
      </w:tr>
    </w:tbl>
    <w:p w14:paraId="736740E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D54A715" w14:textId="77777777" w:rsidTr="00966809">
        <w:trPr>
          <w:cantSplit/>
        </w:trPr>
        <w:tc>
          <w:tcPr>
            <w:tcW w:w="2381" w:type="dxa"/>
            <w:vAlign w:val="center"/>
          </w:tcPr>
          <w:p w14:paraId="5B31CD7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0A4F9B9" w14:textId="77777777" w:rsidR="001865F2" w:rsidRPr="00D31D98" w:rsidRDefault="001865F2" w:rsidP="00966809">
            <w:pPr>
              <w:keepNext/>
              <w:widowControl w:val="0"/>
              <w:rPr>
                <w:b/>
              </w:rPr>
            </w:pPr>
            <w:r w:rsidRPr="00D31D98">
              <w:rPr>
                <w:b/>
                <w:bCs/>
                <w:szCs w:val="24"/>
              </w:rPr>
              <w:t>Matematika – 2. razred</w:t>
            </w:r>
          </w:p>
          <w:p w14:paraId="740CE25B" w14:textId="77777777" w:rsidR="001865F2" w:rsidRPr="00D31D98" w:rsidRDefault="001865F2" w:rsidP="00966809">
            <w:pPr>
              <w:keepNext/>
              <w:widowControl w:val="0"/>
              <w:rPr>
                <w:b/>
              </w:rPr>
            </w:pPr>
            <w:r w:rsidRPr="00D31D98">
              <w:rPr>
                <w:b/>
                <w:bCs/>
                <w:szCs w:val="24"/>
              </w:rPr>
              <w:t xml:space="preserve">„Matematički </w:t>
            </w:r>
            <w:proofErr w:type="spellStart"/>
            <w:r w:rsidRPr="00D31D98">
              <w:rPr>
                <w:b/>
                <w:bCs/>
                <w:szCs w:val="24"/>
              </w:rPr>
              <w:t>escape</w:t>
            </w:r>
            <w:proofErr w:type="spellEnd"/>
            <w:r w:rsidRPr="00D31D98">
              <w:rPr>
                <w:b/>
                <w:bCs/>
                <w:szCs w:val="24"/>
              </w:rPr>
              <w:t xml:space="preserve"> room“</w:t>
            </w:r>
          </w:p>
        </w:tc>
      </w:tr>
      <w:tr w:rsidR="001865F2" w:rsidRPr="00D31D98" w14:paraId="2CF3F3C8" w14:textId="77777777" w:rsidTr="00966809">
        <w:trPr>
          <w:cantSplit/>
        </w:trPr>
        <w:tc>
          <w:tcPr>
            <w:tcW w:w="2381" w:type="dxa"/>
            <w:vAlign w:val="center"/>
          </w:tcPr>
          <w:p w14:paraId="239AAB5E" w14:textId="77777777" w:rsidR="001865F2" w:rsidRPr="00D31D98" w:rsidRDefault="001865F2" w:rsidP="00966809">
            <w:pPr>
              <w:widowControl w:val="0"/>
              <w:rPr>
                <w:b/>
              </w:rPr>
            </w:pPr>
            <w:r w:rsidRPr="00D31D98">
              <w:rPr>
                <w:b/>
                <w:bCs/>
                <w:szCs w:val="24"/>
              </w:rPr>
              <w:t>Ciljevi</w:t>
            </w:r>
          </w:p>
        </w:tc>
        <w:tc>
          <w:tcPr>
            <w:tcW w:w="6690" w:type="dxa"/>
            <w:vAlign w:val="center"/>
          </w:tcPr>
          <w:p w14:paraId="7FAD0DB6" w14:textId="77777777" w:rsidR="001865F2" w:rsidRPr="00D31D98" w:rsidRDefault="001865F2" w:rsidP="00966809">
            <w:pPr>
              <w:widowControl w:val="0"/>
            </w:pPr>
            <w:r w:rsidRPr="00D31D98">
              <w:rPr>
                <w:szCs w:val="24"/>
              </w:rPr>
              <w:t>Primjenjivati matematička znanja u problemskim situacijama; razvijati logičko zaključivanje, ustrajnost, kreativnost, suradnju i digitalne kompetencije.</w:t>
            </w:r>
          </w:p>
        </w:tc>
      </w:tr>
      <w:tr w:rsidR="001865F2" w:rsidRPr="00D31D98" w14:paraId="115D72DF" w14:textId="77777777" w:rsidTr="00966809">
        <w:trPr>
          <w:cantSplit/>
        </w:trPr>
        <w:tc>
          <w:tcPr>
            <w:tcW w:w="2381" w:type="dxa"/>
            <w:vAlign w:val="center"/>
          </w:tcPr>
          <w:p w14:paraId="25DC127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6BCBAF8" w14:textId="77777777" w:rsidR="001865F2" w:rsidRPr="00D31D98" w:rsidRDefault="001865F2" w:rsidP="00966809">
            <w:pPr>
              <w:widowControl w:val="0"/>
            </w:pPr>
            <w:r w:rsidRPr="00D31D98">
              <w:rPr>
                <w:szCs w:val="24"/>
              </w:rPr>
              <w:t>Učenicima 2.š razreda radi aktivnog ponavljanja matematičkih sadržaja i učenja kroz igru i suradničko rješavanje problema.</w:t>
            </w:r>
          </w:p>
        </w:tc>
      </w:tr>
      <w:tr w:rsidR="001865F2" w:rsidRPr="00D31D98" w14:paraId="0A9E4261" w14:textId="77777777" w:rsidTr="00966809">
        <w:trPr>
          <w:cantSplit/>
        </w:trPr>
        <w:tc>
          <w:tcPr>
            <w:tcW w:w="2381" w:type="dxa"/>
            <w:vAlign w:val="center"/>
          </w:tcPr>
          <w:p w14:paraId="490C8005"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F9823B1"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matematike.</w:t>
            </w:r>
          </w:p>
        </w:tc>
      </w:tr>
      <w:tr w:rsidR="001865F2" w:rsidRPr="00D31D98" w14:paraId="3F049473" w14:textId="77777777" w:rsidTr="00966809">
        <w:trPr>
          <w:cantSplit/>
        </w:trPr>
        <w:tc>
          <w:tcPr>
            <w:tcW w:w="2381" w:type="dxa"/>
            <w:vAlign w:val="center"/>
          </w:tcPr>
          <w:p w14:paraId="7465272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79AF70D" w14:textId="77777777" w:rsidR="001865F2" w:rsidRPr="00D31D98" w:rsidRDefault="001865F2" w:rsidP="00966809">
            <w:pPr>
              <w:widowControl w:val="0"/>
            </w:pPr>
            <w:r w:rsidRPr="00D31D98">
              <w:rPr>
                <w:szCs w:val="24"/>
              </w:rPr>
              <w:t xml:space="preserve">Učenici u skupinama osmišljavaju povezani niz matematičkih zagonetki. Točno rješenje jednog zadatka otkriva šifru ili trag za sljedeći korak. Skupine razmjenjuju igre, iskušavaju ih i dorađuju upute kako bi bile jasne i matematički točne. </w:t>
            </w:r>
            <w:proofErr w:type="spellStart"/>
            <w:r w:rsidRPr="00D31D98">
              <w:rPr>
                <w:szCs w:val="24"/>
              </w:rPr>
              <w:t>Escape</w:t>
            </w:r>
            <w:proofErr w:type="spellEnd"/>
            <w:r w:rsidRPr="00D31D98">
              <w:rPr>
                <w:szCs w:val="24"/>
              </w:rPr>
              <w:t xml:space="preserve"> room može se izraditi u učionici ili digitalno, primjerice obrascem ili prezentacijom.</w:t>
            </w:r>
          </w:p>
        </w:tc>
      </w:tr>
      <w:tr w:rsidR="001865F2" w:rsidRPr="00D31D98" w14:paraId="4E22444A" w14:textId="77777777" w:rsidTr="00966809">
        <w:trPr>
          <w:cantSplit/>
        </w:trPr>
        <w:tc>
          <w:tcPr>
            <w:tcW w:w="2381" w:type="dxa"/>
            <w:vAlign w:val="center"/>
          </w:tcPr>
          <w:p w14:paraId="2DBFDAB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34377222" w14:textId="77777777" w:rsidR="001865F2" w:rsidRPr="00D31D98" w:rsidRDefault="001865F2" w:rsidP="00966809">
            <w:pPr>
              <w:widowControl w:val="0"/>
            </w:pPr>
            <w:r w:rsidRPr="00D31D98">
              <w:rPr>
                <w:szCs w:val="24"/>
              </w:rPr>
              <w:t>Travanj 2027.; 3 nastavna sata.</w:t>
            </w:r>
          </w:p>
        </w:tc>
      </w:tr>
      <w:tr w:rsidR="001865F2" w:rsidRPr="00D31D98" w14:paraId="612A5FDF" w14:textId="77777777" w:rsidTr="00966809">
        <w:trPr>
          <w:cantSplit/>
        </w:trPr>
        <w:tc>
          <w:tcPr>
            <w:tcW w:w="2381" w:type="dxa"/>
            <w:vAlign w:val="center"/>
          </w:tcPr>
          <w:p w14:paraId="13A29EBB" w14:textId="77777777" w:rsidR="001865F2" w:rsidRPr="00D31D98" w:rsidRDefault="001865F2" w:rsidP="00966809">
            <w:pPr>
              <w:widowControl w:val="0"/>
              <w:rPr>
                <w:b/>
              </w:rPr>
            </w:pPr>
            <w:r w:rsidRPr="00D31D98">
              <w:rPr>
                <w:b/>
                <w:bCs/>
                <w:szCs w:val="24"/>
              </w:rPr>
              <w:t>Troškovnik</w:t>
            </w:r>
          </w:p>
        </w:tc>
        <w:tc>
          <w:tcPr>
            <w:tcW w:w="6690" w:type="dxa"/>
            <w:vAlign w:val="center"/>
          </w:tcPr>
          <w:p w14:paraId="60B02939" w14:textId="77777777" w:rsidR="001865F2" w:rsidRPr="00D31D98" w:rsidRDefault="001865F2" w:rsidP="00966809">
            <w:pPr>
              <w:widowControl w:val="0"/>
            </w:pPr>
            <w:r w:rsidRPr="00D31D98">
              <w:rPr>
                <w:szCs w:val="24"/>
              </w:rPr>
              <w:t>Koriste se školski uređaji i besplatni digitalni alati.</w:t>
            </w:r>
          </w:p>
        </w:tc>
      </w:tr>
      <w:tr w:rsidR="001865F2" w:rsidRPr="00D31D98" w14:paraId="4AAF67C2" w14:textId="77777777" w:rsidTr="00966809">
        <w:trPr>
          <w:cantSplit/>
        </w:trPr>
        <w:tc>
          <w:tcPr>
            <w:tcW w:w="2381" w:type="dxa"/>
            <w:vAlign w:val="center"/>
          </w:tcPr>
          <w:p w14:paraId="31ACEAFE" w14:textId="77777777" w:rsidR="001865F2" w:rsidRPr="00D31D98" w:rsidRDefault="001865F2" w:rsidP="00966809">
            <w:pPr>
              <w:widowControl w:val="0"/>
              <w:rPr>
                <w:b/>
              </w:rPr>
            </w:pPr>
            <w:r w:rsidRPr="00D31D98">
              <w:rPr>
                <w:b/>
                <w:bCs/>
                <w:szCs w:val="24"/>
              </w:rPr>
              <w:lastRenderedPageBreak/>
              <w:t>Način vrednovanja</w:t>
            </w:r>
          </w:p>
        </w:tc>
        <w:tc>
          <w:tcPr>
            <w:tcW w:w="6690" w:type="dxa"/>
            <w:vAlign w:val="center"/>
          </w:tcPr>
          <w:p w14:paraId="51BFEB36" w14:textId="77777777" w:rsidR="001865F2" w:rsidRPr="00D31D98" w:rsidRDefault="001865F2" w:rsidP="00966809">
            <w:pPr>
              <w:widowControl w:val="0"/>
            </w:pPr>
            <w:r w:rsidRPr="00D31D98">
              <w:rPr>
                <w:szCs w:val="24"/>
              </w:rPr>
              <w:t xml:space="preserve">Vrednuju se matematička točnost i primjerenost zagonetki, logika slijeda, jasnoća uputa, uspješnost testiranja, suradnja i doprinos skupini. Učenici daju vršnjačku povratnu informaciju i kratko se </w:t>
            </w:r>
            <w:proofErr w:type="spellStart"/>
            <w:r w:rsidRPr="00D31D98">
              <w:rPr>
                <w:szCs w:val="24"/>
              </w:rPr>
              <w:t>samovrednuju</w:t>
            </w:r>
            <w:proofErr w:type="spellEnd"/>
            <w:r w:rsidRPr="00D31D98">
              <w:rPr>
                <w:szCs w:val="24"/>
              </w:rPr>
              <w:t>.</w:t>
            </w:r>
          </w:p>
        </w:tc>
      </w:tr>
    </w:tbl>
    <w:p w14:paraId="462C61F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980A53A" w14:textId="77777777" w:rsidTr="00966809">
        <w:trPr>
          <w:cantSplit/>
        </w:trPr>
        <w:tc>
          <w:tcPr>
            <w:tcW w:w="2381" w:type="dxa"/>
            <w:vAlign w:val="center"/>
          </w:tcPr>
          <w:p w14:paraId="2FB6BDB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099A4F3" w14:textId="77777777" w:rsidR="001865F2" w:rsidRPr="00D31D98" w:rsidRDefault="001865F2" w:rsidP="00966809">
            <w:pPr>
              <w:keepNext/>
              <w:widowControl w:val="0"/>
              <w:rPr>
                <w:b/>
              </w:rPr>
            </w:pPr>
            <w:r w:rsidRPr="00D31D98">
              <w:rPr>
                <w:b/>
                <w:bCs/>
                <w:szCs w:val="24"/>
              </w:rPr>
              <w:t>Informatika – 1. razred</w:t>
            </w:r>
          </w:p>
          <w:p w14:paraId="7159B4F9" w14:textId="77777777" w:rsidR="001865F2" w:rsidRPr="00D31D98" w:rsidRDefault="001865F2" w:rsidP="00966809">
            <w:pPr>
              <w:keepNext/>
              <w:widowControl w:val="0"/>
              <w:rPr>
                <w:b/>
              </w:rPr>
            </w:pPr>
            <w:r w:rsidRPr="00D31D98">
              <w:rPr>
                <w:b/>
                <w:bCs/>
                <w:szCs w:val="24"/>
              </w:rPr>
              <w:t>„AI protiv učenika“</w:t>
            </w:r>
          </w:p>
        </w:tc>
      </w:tr>
      <w:tr w:rsidR="001865F2" w:rsidRPr="00D31D98" w14:paraId="7CFDAB05" w14:textId="77777777" w:rsidTr="00966809">
        <w:trPr>
          <w:cantSplit/>
        </w:trPr>
        <w:tc>
          <w:tcPr>
            <w:tcW w:w="2381" w:type="dxa"/>
            <w:vAlign w:val="center"/>
          </w:tcPr>
          <w:p w14:paraId="774F63C8" w14:textId="77777777" w:rsidR="001865F2" w:rsidRPr="00D31D98" w:rsidRDefault="001865F2" w:rsidP="00966809">
            <w:pPr>
              <w:widowControl w:val="0"/>
              <w:rPr>
                <w:b/>
              </w:rPr>
            </w:pPr>
            <w:r w:rsidRPr="00D31D98">
              <w:rPr>
                <w:b/>
                <w:bCs/>
                <w:szCs w:val="24"/>
              </w:rPr>
              <w:t>Ciljevi</w:t>
            </w:r>
          </w:p>
        </w:tc>
        <w:tc>
          <w:tcPr>
            <w:tcW w:w="6690" w:type="dxa"/>
            <w:vAlign w:val="center"/>
          </w:tcPr>
          <w:p w14:paraId="3BB3D4F6" w14:textId="77777777" w:rsidR="001865F2" w:rsidRPr="00D31D98" w:rsidRDefault="001865F2" w:rsidP="00966809">
            <w:pPr>
              <w:widowControl w:val="0"/>
            </w:pPr>
            <w:r w:rsidRPr="00D31D98">
              <w:rPr>
                <w:szCs w:val="24"/>
              </w:rPr>
              <w:t>Razvijati kritičko i odgovorno korištenje alata umjetne inteligencije; oblikovati kvalitetne upite; provjeravati točnost i vjerodostojnost odgovora; osvijestiti pitanja privatnosti i autorskih prava.</w:t>
            </w:r>
          </w:p>
        </w:tc>
      </w:tr>
      <w:tr w:rsidR="001865F2" w:rsidRPr="00D31D98" w14:paraId="01B45F95" w14:textId="77777777" w:rsidTr="00966809">
        <w:trPr>
          <w:cantSplit/>
        </w:trPr>
        <w:tc>
          <w:tcPr>
            <w:tcW w:w="2381" w:type="dxa"/>
            <w:vAlign w:val="center"/>
          </w:tcPr>
          <w:p w14:paraId="2A96CDDD"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6645240" w14:textId="77777777" w:rsidR="001865F2" w:rsidRPr="00D31D98" w:rsidRDefault="001865F2" w:rsidP="00966809">
            <w:pPr>
              <w:widowControl w:val="0"/>
            </w:pPr>
            <w:r w:rsidRPr="00D31D98">
              <w:rPr>
                <w:szCs w:val="24"/>
              </w:rPr>
              <w:t>Učenicima 1.š razreda radi razvoja digitalne i informacijske pismenosti te razumijevanja mogućnosti i ograničenja umjetne inteligencije.</w:t>
            </w:r>
          </w:p>
        </w:tc>
      </w:tr>
      <w:tr w:rsidR="001865F2" w:rsidRPr="00D31D98" w14:paraId="178AD8A9" w14:textId="77777777" w:rsidTr="00966809">
        <w:trPr>
          <w:cantSplit/>
        </w:trPr>
        <w:tc>
          <w:tcPr>
            <w:tcW w:w="2381" w:type="dxa"/>
            <w:vAlign w:val="center"/>
          </w:tcPr>
          <w:p w14:paraId="7FC3943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D191D6F"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nastavnica informatike.</w:t>
            </w:r>
          </w:p>
        </w:tc>
      </w:tr>
      <w:tr w:rsidR="001865F2" w:rsidRPr="00D31D98" w14:paraId="7A790CF9" w14:textId="77777777" w:rsidTr="00966809">
        <w:trPr>
          <w:cantSplit/>
        </w:trPr>
        <w:tc>
          <w:tcPr>
            <w:tcW w:w="2381" w:type="dxa"/>
            <w:vAlign w:val="center"/>
          </w:tcPr>
          <w:p w14:paraId="44A67AC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1BFE9CC" w14:textId="77777777" w:rsidR="001865F2" w:rsidRPr="00D31D98" w:rsidRDefault="001865F2" w:rsidP="00966809">
            <w:pPr>
              <w:widowControl w:val="0"/>
            </w:pPr>
            <w:r w:rsidRPr="00D31D98">
              <w:rPr>
                <w:szCs w:val="24"/>
              </w:rPr>
              <w:t>Učenici najprije samostalno rješavaju nekoliko zadataka, a zatim iste zadatke postavljaju dostupnom alatu umjetne inteligencije koji je odobren za školsku uporabu. Uspoređuju točnost odgovora, uočavaju moguće izmišljene podatke, procjenjuju kvalitetu objašnjenja i ispituju kako izmjena upita mijenja rezultat. Provjeravaju odgovore prema pouzdanim izvorima, razgovaraju o privatnosti, autorskim pravima i odgovornoj uporabi te izrađuju vodič „Kako koristiti AI za učenje, a ne za prepisivanje“. Ne unose osobne podatke.</w:t>
            </w:r>
          </w:p>
        </w:tc>
      </w:tr>
      <w:tr w:rsidR="001865F2" w:rsidRPr="00D31D98" w14:paraId="7D47AD78" w14:textId="77777777" w:rsidTr="00966809">
        <w:trPr>
          <w:cantSplit/>
        </w:trPr>
        <w:tc>
          <w:tcPr>
            <w:tcW w:w="2381" w:type="dxa"/>
            <w:vAlign w:val="center"/>
          </w:tcPr>
          <w:p w14:paraId="10F3B2C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01F5689" w14:textId="77777777" w:rsidR="001865F2" w:rsidRPr="00D31D98" w:rsidRDefault="001865F2" w:rsidP="00966809">
            <w:pPr>
              <w:widowControl w:val="0"/>
            </w:pPr>
            <w:r w:rsidRPr="00D31D98">
              <w:rPr>
                <w:szCs w:val="24"/>
              </w:rPr>
              <w:t>Veljača – ožujak 2027.; 3 nastavna sata.</w:t>
            </w:r>
          </w:p>
        </w:tc>
      </w:tr>
      <w:tr w:rsidR="001865F2" w:rsidRPr="00D31D98" w14:paraId="7D020F07" w14:textId="77777777" w:rsidTr="00966809">
        <w:trPr>
          <w:cantSplit/>
        </w:trPr>
        <w:tc>
          <w:tcPr>
            <w:tcW w:w="2381" w:type="dxa"/>
            <w:vAlign w:val="center"/>
          </w:tcPr>
          <w:p w14:paraId="41D6BD6B" w14:textId="77777777" w:rsidR="001865F2" w:rsidRPr="00D31D98" w:rsidRDefault="001865F2" w:rsidP="00966809">
            <w:pPr>
              <w:widowControl w:val="0"/>
              <w:rPr>
                <w:b/>
              </w:rPr>
            </w:pPr>
            <w:r w:rsidRPr="00D31D98">
              <w:rPr>
                <w:b/>
                <w:bCs/>
                <w:szCs w:val="24"/>
              </w:rPr>
              <w:t>Troškovnik</w:t>
            </w:r>
          </w:p>
        </w:tc>
        <w:tc>
          <w:tcPr>
            <w:tcW w:w="6690" w:type="dxa"/>
            <w:vAlign w:val="center"/>
          </w:tcPr>
          <w:p w14:paraId="662D9034" w14:textId="77777777" w:rsidR="001865F2" w:rsidRPr="00D31D98" w:rsidRDefault="001865F2" w:rsidP="00966809">
            <w:pPr>
              <w:widowControl w:val="0"/>
            </w:pPr>
            <w:r w:rsidRPr="00D31D98">
              <w:rPr>
                <w:szCs w:val="24"/>
              </w:rPr>
              <w:t>Koristi se dostupan školski alat.</w:t>
            </w:r>
          </w:p>
        </w:tc>
      </w:tr>
      <w:tr w:rsidR="001865F2" w:rsidRPr="00D31D98" w14:paraId="4E2EF24B" w14:textId="77777777" w:rsidTr="00966809">
        <w:trPr>
          <w:cantSplit/>
        </w:trPr>
        <w:tc>
          <w:tcPr>
            <w:tcW w:w="2381" w:type="dxa"/>
            <w:vAlign w:val="center"/>
          </w:tcPr>
          <w:p w14:paraId="53076E36"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F1BF265" w14:textId="77777777" w:rsidR="001865F2" w:rsidRPr="00D31D98" w:rsidRDefault="001865F2" w:rsidP="00966809">
            <w:pPr>
              <w:widowControl w:val="0"/>
            </w:pPr>
            <w:r w:rsidRPr="00D31D98">
              <w:rPr>
                <w:szCs w:val="24"/>
              </w:rPr>
              <w:t>Vrednuju se kvaliteta upita, prepoznavanje netočnosti, provjera odgovora prema pouzdanim izvorima, razumijevanje privatnosti i autorskih prava, suradnja te jasnoća i primjenjivost završnog vodiča.</w:t>
            </w:r>
          </w:p>
        </w:tc>
      </w:tr>
    </w:tbl>
    <w:p w14:paraId="7A120CC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9091067" w14:textId="77777777" w:rsidTr="00966809">
        <w:trPr>
          <w:cantSplit/>
        </w:trPr>
        <w:tc>
          <w:tcPr>
            <w:tcW w:w="2381" w:type="dxa"/>
            <w:vAlign w:val="center"/>
          </w:tcPr>
          <w:p w14:paraId="2180E67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9172C3D" w14:textId="77777777" w:rsidR="001865F2" w:rsidRPr="00D31D98" w:rsidRDefault="001865F2" w:rsidP="00966809">
            <w:pPr>
              <w:keepNext/>
              <w:widowControl w:val="0"/>
              <w:rPr>
                <w:b/>
              </w:rPr>
            </w:pPr>
            <w:r w:rsidRPr="00D31D98">
              <w:rPr>
                <w:b/>
                <w:bCs/>
                <w:szCs w:val="24"/>
              </w:rPr>
              <w:t>INTEGRIRANA NASTAVA – LIKOVNA UMJETNOST</w:t>
            </w:r>
          </w:p>
        </w:tc>
      </w:tr>
      <w:tr w:rsidR="001865F2" w:rsidRPr="00D31D98" w14:paraId="5ECBCA3A" w14:textId="77777777" w:rsidTr="00966809">
        <w:trPr>
          <w:cantSplit/>
        </w:trPr>
        <w:tc>
          <w:tcPr>
            <w:tcW w:w="2381" w:type="dxa"/>
            <w:vAlign w:val="center"/>
          </w:tcPr>
          <w:p w14:paraId="2BC71D01" w14:textId="77777777" w:rsidR="001865F2" w:rsidRPr="00D31D98" w:rsidRDefault="001865F2" w:rsidP="00966809">
            <w:pPr>
              <w:widowControl w:val="0"/>
              <w:rPr>
                <w:b/>
              </w:rPr>
            </w:pPr>
            <w:r w:rsidRPr="00D31D98">
              <w:rPr>
                <w:b/>
                <w:bCs/>
                <w:szCs w:val="24"/>
              </w:rPr>
              <w:t>Ciljevi</w:t>
            </w:r>
          </w:p>
        </w:tc>
        <w:tc>
          <w:tcPr>
            <w:tcW w:w="6690" w:type="dxa"/>
            <w:vAlign w:val="center"/>
          </w:tcPr>
          <w:p w14:paraId="10B0842F" w14:textId="77777777" w:rsidR="001865F2" w:rsidRPr="00D31D98" w:rsidRDefault="001865F2" w:rsidP="00966809">
            <w:pPr>
              <w:widowControl w:val="0"/>
            </w:pPr>
            <w:r w:rsidRPr="00D31D98">
              <w:rPr>
                <w:szCs w:val="24"/>
              </w:rPr>
              <w:t>-stvaralačko nastojanje nastavnika da trajno uspoređuje metode, pojave i spoznaje drugih nastavnih područja</w:t>
            </w:r>
          </w:p>
        </w:tc>
      </w:tr>
      <w:tr w:rsidR="001865F2" w:rsidRPr="00D31D98" w14:paraId="2C0FE06E" w14:textId="77777777" w:rsidTr="00966809">
        <w:trPr>
          <w:cantSplit/>
        </w:trPr>
        <w:tc>
          <w:tcPr>
            <w:tcW w:w="2381" w:type="dxa"/>
            <w:vAlign w:val="center"/>
          </w:tcPr>
          <w:p w14:paraId="4B19F407" w14:textId="77777777" w:rsidR="001865F2" w:rsidRPr="00D31D98" w:rsidRDefault="001865F2" w:rsidP="00966809">
            <w:pPr>
              <w:widowControl w:val="0"/>
              <w:rPr>
                <w:b/>
              </w:rPr>
            </w:pPr>
            <w:r w:rsidRPr="00D31D98">
              <w:rPr>
                <w:b/>
                <w:bCs/>
                <w:szCs w:val="24"/>
              </w:rPr>
              <w:t>Namjena</w:t>
            </w:r>
          </w:p>
        </w:tc>
        <w:tc>
          <w:tcPr>
            <w:tcW w:w="6690" w:type="dxa"/>
            <w:vAlign w:val="center"/>
          </w:tcPr>
          <w:p w14:paraId="3DB38C08" w14:textId="77777777" w:rsidR="001865F2" w:rsidRPr="00D31D98" w:rsidRDefault="001865F2" w:rsidP="00966809">
            <w:pPr>
              <w:widowControl w:val="0"/>
            </w:pPr>
            <w:r w:rsidRPr="00D31D98">
              <w:rPr>
                <w:szCs w:val="24"/>
              </w:rPr>
              <w:t>-korelacija s drugim predmetima</w:t>
            </w:r>
          </w:p>
        </w:tc>
      </w:tr>
      <w:tr w:rsidR="001865F2" w:rsidRPr="00D31D98" w14:paraId="7BA838F8" w14:textId="77777777" w:rsidTr="00966809">
        <w:trPr>
          <w:cantSplit/>
        </w:trPr>
        <w:tc>
          <w:tcPr>
            <w:tcW w:w="2381" w:type="dxa"/>
            <w:vAlign w:val="center"/>
          </w:tcPr>
          <w:p w14:paraId="7821A769" w14:textId="77777777" w:rsidR="001865F2" w:rsidRPr="00D31D98" w:rsidRDefault="001865F2" w:rsidP="00966809">
            <w:pPr>
              <w:widowControl w:val="0"/>
              <w:rPr>
                <w:b/>
              </w:rPr>
            </w:pPr>
            <w:r w:rsidRPr="00D31D98">
              <w:rPr>
                <w:b/>
                <w:bCs/>
                <w:szCs w:val="24"/>
              </w:rPr>
              <w:t>Nositelj</w:t>
            </w:r>
          </w:p>
        </w:tc>
        <w:tc>
          <w:tcPr>
            <w:tcW w:w="6690" w:type="dxa"/>
            <w:vAlign w:val="center"/>
          </w:tcPr>
          <w:p w14:paraId="3E2063FA" w14:textId="77777777" w:rsidR="001865F2" w:rsidRPr="00D31D98" w:rsidRDefault="001865F2" w:rsidP="00966809">
            <w:pPr>
              <w:widowControl w:val="0"/>
            </w:pPr>
            <w:r w:rsidRPr="00D31D98">
              <w:rPr>
                <w:szCs w:val="24"/>
              </w:rPr>
              <w:t>Likovna umjetnost i ( glazbena umjetnost, strani jezici, povijest, hrvatski jezik, fizika, matematika, filozofija) učenici</w:t>
            </w:r>
          </w:p>
        </w:tc>
      </w:tr>
      <w:tr w:rsidR="001865F2" w:rsidRPr="00D31D98" w14:paraId="2E5601FA" w14:textId="77777777" w:rsidTr="00966809">
        <w:trPr>
          <w:cantSplit/>
        </w:trPr>
        <w:tc>
          <w:tcPr>
            <w:tcW w:w="2381" w:type="dxa"/>
            <w:vAlign w:val="center"/>
          </w:tcPr>
          <w:p w14:paraId="7F9E896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000A8326" w14:textId="77777777" w:rsidR="001865F2" w:rsidRPr="00D31D98" w:rsidRDefault="001865F2" w:rsidP="00966809">
            <w:pPr>
              <w:widowControl w:val="0"/>
            </w:pPr>
            <w:r w:rsidRPr="00D31D98">
              <w:rPr>
                <w:szCs w:val="24"/>
              </w:rPr>
              <w:t>-nastava se realizira primjenom različitih metoda rada</w:t>
            </w:r>
          </w:p>
        </w:tc>
      </w:tr>
      <w:tr w:rsidR="001865F2" w:rsidRPr="00D31D98" w14:paraId="36FE60E1" w14:textId="77777777" w:rsidTr="00966809">
        <w:trPr>
          <w:cantSplit/>
        </w:trPr>
        <w:tc>
          <w:tcPr>
            <w:tcW w:w="2381" w:type="dxa"/>
            <w:vAlign w:val="center"/>
          </w:tcPr>
          <w:p w14:paraId="34969E00"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13846BC" w14:textId="77777777" w:rsidR="001865F2" w:rsidRPr="00D31D98" w:rsidRDefault="001865F2" w:rsidP="00966809">
            <w:pPr>
              <w:widowControl w:val="0"/>
            </w:pPr>
            <w:r w:rsidRPr="00D31D98">
              <w:rPr>
                <w:szCs w:val="24"/>
              </w:rPr>
              <w:t>Nastava će se realizirati tijekom školske godine</w:t>
            </w:r>
          </w:p>
        </w:tc>
      </w:tr>
      <w:tr w:rsidR="001865F2" w:rsidRPr="00D31D98" w14:paraId="411D542C" w14:textId="77777777" w:rsidTr="00966809">
        <w:trPr>
          <w:cantSplit/>
        </w:trPr>
        <w:tc>
          <w:tcPr>
            <w:tcW w:w="2381" w:type="dxa"/>
            <w:vAlign w:val="center"/>
          </w:tcPr>
          <w:p w14:paraId="57D7759F" w14:textId="77777777" w:rsidR="001865F2" w:rsidRPr="00D31D98" w:rsidRDefault="001865F2" w:rsidP="00966809">
            <w:pPr>
              <w:widowControl w:val="0"/>
              <w:rPr>
                <w:b/>
              </w:rPr>
            </w:pPr>
            <w:r w:rsidRPr="00D31D98">
              <w:rPr>
                <w:b/>
                <w:bCs/>
                <w:szCs w:val="24"/>
              </w:rPr>
              <w:t>Troškovnik</w:t>
            </w:r>
          </w:p>
        </w:tc>
        <w:tc>
          <w:tcPr>
            <w:tcW w:w="6690" w:type="dxa"/>
            <w:vAlign w:val="center"/>
          </w:tcPr>
          <w:p w14:paraId="7FC84573" w14:textId="77777777" w:rsidR="001865F2" w:rsidRPr="00D31D98" w:rsidRDefault="001865F2" w:rsidP="00966809">
            <w:pPr>
              <w:widowControl w:val="0"/>
            </w:pPr>
            <w:r w:rsidRPr="00D31D98">
              <w:rPr>
                <w:szCs w:val="24"/>
              </w:rPr>
              <w:t>Troškovi pripremanja nastave</w:t>
            </w:r>
          </w:p>
        </w:tc>
      </w:tr>
      <w:tr w:rsidR="001865F2" w:rsidRPr="00D31D98" w14:paraId="61A951DB" w14:textId="77777777" w:rsidTr="00966809">
        <w:trPr>
          <w:cantSplit/>
        </w:trPr>
        <w:tc>
          <w:tcPr>
            <w:tcW w:w="2381" w:type="dxa"/>
            <w:vAlign w:val="center"/>
          </w:tcPr>
          <w:p w14:paraId="1D32FE84" w14:textId="77777777" w:rsidR="001865F2" w:rsidRPr="00D31D98" w:rsidRDefault="001865F2" w:rsidP="00966809">
            <w:pPr>
              <w:widowControl w:val="0"/>
              <w:rPr>
                <w:b/>
              </w:rPr>
            </w:pPr>
            <w:r w:rsidRPr="00D31D98">
              <w:rPr>
                <w:b/>
                <w:bCs/>
                <w:szCs w:val="24"/>
              </w:rPr>
              <w:lastRenderedPageBreak/>
              <w:t>Način vrednovanja i korištenja rezultata vrednovanja</w:t>
            </w:r>
          </w:p>
        </w:tc>
        <w:tc>
          <w:tcPr>
            <w:tcW w:w="6690" w:type="dxa"/>
            <w:vAlign w:val="center"/>
          </w:tcPr>
          <w:p w14:paraId="485AE252" w14:textId="77777777" w:rsidR="001865F2" w:rsidRPr="00D31D98" w:rsidRDefault="001865F2" w:rsidP="00966809">
            <w:pPr>
              <w:widowControl w:val="0"/>
            </w:pPr>
            <w:r w:rsidRPr="00D31D98">
              <w:rPr>
                <w:szCs w:val="24"/>
              </w:rPr>
              <w:t>Vrednovanje će se temeljiti na osnovi uključenosti i motiviranosti učenika</w:t>
            </w:r>
          </w:p>
        </w:tc>
      </w:tr>
    </w:tbl>
    <w:p w14:paraId="37B6383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D8E8BC5" w14:textId="77777777" w:rsidTr="00966809">
        <w:trPr>
          <w:cantSplit/>
        </w:trPr>
        <w:tc>
          <w:tcPr>
            <w:tcW w:w="2381" w:type="dxa"/>
            <w:vAlign w:val="center"/>
          </w:tcPr>
          <w:p w14:paraId="64987BC3"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8D0CE7E" w14:textId="77777777" w:rsidR="001865F2" w:rsidRPr="00D31D98" w:rsidRDefault="001865F2" w:rsidP="00966809">
            <w:pPr>
              <w:keepNext/>
              <w:widowControl w:val="0"/>
              <w:rPr>
                <w:b/>
              </w:rPr>
            </w:pPr>
            <w:r w:rsidRPr="00D31D98">
              <w:rPr>
                <w:b/>
                <w:bCs/>
                <w:szCs w:val="24"/>
              </w:rPr>
              <w:t>PROJEKT:  10 ŠKOLA – 10 UMJETNIKA</w:t>
            </w:r>
          </w:p>
        </w:tc>
      </w:tr>
      <w:tr w:rsidR="001865F2" w:rsidRPr="00D31D98" w14:paraId="174D4488" w14:textId="77777777" w:rsidTr="00966809">
        <w:trPr>
          <w:cantSplit/>
        </w:trPr>
        <w:tc>
          <w:tcPr>
            <w:tcW w:w="2381" w:type="dxa"/>
            <w:vAlign w:val="center"/>
          </w:tcPr>
          <w:p w14:paraId="3094CFCC" w14:textId="77777777" w:rsidR="001865F2" w:rsidRPr="00D31D98" w:rsidRDefault="001865F2" w:rsidP="00966809">
            <w:pPr>
              <w:widowControl w:val="0"/>
              <w:rPr>
                <w:b/>
              </w:rPr>
            </w:pPr>
            <w:r w:rsidRPr="00D31D98">
              <w:rPr>
                <w:b/>
                <w:bCs/>
                <w:szCs w:val="24"/>
              </w:rPr>
              <w:t>Ciljevi</w:t>
            </w:r>
          </w:p>
        </w:tc>
        <w:tc>
          <w:tcPr>
            <w:tcW w:w="6690" w:type="dxa"/>
            <w:vAlign w:val="center"/>
          </w:tcPr>
          <w:p w14:paraId="57F486AC" w14:textId="77777777" w:rsidR="001865F2" w:rsidRPr="00D31D98" w:rsidRDefault="001865F2" w:rsidP="00966809">
            <w:pPr>
              <w:widowControl w:val="0"/>
            </w:pPr>
            <w:r w:rsidRPr="00D31D98">
              <w:rPr>
                <w:szCs w:val="24"/>
              </w:rPr>
              <w:t>-uvoditi učenike u samostalno istraživanje</w:t>
            </w:r>
          </w:p>
          <w:p w14:paraId="5ADF4BD9" w14:textId="77777777" w:rsidR="001865F2" w:rsidRPr="00D31D98" w:rsidRDefault="001865F2" w:rsidP="00966809">
            <w:pPr>
              <w:widowControl w:val="0"/>
            </w:pPr>
            <w:r w:rsidRPr="00D31D98">
              <w:rPr>
                <w:szCs w:val="24"/>
              </w:rPr>
              <w:t>-istraživački rad</w:t>
            </w:r>
          </w:p>
          <w:p w14:paraId="436DBC18" w14:textId="77777777" w:rsidR="001865F2" w:rsidRPr="00D31D98" w:rsidRDefault="001865F2" w:rsidP="00966809">
            <w:pPr>
              <w:widowControl w:val="0"/>
            </w:pPr>
            <w:r w:rsidRPr="00D31D98">
              <w:rPr>
                <w:szCs w:val="24"/>
              </w:rPr>
              <w:t>-osmišljavanje prezentacije i radionice</w:t>
            </w:r>
          </w:p>
          <w:p w14:paraId="63D5ACA6" w14:textId="77777777" w:rsidR="001865F2" w:rsidRPr="00D31D98" w:rsidRDefault="001865F2" w:rsidP="00966809">
            <w:pPr>
              <w:widowControl w:val="0"/>
            </w:pPr>
            <w:r w:rsidRPr="00D31D98">
              <w:rPr>
                <w:szCs w:val="24"/>
              </w:rPr>
              <w:t>-razvijanje međusobne suradnje učenika</w:t>
            </w:r>
          </w:p>
        </w:tc>
      </w:tr>
      <w:tr w:rsidR="001865F2" w:rsidRPr="00D31D98" w14:paraId="50860470" w14:textId="77777777" w:rsidTr="00966809">
        <w:trPr>
          <w:cantSplit/>
        </w:trPr>
        <w:tc>
          <w:tcPr>
            <w:tcW w:w="2381" w:type="dxa"/>
            <w:vAlign w:val="center"/>
          </w:tcPr>
          <w:p w14:paraId="0A4AE249" w14:textId="77777777" w:rsidR="001865F2" w:rsidRPr="00D31D98" w:rsidRDefault="001865F2" w:rsidP="00966809">
            <w:pPr>
              <w:widowControl w:val="0"/>
              <w:rPr>
                <w:b/>
              </w:rPr>
            </w:pPr>
            <w:r w:rsidRPr="00D31D98">
              <w:rPr>
                <w:b/>
                <w:bCs/>
                <w:szCs w:val="24"/>
              </w:rPr>
              <w:t>Namjena</w:t>
            </w:r>
          </w:p>
        </w:tc>
        <w:tc>
          <w:tcPr>
            <w:tcW w:w="6690" w:type="dxa"/>
            <w:vAlign w:val="center"/>
          </w:tcPr>
          <w:p w14:paraId="75D7CBEE" w14:textId="77777777" w:rsidR="001865F2" w:rsidRPr="00D31D98" w:rsidRDefault="001865F2" w:rsidP="00966809">
            <w:pPr>
              <w:widowControl w:val="0"/>
            </w:pPr>
            <w:r w:rsidRPr="00D31D98">
              <w:rPr>
                <w:szCs w:val="24"/>
              </w:rPr>
              <w:t>-upoznavanje učenika s određenim umjetnikom</w:t>
            </w:r>
          </w:p>
          <w:p w14:paraId="72B75940" w14:textId="77777777" w:rsidR="001865F2" w:rsidRPr="00D31D98" w:rsidRDefault="001865F2" w:rsidP="00966809">
            <w:pPr>
              <w:widowControl w:val="0"/>
            </w:pPr>
            <w:r w:rsidRPr="00D31D98">
              <w:rPr>
                <w:szCs w:val="24"/>
              </w:rPr>
              <w:t>-razvijanje kreativnosti</w:t>
            </w:r>
          </w:p>
          <w:p w14:paraId="7EE7ECC0" w14:textId="77777777" w:rsidR="001865F2" w:rsidRPr="00D31D98" w:rsidRDefault="001865F2" w:rsidP="00966809">
            <w:pPr>
              <w:widowControl w:val="0"/>
            </w:pPr>
            <w:r w:rsidRPr="00D31D98">
              <w:rPr>
                <w:szCs w:val="24"/>
              </w:rPr>
              <w:t>-idejna rješenja kroz radionice</w:t>
            </w:r>
          </w:p>
          <w:p w14:paraId="22726F5F" w14:textId="77777777" w:rsidR="001865F2" w:rsidRPr="00D31D98" w:rsidRDefault="001865F2" w:rsidP="00966809">
            <w:pPr>
              <w:widowControl w:val="0"/>
            </w:pPr>
            <w:r w:rsidRPr="00D31D98">
              <w:rPr>
                <w:szCs w:val="24"/>
              </w:rPr>
              <w:t>-izvođenje terenske nastave</w:t>
            </w:r>
          </w:p>
          <w:p w14:paraId="1B275F76" w14:textId="77777777" w:rsidR="001865F2" w:rsidRPr="00D31D98" w:rsidRDefault="001865F2" w:rsidP="00966809">
            <w:pPr>
              <w:widowControl w:val="0"/>
            </w:pPr>
            <w:r w:rsidRPr="00D31D98">
              <w:rPr>
                <w:szCs w:val="24"/>
              </w:rPr>
              <w:t>-približiti učenicima hrvatsku kulturnu baštinu</w:t>
            </w:r>
          </w:p>
        </w:tc>
      </w:tr>
      <w:tr w:rsidR="001865F2" w:rsidRPr="00D31D98" w14:paraId="04357A79" w14:textId="77777777" w:rsidTr="00966809">
        <w:trPr>
          <w:cantSplit/>
        </w:trPr>
        <w:tc>
          <w:tcPr>
            <w:tcW w:w="2381" w:type="dxa"/>
            <w:vAlign w:val="center"/>
          </w:tcPr>
          <w:p w14:paraId="40651CF8" w14:textId="77777777" w:rsidR="001865F2" w:rsidRPr="00D31D98" w:rsidRDefault="001865F2" w:rsidP="00966809">
            <w:pPr>
              <w:widowControl w:val="0"/>
              <w:rPr>
                <w:b/>
              </w:rPr>
            </w:pPr>
            <w:r w:rsidRPr="00D31D98">
              <w:rPr>
                <w:b/>
                <w:bCs/>
                <w:szCs w:val="24"/>
              </w:rPr>
              <w:t>Nositelj</w:t>
            </w:r>
          </w:p>
        </w:tc>
        <w:tc>
          <w:tcPr>
            <w:tcW w:w="6690" w:type="dxa"/>
            <w:vAlign w:val="center"/>
          </w:tcPr>
          <w:p w14:paraId="02153F99"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p>
        </w:tc>
      </w:tr>
      <w:tr w:rsidR="001865F2" w:rsidRPr="00D31D98" w14:paraId="1FD4C865" w14:textId="77777777" w:rsidTr="00966809">
        <w:trPr>
          <w:cantSplit/>
        </w:trPr>
        <w:tc>
          <w:tcPr>
            <w:tcW w:w="2381" w:type="dxa"/>
            <w:vAlign w:val="center"/>
          </w:tcPr>
          <w:p w14:paraId="12A815AE"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55474A4" w14:textId="77777777" w:rsidR="001865F2" w:rsidRPr="00D31D98" w:rsidRDefault="001865F2" w:rsidP="00966809">
            <w:pPr>
              <w:widowControl w:val="0"/>
            </w:pPr>
            <w:r w:rsidRPr="00D31D98">
              <w:rPr>
                <w:szCs w:val="24"/>
              </w:rPr>
              <w:t>-formiranje skupine koja bi svojom kreativnošću, prezentacijom i radionicom predstavila zadanog umjetnika</w:t>
            </w:r>
          </w:p>
          <w:p w14:paraId="240B8A43" w14:textId="77777777" w:rsidR="001865F2" w:rsidRPr="00D31D98" w:rsidRDefault="001865F2" w:rsidP="00966809">
            <w:pPr>
              <w:widowControl w:val="0"/>
            </w:pPr>
            <w:r w:rsidRPr="00D31D98">
              <w:rPr>
                <w:szCs w:val="24"/>
              </w:rPr>
              <w:t>- 2 / 3 dana boravka u Zagrebu</w:t>
            </w:r>
          </w:p>
          <w:p w14:paraId="69C403DB" w14:textId="77777777" w:rsidR="001865F2" w:rsidRPr="00D31D98" w:rsidRDefault="001865F2" w:rsidP="00966809">
            <w:pPr>
              <w:widowControl w:val="0"/>
            </w:pPr>
            <w:r w:rsidRPr="00D31D98">
              <w:rPr>
                <w:szCs w:val="24"/>
              </w:rPr>
              <w:t>- izvedba projekta u Modernoj galeriji u Zagrebu</w:t>
            </w:r>
          </w:p>
        </w:tc>
      </w:tr>
      <w:tr w:rsidR="001865F2" w:rsidRPr="00D31D98" w14:paraId="371FC7D1" w14:textId="77777777" w:rsidTr="00966809">
        <w:trPr>
          <w:cantSplit/>
        </w:trPr>
        <w:tc>
          <w:tcPr>
            <w:tcW w:w="2381" w:type="dxa"/>
            <w:vAlign w:val="center"/>
          </w:tcPr>
          <w:p w14:paraId="41188A61"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5819436" w14:textId="77777777" w:rsidR="001865F2" w:rsidRPr="00D31D98" w:rsidRDefault="001865F2" w:rsidP="00966809">
            <w:pPr>
              <w:widowControl w:val="0"/>
            </w:pPr>
            <w:r w:rsidRPr="00D31D98">
              <w:rPr>
                <w:szCs w:val="24"/>
              </w:rPr>
              <w:t>Studeni/ prosinac 2026.</w:t>
            </w:r>
          </w:p>
        </w:tc>
      </w:tr>
      <w:tr w:rsidR="001865F2" w:rsidRPr="00D31D98" w14:paraId="6306F090" w14:textId="77777777" w:rsidTr="00966809">
        <w:trPr>
          <w:cantSplit/>
        </w:trPr>
        <w:tc>
          <w:tcPr>
            <w:tcW w:w="2381" w:type="dxa"/>
            <w:vAlign w:val="center"/>
          </w:tcPr>
          <w:p w14:paraId="59415B7D" w14:textId="77777777" w:rsidR="001865F2" w:rsidRPr="00D31D98" w:rsidRDefault="001865F2" w:rsidP="00966809">
            <w:pPr>
              <w:widowControl w:val="0"/>
              <w:rPr>
                <w:b/>
              </w:rPr>
            </w:pPr>
            <w:r w:rsidRPr="00D31D98">
              <w:rPr>
                <w:b/>
                <w:bCs/>
                <w:szCs w:val="24"/>
              </w:rPr>
              <w:t>Troškovnik</w:t>
            </w:r>
          </w:p>
        </w:tc>
        <w:tc>
          <w:tcPr>
            <w:tcW w:w="6690" w:type="dxa"/>
            <w:vAlign w:val="center"/>
          </w:tcPr>
          <w:p w14:paraId="3B5FBDF3" w14:textId="77777777" w:rsidR="001865F2" w:rsidRPr="00D31D98" w:rsidRDefault="001865F2" w:rsidP="00966809">
            <w:pPr>
              <w:widowControl w:val="0"/>
            </w:pPr>
            <w:r w:rsidRPr="00D31D98">
              <w:rPr>
                <w:szCs w:val="24"/>
              </w:rPr>
              <w:t>materijali za pripremu, prijevoz</w:t>
            </w:r>
          </w:p>
        </w:tc>
      </w:tr>
      <w:tr w:rsidR="001865F2" w:rsidRPr="00D31D98" w14:paraId="1DFFB684" w14:textId="77777777" w:rsidTr="00966809">
        <w:trPr>
          <w:cantSplit/>
        </w:trPr>
        <w:tc>
          <w:tcPr>
            <w:tcW w:w="2381" w:type="dxa"/>
            <w:vAlign w:val="center"/>
          </w:tcPr>
          <w:p w14:paraId="1C47A3A0"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035CE667" w14:textId="77777777" w:rsidR="001865F2" w:rsidRPr="00D31D98" w:rsidRDefault="001865F2" w:rsidP="00966809">
            <w:pPr>
              <w:widowControl w:val="0"/>
            </w:pPr>
            <w:r w:rsidRPr="00D31D98">
              <w:rPr>
                <w:szCs w:val="24"/>
              </w:rPr>
              <w:t>vrednovanje na satu Likovne umjetnosti tijekom i nakon projekta, prezentacija u školi</w:t>
            </w:r>
          </w:p>
        </w:tc>
      </w:tr>
    </w:tbl>
    <w:p w14:paraId="7609A929"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F995EDC" w14:textId="77777777" w:rsidTr="00966809">
        <w:trPr>
          <w:cantSplit/>
        </w:trPr>
        <w:tc>
          <w:tcPr>
            <w:tcW w:w="2381" w:type="dxa"/>
            <w:vAlign w:val="center"/>
          </w:tcPr>
          <w:p w14:paraId="6BAB8779"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E791748" w14:textId="77777777" w:rsidR="001865F2" w:rsidRPr="00D31D98" w:rsidRDefault="001865F2" w:rsidP="00966809">
            <w:pPr>
              <w:keepNext/>
              <w:widowControl w:val="0"/>
              <w:rPr>
                <w:b/>
              </w:rPr>
            </w:pPr>
            <w:r w:rsidRPr="00D31D98">
              <w:rPr>
                <w:b/>
                <w:bCs/>
                <w:szCs w:val="24"/>
              </w:rPr>
              <w:t>PROJEKTNA NASTAVA</w:t>
            </w:r>
          </w:p>
          <w:p w14:paraId="767EF567" w14:textId="77777777" w:rsidR="001865F2" w:rsidRPr="00D31D98" w:rsidRDefault="001865F2" w:rsidP="00966809">
            <w:pPr>
              <w:keepNext/>
              <w:widowControl w:val="0"/>
              <w:rPr>
                <w:b/>
              </w:rPr>
            </w:pPr>
            <w:r w:rsidRPr="00D31D98">
              <w:rPr>
                <w:b/>
                <w:bCs/>
                <w:szCs w:val="24"/>
              </w:rPr>
              <w:t>Dani EU baštine – Prezentacija nagrađene baštinske priče „Od zavjetnog dara do baštine: Svetačka straža između prošlosti i sadašnjosti”</w:t>
            </w:r>
          </w:p>
        </w:tc>
      </w:tr>
      <w:tr w:rsidR="001865F2" w:rsidRPr="00D31D98" w14:paraId="2640E15A" w14:textId="77777777" w:rsidTr="00966809">
        <w:trPr>
          <w:cantSplit/>
        </w:trPr>
        <w:tc>
          <w:tcPr>
            <w:tcW w:w="2381" w:type="dxa"/>
            <w:vAlign w:val="center"/>
          </w:tcPr>
          <w:p w14:paraId="39D9143C" w14:textId="77777777" w:rsidR="001865F2" w:rsidRPr="00D31D98" w:rsidRDefault="001865F2" w:rsidP="00966809">
            <w:pPr>
              <w:widowControl w:val="0"/>
              <w:rPr>
                <w:b/>
              </w:rPr>
            </w:pPr>
            <w:r w:rsidRPr="00D31D98">
              <w:rPr>
                <w:b/>
                <w:bCs/>
                <w:szCs w:val="24"/>
              </w:rPr>
              <w:t>Ciljevi</w:t>
            </w:r>
          </w:p>
        </w:tc>
        <w:tc>
          <w:tcPr>
            <w:tcW w:w="6690" w:type="dxa"/>
            <w:vAlign w:val="center"/>
          </w:tcPr>
          <w:p w14:paraId="57EA1471" w14:textId="77777777" w:rsidR="001865F2" w:rsidRPr="00D31D98" w:rsidRDefault="001865F2" w:rsidP="00966809">
            <w:pPr>
              <w:widowControl w:val="0"/>
            </w:pPr>
            <w:r w:rsidRPr="00D31D98">
              <w:rPr>
                <w:szCs w:val="24"/>
              </w:rPr>
              <w:t>Predavači doc.dr.sc. Lana Skender i doc.dr.sc. Iva Papić s Akademije za umjetnost i kulturu u Osijeku upoznaju učenike sa značenjem zavjetnih darova, kao oblikom javne skulpture. Učenici aktivno sudjeluju razgovorom te korištenjem aplikacije za mapiranje baštine.</w:t>
            </w:r>
          </w:p>
          <w:p w14:paraId="4A1F1A4D" w14:textId="77777777" w:rsidR="001865F2" w:rsidRPr="00D31D98" w:rsidRDefault="001865F2" w:rsidP="00966809">
            <w:pPr>
              <w:widowControl w:val="0"/>
            </w:pPr>
            <w:r w:rsidRPr="00D31D98">
              <w:rPr>
                <w:szCs w:val="24"/>
              </w:rPr>
              <w:t>Cilj je razvijati svijest o očuvanju baštine, potaknuti učenike na istraživanje i kreativno promišljanje te povezati umjetnost, tradiciju i suvremeni život. Projekt pridonosi razvijanju kulturne i umjetničke pismenosti te razumijevanju baštine kao dijela osobnog i zajedničkog identiteta.</w:t>
            </w:r>
          </w:p>
        </w:tc>
      </w:tr>
      <w:tr w:rsidR="001865F2" w:rsidRPr="00D31D98" w14:paraId="154AE629" w14:textId="77777777" w:rsidTr="00966809">
        <w:trPr>
          <w:cantSplit/>
        </w:trPr>
        <w:tc>
          <w:tcPr>
            <w:tcW w:w="2381" w:type="dxa"/>
            <w:vAlign w:val="center"/>
          </w:tcPr>
          <w:p w14:paraId="22120A52"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2922B05A" w14:textId="77777777" w:rsidR="001865F2" w:rsidRPr="00D31D98" w:rsidRDefault="001865F2" w:rsidP="00966809">
            <w:pPr>
              <w:widowControl w:val="0"/>
            </w:pPr>
            <w:r w:rsidRPr="00D31D98">
              <w:rPr>
                <w:szCs w:val="24"/>
              </w:rPr>
              <w:t>Svrha ove aktivnosti usmjerena je prema jačanju svijesti o važnosti zaštite kulturne baštine u vremenu obilježenom klimatskim promjenama, urbanizacijom, migracijama i drugim suvremenim izazovima.</w:t>
            </w:r>
          </w:p>
          <w:p w14:paraId="32D427E4" w14:textId="77777777" w:rsidR="001865F2" w:rsidRPr="00D31D98" w:rsidRDefault="001865F2" w:rsidP="00966809">
            <w:pPr>
              <w:widowControl w:val="0"/>
            </w:pPr>
            <w:r w:rsidRPr="00D31D98">
              <w:rPr>
                <w:szCs w:val="24"/>
              </w:rPr>
              <w:t>Tema ovogodišnjih Europskih dana baštine je</w:t>
            </w:r>
          </w:p>
          <w:p w14:paraId="100B1C57" w14:textId="77777777" w:rsidR="001865F2" w:rsidRPr="00D31D98" w:rsidRDefault="001865F2" w:rsidP="00966809">
            <w:pPr>
              <w:widowControl w:val="0"/>
            </w:pPr>
            <w:r w:rsidRPr="00D31D98">
              <w:rPr>
                <w:szCs w:val="24"/>
              </w:rPr>
              <w:t>„Ugrožena baština: revitalizacija, otpornost, nove interpretacije“</w:t>
            </w:r>
          </w:p>
        </w:tc>
      </w:tr>
      <w:tr w:rsidR="001865F2" w:rsidRPr="00D31D98" w14:paraId="5E6AF940" w14:textId="77777777" w:rsidTr="00966809">
        <w:trPr>
          <w:cantSplit/>
        </w:trPr>
        <w:tc>
          <w:tcPr>
            <w:tcW w:w="2381" w:type="dxa"/>
            <w:vAlign w:val="center"/>
          </w:tcPr>
          <w:p w14:paraId="756C8157" w14:textId="77777777" w:rsidR="001865F2" w:rsidRPr="00D31D98" w:rsidRDefault="001865F2" w:rsidP="00966809">
            <w:pPr>
              <w:widowControl w:val="0"/>
              <w:rPr>
                <w:b/>
              </w:rPr>
            </w:pPr>
            <w:r w:rsidRPr="00D31D98">
              <w:rPr>
                <w:b/>
                <w:bCs/>
                <w:szCs w:val="24"/>
              </w:rPr>
              <w:t>Nositelj</w:t>
            </w:r>
          </w:p>
        </w:tc>
        <w:tc>
          <w:tcPr>
            <w:tcW w:w="6690" w:type="dxa"/>
            <w:vAlign w:val="center"/>
          </w:tcPr>
          <w:p w14:paraId="5EAAEDA0"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r w:rsidRPr="00D31D98">
              <w:rPr>
                <w:szCs w:val="24"/>
              </w:rPr>
              <w:t xml:space="preserve"> idoc.dr.sc. Lana Skender i doc.dr.sc. Iva Papić s Akademije za umjetnost i kulturu u Osijeku</w:t>
            </w:r>
          </w:p>
        </w:tc>
      </w:tr>
      <w:tr w:rsidR="001865F2" w:rsidRPr="00D31D98" w14:paraId="37DD35AE" w14:textId="77777777" w:rsidTr="00966809">
        <w:trPr>
          <w:cantSplit/>
        </w:trPr>
        <w:tc>
          <w:tcPr>
            <w:tcW w:w="2381" w:type="dxa"/>
            <w:vAlign w:val="center"/>
          </w:tcPr>
          <w:p w14:paraId="48E8FC31"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D1FCBE1" w14:textId="77777777" w:rsidR="001865F2" w:rsidRPr="00D31D98" w:rsidRDefault="001865F2" w:rsidP="00966809">
            <w:pPr>
              <w:widowControl w:val="0"/>
            </w:pPr>
            <w:r w:rsidRPr="00D31D98">
              <w:rPr>
                <w:szCs w:val="24"/>
              </w:rPr>
              <w:t>Prezentacija u prostoru škole</w:t>
            </w:r>
          </w:p>
        </w:tc>
      </w:tr>
      <w:tr w:rsidR="001865F2" w:rsidRPr="00D31D98" w14:paraId="0E6AF5B3" w14:textId="77777777" w:rsidTr="00966809">
        <w:trPr>
          <w:cantSplit/>
        </w:trPr>
        <w:tc>
          <w:tcPr>
            <w:tcW w:w="2381" w:type="dxa"/>
            <w:vAlign w:val="center"/>
          </w:tcPr>
          <w:p w14:paraId="3C611DD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4C39653" w14:textId="77777777" w:rsidR="001865F2" w:rsidRPr="00D31D98" w:rsidRDefault="001865F2" w:rsidP="00966809">
            <w:pPr>
              <w:widowControl w:val="0"/>
            </w:pPr>
            <w:r w:rsidRPr="00D31D98">
              <w:rPr>
                <w:szCs w:val="24"/>
              </w:rPr>
              <w:t>Listopad 2026.</w:t>
            </w:r>
          </w:p>
        </w:tc>
      </w:tr>
      <w:tr w:rsidR="001865F2" w:rsidRPr="00D31D98" w14:paraId="12F91924" w14:textId="77777777" w:rsidTr="00966809">
        <w:trPr>
          <w:cantSplit/>
        </w:trPr>
        <w:tc>
          <w:tcPr>
            <w:tcW w:w="2381" w:type="dxa"/>
            <w:vAlign w:val="center"/>
          </w:tcPr>
          <w:p w14:paraId="38609E22" w14:textId="77777777" w:rsidR="001865F2" w:rsidRPr="00D31D98" w:rsidRDefault="001865F2" w:rsidP="00966809">
            <w:pPr>
              <w:widowControl w:val="0"/>
              <w:rPr>
                <w:b/>
              </w:rPr>
            </w:pPr>
            <w:r w:rsidRPr="00D31D98">
              <w:rPr>
                <w:b/>
                <w:bCs/>
                <w:szCs w:val="24"/>
              </w:rPr>
              <w:t>Troškovnik</w:t>
            </w:r>
          </w:p>
        </w:tc>
        <w:tc>
          <w:tcPr>
            <w:tcW w:w="6690" w:type="dxa"/>
            <w:vAlign w:val="center"/>
          </w:tcPr>
          <w:p w14:paraId="6D9F4A7A" w14:textId="77777777" w:rsidR="001865F2" w:rsidRPr="00D31D98" w:rsidRDefault="001865F2" w:rsidP="00966809">
            <w:pPr>
              <w:widowControl w:val="0"/>
            </w:pPr>
            <w:r w:rsidRPr="00D31D98">
              <w:rPr>
                <w:szCs w:val="24"/>
              </w:rPr>
              <w:t>Fotokopirani materijali</w:t>
            </w:r>
          </w:p>
        </w:tc>
      </w:tr>
      <w:tr w:rsidR="001865F2" w:rsidRPr="00D31D98" w14:paraId="032AD270" w14:textId="77777777" w:rsidTr="00966809">
        <w:trPr>
          <w:cantSplit/>
        </w:trPr>
        <w:tc>
          <w:tcPr>
            <w:tcW w:w="2381" w:type="dxa"/>
            <w:vAlign w:val="center"/>
          </w:tcPr>
          <w:p w14:paraId="7946466D" w14:textId="77777777" w:rsidR="001865F2" w:rsidRPr="00D31D98" w:rsidRDefault="001865F2" w:rsidP="00966809">
            <w:pPr>
              <w:widowControl w:val="0"/>
              <w:rPr>
                <w:b/>
              </w:rPr>
            </w:pPr>
            <w:r w:rsidRPr="00D31D98">
              <w:rPr>
                <w:b/>
                <w:bCs/>
                <w:szCs w:val="24"/>
              </w:rPr>
              <w:t>Način vrednovanja i korištenja</w:t>
            </w:r>
          </w:p>
          <w:p w14:paraId="1808C753" w14:textId="77777777" w:rsidR="001865F2" w:rsidRPr="00D31D98" w:rsidRDefault="001865F2" w:rsidP="00966809">
            <w:pPr>
              <w:widowControl w:val="0"/>
              <w:rPr>
                <w:b/>
              </w:rPr>
            </w:pPr>
            <w:r w:rsidRPr="00D31D98">
              <w:rPr>
                <w:b/>
                <w:bCs/>
                <w:szCs w:val="24"/>
              </w:rPr>
              <w:t>rezultata vrednovanja</w:t>
            </w:r>
          </w:p>
        </w:tc>
        <w:tc>
          <w:tcPr>
            <w:tcW w:w="6690" w:type="dxa"/>
            <w:vAlign w:val="center"/>
          </w:tcPr>
          <w:p w14:paraId="23D37B38" w14:textId="77777777" w:rsidR="001865F2" w:rsidRPr="00D31D98" w:rsidRDefault="001865F2" w:rsidP="00966809">
            <w:pPr>
              <w:widowControl w:val="0"/>
            </w:pPr>
            <w:r w:rsidRPr="00D31D98">
              <w:rPr>
                <w:szCs w:val="24"/>
              </w:rPr>
              <w:t>Vrednovanje će se temeljiti na osnovi uključenosti i motiviranosti učenika.</w:t>
            </w:r>
          </w:p>
        </w:tc>
      </w:tr>
    </w:tbl>
    <w:p w14:paraId="1CD7C3EB"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F0FBC5A" w14:textId="77777777" w:rsidTr="00966809">
        <w:trPr>
          <w:cantSplit/>
        </w:trPr>
        <w:tc>
          <w:tcPr>
            <w:tcW w:w="2381" w:type="dxa"/>
            <w:vAlign w:val="center"/>
          </w:tcPr>
          <w:p w14:paraId="1C83CED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7A1D423" w14:textId="77777777" w:rsidR="001865F2" w:rsidRPr="00D31D98" w:rsidRDefault="001865F2" w:rsidP="00966809">
            <w:pPr>
              <w:keepNext/>
              <w:widowControl w:val="0"/>
              <w:rPr>
                <w:b/>
              </w:rPr>
            </w:pPr>
            <w:r w:rsidRPr="00D31D98">
              <w:rPr>
                <w:b/>
                <w:bCs/>
                <w:szCs w:val="24"/>
              </w:rPr>
              <w:t>PROJEKTNA NASTAVA</w:t>
            </w:r>
          </w:p>
          <w:p w14:paraId="6653FCA2" w14:textId="77777777" w:rsidR="001865F2" w:rsidRPr="00D31D98" w:rsidRDefault="001865F2" w:rsidP="00966809">
            <w:pPr>
              <w:keepNext/>
              <w:widowControl w:val="0"/>
              <w:rPr>
                <w:b/>
              </w:rPr>
            </w:pPr>
            <w:r w:rsidRPr="00D31D98">
              <w:rPr>
                <w:b/>
                <w:bCs/>
                <w:szCs w:val="24"/>
              </w:rPr>
              <w:t xml:space="preserve">Dani Julija </w:t>
            </w:r>
            <w:proofErr w:type="spellStart"/>
            <w:r w:rsidRPr="00D31D98">
              <w:rPr>
                <w:b/>
                <w:bCs/>
                <w:szCs w:val="24"/>
              </w:rPr>
              <w:t>Knifera</w:t>
            </w:r>
            <w:proofErr w:type="spellEnd"/>
            <w:r w:rsidRPr="00D31D98">
              <w:rPr>
                <w:b/>
                <w:bCs/>
                <w:szCs w:val="24"/>
              </w:rPr>
              <w:t xml:space="preserve"> – Radionica </w:t>
            </w:r>
            <w:proofErr w:type="spellStart"/>
            <w:r w:rsidRPr="00D31D98">
              <w:rPr>
                <w:b/>
                <w:bCs/>
                <w:szCs w:val="24"/>
              </w:rPr>
              <w:t>Kniferov</w:t>
            </w:r>
            <w:proofErr w:type="spellEnd"/>
            <w:r w:rsidRPr="00D31D98">
              <w:rPr>
                <w:b/>
                <w:bCs/>
                <w:szCs w:val="24"/>
              </w:rPr>
              <w:t xml:space="preserve"> meandar</w:t>
            </w:r>
          </w:p>
        </w:tc>
      </w:tr>
      <w:tr w:rsidR="001865F2" w:rsidRPr="00D31D98" w14:paraId="5A8B5652" w14:textId="77777777" w:rsidTr="00966809">
        <w:trPr>
          <w:cantSplit/>
        </w:trPr>
        <w:tc>
          <w:tcPr>
            <w:tcW w:w="2381" w:type="dxa"/>
            <w:vAlign w:val="center"/>
          </w:tcPr>
          <w:p w14:paraId="59B998F1" w14:textId="77777777" w:rsidR="001865F2" w:rsidRPr="00D31D98" w:rsidRDefault="001865F2" w:rsidP="00966809">
            <w:pPr>
              <w:widowControl w:val="0"/>
              <w:rPr>
                <w:b/>
              </w:rPr>
            </w:pPr>
            <w:r w:rsidRPr="00D31D98">
              <w:rPr>
                <w:b/>
                <w:bCs/>
                <w:szCs w:val="24"/>
              </w:rPr>
              <w:t>Ciljevi</w:t>
            </w:r>
          </w:p>
        </w:tc>
        <w:tc>
          <w:tcPr>
            <w:tcW w:w="6690" w:type="dxa"/>
            <w:vAlign w:val="center"/>
          </w:tcPr>
          <w:p w14:paraId="402D43FF" w14:textId="77777777" w:rsidR="001865F2" w:rsidRPr="00D31D98" w:rsidRDefault="001865F2" w:rsidP="00966809">
            <w:pPr>
              <w:widowControl w:val="0"/>
            </w:pPr>
            <w:r w:rsidRPr="00D31D98">
              <w:rPr>
                <w:szCs w:val="24"/>
              </w:rPr>
              <w:t xml:space="preserve">Radionicu vode studenti Akademije za umjetnost i kulturu u Osijeku, koji učenike upoznaju s likovnim stvaralaštvom Julija </w:t>
            </w:r>
            <w:proofErr w:type="spellStart"/>
            <w:r w:rsidRPr="00D31D98">
              <w:rPr>
                <w:szCs w:val="24"/>
              </w:rPr>
              <w:t>Knifera</w:t>
            </w:r>
            <w:proofErr w:type="spellEnd"/>
            <w:r w:rsidRPr="00D31D98">
              <w:rPr>
                <w:szCs w:val="24"/>
              </w:rPr>
              <w:t xml:space="preserve"> i vode ih kroz izradu vlastitog meandra.</w:t>
            </w:r>
          </w:p>
          <w:p w14:paraId="23965D70" w14:textId="77777777" w:rsidR="001865F2" w:rsidRPr="00D31D98" w:rsidRDefault="001865F2" w:rsidP="00966809">
            <w:pPr>
              <w:widowControl w:val="0"/>
            </w:pPr>
            <w:r w:rsidRPr="00D31D98">
              <w:rPr>
                <w:szCs w:val="24"/>
              </w:rPr>
              <w:t>Cilj je potaknuti kreativnost, vizualno mišljenje i razumijevanje suvremene umjetnosti.</w:t>
            </w:r>
          </w:p>
        </w:tc>
      </w:tr>
      <w:tr w:rsidR="001865F2" w:rsidRPr="00D31D98" w14:paraId="55D023DA" w14:textId="77777777" w:rsidTr="00966809">
        <w:trPr>
          <w:cantSplit/>
        </w:trPr>
        <w:tc>
          <w:tcPr>
            <w:tcW w:w="2381" w:type="dxa"/>
            <w:vAlign w:val="center"/>
          </w:tcPr>
          <w:p w14:paraId="2E7B7051"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09095D0" w14:textId="77777777" w:rsidR="001865F2" w:rsidRPr="00D31D98" w:rsidRDefault="001865F2" w:rsidP="00966809">
            <w:pPr>
              <w:widowControl w:val="0"/>
            </w:pPr>
            <w:r w:rsidRPr="00D31D98">
              <w:rPr>
                <w:szCs w:val="24"/>
              </w:rPr>
              <w:t xml:space="preserve">Približiti učenicima umjetničku baštinu Osijeka kroz upoznavanje s Julijem </w:t>
            </w:r>
            <w:proofErr w:type="spellStart"/>
            <w:r w:rsidRPr="00D31D98">
              <w:rPr>
                <w:szCs w:val="24"/>
              </w:rPr>
              <w:t>Kniferom</w:t>
            </w:r>
            <w:proofErr w:type="spellEnd"/>
            <w:r w:rsidRPr="00D31D98">
              <w:rPr>
                <w:szCs w:val="24"/>
              </w:rPr>
              <w:t xml:space="preserve"> te potaknuti razvoj svijesti o vrijednosti i značaju lokalne kulture i umjetnosti.</w:t>
            </w:r>
          </w:p>
        </w:tc>
      </w:tr>
      <w:tr w:rsidR="001865F2" w:rsidRPr="00D31D98" w14:paraId="2C00CCB8" w14:textId="77777777" w:rsidTr="00966809">
        <w:trPr>
          <w:cantSplit/>
        </w:trPr>
        <w:tc>
          <w:tcPr>
            <w:tcW w:w="2381" w:type="dxa"/>
            <w:vAlign w:val="center"/>
          </w:tcPr>
          <w:p w14:paraId="2CFC537D" w14:textId="77777777" w:rsidR="001865F2" w:rsidRPr="00D31D98" w:rsidRDefault="001865F2" w:rsidP="00966809">
            <w:pPr>
              <w:widowControl w:val="0"/>
              <w:rPr>
                <w:b/>
              </w:rPr>
            </w:pPr>
            <w:r w:rsidRPr="00D31D98">
              <w:rPr>
                <w:b/>
                <w:bCs/>
                <w:szCs w:val="24"/>
              </w:rPr>
              <w:t>Nositelj</w:t>
            </w:r>
          </w:p>
        </w:tc>
        <w:tc>
          <w:tcPr>
            <w:tcW w:w="6690" w:type="dxa"/>
            <w:vAlign w:val="center"/>
          </w:tcPr>
          <w:p w14:paraId="671BAE76"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r w:rsidRPr="00D31D98">
              <w:rPr>
                <w:szCs w:val="24"/>
              </w:rPr>
              <w:t xml:space="preserve"> i </w:t>
            </w:r>
            <w:proofErr w:type="spellStart"/>
            <w:r w:rsidRPr="00D31D98">
              <w:rPr>
                <w:szCs w:val="24"/>
              </w:rPr>
              <w:t>studentiAkademije</w:t>
            </w:r>
            <w:proofErr w:type="spellEnd"/>
            <w:r w:rsidRPr="00D31D98">
              <w:rPr>
                <w:szCs w:val="24"/>
              </w:rPr>
              <w:t xml:space="preserve"> za umjetnost i kulturu u Osijeku</w:t>
            </w:r>
          </w:p>
        </w:tc>
      </w:tr>
      <w:tr w:rsidR="001865F2" w:rsidRPr="00D31D98" w14:paraId="5B1BF30D" w14:textId="77777777" w:rsidTr="00966809">
        <w:trPr>
          <w:cantSplit/>
        </w:trPr>
        <w:tc>
          <w:tcPr>
            <w:tcW w:w="2381" w:type="dxa"/>
            <w:vAlign w:val="center"/>
          </w:tcPr>
          <w:p w14:paraId="35BA7F3E"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EB0438A" w14:textId="77777777" w:rsidR="001865F2" w:rsidRPr="00D31D98" w:rsidRDefault="001865F2" w:rsidP="00966809">
            <w:pPr>
              <w:widowControl w:val="0"/>
            </w:pPr>
            <w:r w:rsidRPr="00D31D98">
              <w:rPr>
                <w:szCs w:val="24"/>
              </w:rPr>
              <w:t>Prostor škole</w:t>
            </w:r>
          </w:p>
        </w:tc>
      </w:tr>
      <w:tr w:rsidR="001865F2" w:rsidRPr="00D31D98" w14:paraId="4B0A14CE" w14:textId="77777777" w:rsidTr="00966809">
        <w:trPr>
          <w:cantSplit/>
        </w:trPr>
        <w:tc>
          <w:tcPr>
            <w:tcW w:w="2381" w:type="dxa"/>
            <w:vAlign w:val="center"/>
          </w:tcPr>
          <w:p w14:paraId="5A482578"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CD24E14" w14:textId="77777777" w:rsidR="001865F2" w:rsidRPr="00D31D98" w:rsidRDefault="001865F2" w:rsidP="00966809">
            <w:pPr>
              <w:widowControl w:val="0"/>
            </w:pPr>
            <w:r w:rsidRPr="00D31D98">
              <w:rPr>
                <w:szCs w:val="24"/>
              </w:rPr>
              <w:t>Ožujak/travanj 2027.</w:t>
            </w:r>
          </w:p>
        </w:tc>
      </w:tr>
      <w:tr w:rsidR="001865F2" w:rsidRPr="00D31D98" w14:paraId="53CC47F5" w14:textId="77777777" w:rsidTr="00966809">
        <w:trPr>
          <w:cantSplit/>
        </w:trPr>
        <w:tc>
          <w:tcPr>
            <w:tcW w:w="2381" w:type="dxa"/>
            <w:vAlign w:val="center"/>
          </w:tcPr>
          <w:p w14:paraId="5CCCFDDF" w14:textId="77777777" w:rsidR="001865F2" w:rsidRPr="00D31D98" w:rsidRDefault="001865F2" w:rsidP="00966809">
            <w:pPr>
              <w:widowControl w:val="0"/>
              <w:rPr>
                <w:b/>
              </w:rPr>
            </w:pPr>
            <w:r w:rsidRPr="00D31D98">
              <w:rPr>
                <w:b/>
                <w:bCs/>
                <w:szCs w:val="24"/>
              </w:rPr>
              <w:t>Troškovnik</w:t>
            </w:r>
          </w:p>
        </w:tc>
        <w:tc>
          <w:tcPr>
            <w:tcW w:w="6690" w:type="dxa"/>
            <w:vAlign w:val="center"/>
          </w:tcPr>
          <w:p w14:paraId="3F344873" w14:textId="77777777" w:rsidR="001865F2" w:rsidRPr="00D31D98" w:rsidRDefault="001865F2" w:rsidP="00966809">
            <w:pPr>
              <w:widowControl w:val="0"/>
            </w:pPr>
            <w:r w:rsidRPr="00D31D98">
              <w:rPr>
                <w:szCs w:val="24"/>
              </w:rPr>
              <w:t>Različiti materijali za izradu</w:t>
            </w:r>
          </w:p>
        </w:tc>
      </w:tr>
      <w:tr w:rsidR="001865F2" w:rsidRPr="00D31D98" w14:paraId="1C5147C4" w14:textId="77777777" w:rsidTr="00966809">
        <w:trPr>
          <w:cantSplit/>
        </w:trPr>
        <w:tc>
          <w:tcPr>
            <w:tcW w:w="2381" w:type="dxa"/>
            <w:vAlign w:val="center"/>
          </w:tcPr>
          <w:p w14:paraId="5EF15639" w14:textId="77777777" w:rsidR="001865F2" w:rsidRPr="00D31D98" w:rsidRDefault="001865F2" w:rsidP="00966809">
            <w:pPr>
              <w:widowControl w:val="0"/>
              <w:rPr>
                <w:b/>
              </w:rPr>
            </w:pPr>
            <w:r w:rsidRPr="00D31D98">
              <w:rPr>
                <w:b/>
                <w:bCs/>
                <w:szCs w:val="24"/>
              </w:rPr>
              <w:t>Način vrednovanja i korištenja</w:t>
            </w:r>
          </w:p>
          <w:p w14:paraId="6B85A8D6" w14:textId="77777777" w:rsidR="001865F2" w:rsidRPr="00D31D98" w:rsidRDefault="001865F2" w:rsidP="00966809">
            <w:pPr>
              <w:widowControl w:val="0"/>
              <w:rPr>
                <w:b/>
              </w:rPr>
            </w:pPr>
            <w:r w:rsidRPr="00D31D98">
              <w:rPr>
                <w:b/>
                <w:bCs/>
                <w:szCs w:val="24"/>
              </w:rPr>
              <w:t>rezultata vrednovanja</w:t>
            </w:r>
          </w:p>
        </w:tc>
        <w:tc>
          <w:tcPr>
            <w:tcW w:w="6690" w:type="dxa"/>
            <w:vAlign w:val="center"/>
          </w:tcPr>
          <w:p w14:paraId="01AB1BAC" w14:textId="77777777" w:rsidR="001865F2" w:rsidRPr="00D31D98" w:rsidRDefault="001865F2" w:rsidP="00966809">
            <w:pPr>
              <w:widowControl w:val="0"/>
            </w:pPr>
            <w:r w:rsidRPr="00D31D98">
              <w:rPr>
                <w:szCs w:val="24"/>
              </w:rPr>
              <w:t>Vrednovanje će se temeljiti na osnovi kreativnosti u izradi meandra.</w:t>
            </w:r>
          </w:p>
        </w:tc>
      </w:tr>
    </w:tbl>
    <w:p w14:paraId="753AD91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12F6023" w14:textId="77777777" w:rsidTr="00966809">
        <w:trPr>
          <w:cantSplit/>
        </w:trPr>
        <w:tc>
          <w:tcPr>
            <w:tcW w:w="2381" w:type="dxa"/>
            <w:vAlign w:val="center"/>
          </w:tcPr>
          <w:p w14:paraId="6DA7ECC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E334D75" w14:textId="77777777" w:rsidR="001865F2" w:rsidRPr="00D31D98" w:rsidRDefault="001865F2" w:rsidP="00966809">
            <w:pPr>
              <w:keepNext/>
              <w:widowControl w:val="0"/>
              <w:rPr>
                <w:b/>
              </w:rPr>
            </w:pPr>
            <w:proofErr w:type="spellStart"/>
            <w:r w:rsidRPr="00D31D98">
              <w:rPr>
                <w:b/>
                <w:bCs/>
                <w:szCs w:val="24"/>
              </w:rPr>
              <w:t>Stemovci</w:t>
            </w:r>
            <w:proofErr w:type="spellEnd"/>
            <w:r w:rsidRPr="00D31D98">
              <w:rPr>
                <w:b/>
                <w:bCs/>
                <w:szCs w:val="24"/>
              </w:rPr>
              <w:t xml:space="preserve"> u akciji 2026./2027.</w:t>
            </w:r>
          </w:p>
        </w:tc>
      </w:tr>
      <w:tr w:rsidR="001865F2" w:rsidRPr="00D31D98" w14:paraId="4818910A" w14:textId="77777777" w:rsidTr="00966809">
        <w:trPr>
          <w:cantSplit/>
        </w:trPr>
        <w:tc>
          <w:tcPr>
            <w:tcW w:w="2381" w:type="dxa"/>
            <w:vAlign w:val="center"/>
          </w:tcPr>
          <w:p w14:paraId="4188085D"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1AB5B61F" w14:textId="77777777" w:rsidR="001865F2" w:rsidRPr="00D31D98" w:rsidRDefault="001865F2" w:rsidP="00966809">
            <w:pPr>
              <w:widowControl w:val="0"/>
            </w:pPr>
            <w:r w:rsidRPr="00D31D98">
              <w:rPr>
                <w:szCs w:val="24"/>
              </w:rPr>
              <w:t>Učenici I. gimnazije Osijek</w:t>
            </w:r>
          </w:p>
        </w:tc>
      </w:tr>
      <w:tr w:rsidR="001865F2" w:rsidRPr="00D31D98" w14:paraId="1AD42C77" w14:textId="77777777" w:rsidTr="00966809">
        <w:trPr>
          <w:cantSplit/>
        </w:trPr>
        <w:tc>
          <w:tcPr>
            <w:tcW w:w="2381" w:type="dxa"/>
            <w:vAlign w:val="center"/>
          </w:tcPr>
          <w:p w14:paraId="7180F4F0"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7B417FE3" w14:textId="77777777" w:rsidR="001865F2" w:rsidRPr="00D31D98" w:rsidRDefault="001865F2" w:rsidP="00966809">
            <w:pPr>
              <w:widowControl w:val="0"/>
            </w:pPr>
            <w:r w:rsidRPr="00D31D98">
              <w:rPr>
                <w:szCs w:val="24"/>
              </w:rPr>
              <w:t xml:space="preserve">Snježana Novaković, prof., Doris </w:t>
            </w:r>
            <w:proofErr w:type="spellStart"/>
            <w:r w:rsidRPr="00D31D98">
              <w:rPr>
                <w:szCs w:val="24"/>
              </w:rPr>
              <w:t>Portner</w:t>
            </w:r>
            <w:proofErr w:type="spellEnd"/>
            <w:r w:rsidRPr="00D31D98">
              <w:rPr>
                <w:szCs w:val="24"/>
              </w:rPr>
              <w:t xml:space="preserve">, </w:t>
            </w:r>
            <w:proofErr w:type="spellStart"/>
            <w:r w:rsidRPr="00D31D98">
              <w:rPr>
                <w:szCs w:val="24"/>
              </w:rPr>
              <w:t>prof</w:t>
            </w:r>
            <w:proofErr w:type="spellEnd"/>
            <w:r w:rsidRPr="00D31D98">
              <w:rPr>
                <w:szCs w:val="24"/>
              </w:rPr>
              <w:t xml:space="preserve">, Ljiljana Kovačević, prof., Tamara </w:t>
            </w:r>
            <w:proofErr w:type="spellStart"/>
            <w:r w:rsidRPr="00D31D98">
              <w:rPr>
                <w:szCs w:val="24"/>
              </w:rPr>
              <w:t>Gracek-Kardoš</w:t>
            </w:r>
            <w:proofErr w:type="spellEnd"/>
            <w:r w:rsidRPr="00D31D98">
              <w:rPr>
                <w:szCs w:val="24"/>
              </w:rPr>
              <w:t xml:space="preserve">, </w:t>
            </w:r>
            <w:proofErr w:type="spellStart"/>
            <w:r w:rsidRPr="00D31D98">
              <w:rPr>
                <w:szCs w:val="24"/>
              </w:rPr>
              <w:t>prof</w:t>
            </w:r>
            <w:proofErr w:type="spellEnd"/>
          </w:p>
        </w:tc>
      </w:tr>
      <w:tr w:rsidR="001865F2" w:rsidRPr="00D31D98" w14:paraId="129B10D0" w14:textId="77777777" w:rsidTr="00966809">
        <w:trPr>
          <w:cantSplit/>
        </w:trPr>
        <w:tc>
          <w:tcPr>
            <w:tcW w:w="2381" w:type="dxa"/>
            <w:vAlign w:val="center"/>
          </w:tcPr>
          <w:p w14:paraId="58BA9497" w14:textId="77777777" w:rsidR="001865F2" w:rsidRPr="00D31D98" w:rsidRDefault="001865F2" w:rsidP="00966809">
            <w:pPr>
              <w:widowControl w:val="0"/>
              <w:rPr>
                <w:b/>
              </w:rPr>
            </w:pPr>
            <w:r w:rsidRPr="00D31D98">
              <w:rPr>
                <w:b/>
                <w:bCs/>
                <w:szCs w:val="24"/>
              </w:rPr>
              <w:lastRenderedPageBreak/>
              <w:t>Ciljevi aktivnosti</w:t>
            </w:r>
          </w:p>
        </w:tc>
        <w:tc>
          <w:tcPr>
            <w:tcW w:w="6690" w:type="dxa"/>
            <w:vAlign w:val="center"/>
          </w:tcPr>
          <w:p w14:paraId="08E34A03" w14:textId="77777777" w:rsidR="001865F2" w:rsidRPr="00D31D98" w:rsidRDefault="001865F2" w:rsidP="00966809">
            <w:pPr>
              <w:widowControl w:val="0"/>
            </w:pPr>
            <w:r w:rsidRPr="00D31D98">
              <w:rPr>
                <w:szCs w:val="24"/>
              </w:rPr>
              <w:t>Glavni cilj projekta je popularizacija prirodne grupe predmeta. Promovirati znanost u najširem smislu i zainteresirati mlade da odaberu znanost za svoj životni poziv.</w:t>
            </w:r>
          </w:p>
        </w:tc>
      </w:tr>
      <w:tr w:rsidR="001865F2" w:rsidRPr="00D31D98" w14:paraId="183324BD" w14:textId="77777777" w:rsidTr="00966809">
        <w:trPr>
          <w:cantSplit/>
        </w:trPr>
        <w:tc>
          <w:tcPr>
            <w:tcW w:w="2381" w:type="dxa"/>
            <w:vAlign w:val="center"/>
          </w:tcPr>
          <w:p w14:paraId="61E0A61F"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251D3B3" w14:textId="77777777" w:rsidR="001865F2" w:rsidRPr="00D31D98" w:rsidRDefault="001865F2" w:rsidP="00966809">
            <w:pPr>
              <w:widowControl w:val="0"/>
            </w:pPr>
            <w:r w:rsidRPr="00D31D98">
              <w:rPr>
                <w:szCs w:val="24"/>
              </w:rPr>
              <w:t>Kroz cijeli projekt odvija se prožimanje spoznaja iz jedne znanosti u drugu radi rješavanja problema. I sve to možemo objediniti i objasniti pomoću izrade igračaka. Problemski zadaci i/ili zadaci za poticanje kritičkog razmišljanja i/ili kreativnosti i/ili istraživački zadaci. Koje zakone fizike možemo objasniti pomoću te igračke? Što sve možemo razvijati izradom igračaka?</w:t>
            </w:r>
          </w:p>
        </w:tc>
      </w:tr>
      <w:tr w:rsidR="001865F2" w:rsidRPr="00D31D98" w14:paraId="599EB7C4" w14:textId="77777777" w:rsidTr="00966809">
        <w:trPr>
          <w:cantSplit/>
        </w:trPr>
        <w:tc>
          <w:tcPr>
            <w:tcW w:w="2381" w:type="dxa"/>
            <w:vAlign w:val="center"/>
          </w:tcPr>
          <w:p w14:paraId="7D152EAA"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30AC35F5" w14:textId="77777777" w:rsidR="001865F2" w:rsidRPr="00D31D98" w:rsidRDefault="001865F2" w:rsidP="00966809">
            <w:pPr>
              <w:widowControl w:val="0"/>
            </w:pPr>
            <w:r w:rsidRPr="00D31D98">
              <w:rPr>
                <w:szCs w:val="24"/>
              </w:rPr>
              <w:t>Školsku godinu 2026./2027. s ciljem da projekt provodimo svake slijedeće godine. Projekt se provodi cijele školske godine, a u svibnju 2027. održale bi se izložbe napravljenih radova. Također u tom tjednu održali bi niz radionica za druge učenike naše škole i roditelje naših učenika.</w:t>
            </w:r>
          </w:p>
        </w:tc>
      </w:tr>
      <w:tr w:rsidR="001865F2" w:rsidRPr="00D31D98" w14:paraId="43830E42" w14:textId="77777777" w:rsidTr="00966809">
        <w:trPr>
          <w:cantSplit/>
        </w:trPr>
        <w:tc>
          <w:tcPr>
            <w:tcW w:w="2381" w:type="dxa"/>
            <w:vAlign w:val="center"/>
          </w:tcPr>
          <w:p w14:paraId="38FCCA26"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54E3D584" w14:textId="77777777" w:rsidR="001865F2" w:rsidRPr="00D31D98" w:rsidRDefault="001865F2" w:rsidP="00966809">
            <w:pPr>
              <w:widowControl w:val="0"/>
            </w:pPr>
            <w:r w:rsidRPr="00D31D98">
              <w:rPr>
                <w:szCs w:val="24"/>
              </w:rPr>
              <w:t xml:space="preserve">Praćenje i vrednovanje projekta slijedi iz ostvarenosti ishoda učenja predmeta fizika, matematika, kemije i </w:t>
            </w:r>
            <w:proofErr w:type="spellStart"/>
            <w:r w:rsidRPr="00D31D98">
              <w:rPr>
                <w:szCs w:val="24"/>
              </w:rPr>
              <w:t>međupredmetnih</w:t>
            </w:r>
            <w:proofErr w:type="spellEnd"/>
            <w:r w:rsidRPr="00D31D98">
              <w:rPr>
                <w:szCs w:val="24"/>
              </w:rPr>
              <w:t xml:space="preserve"> tema.</w:t>
            </w:r>
          </w:p>
        </w:tc>
      </w:tr>
      <w:tr w:rsidR="001865F2" w:rsidRPr="00D31D98" w14:paraId="1CA1F830" w14:textId="77777777" w:rsidTr="00966809">
        <w:trPr>
          <w:cantSplit/>
        </w:trPr>
        <w:tc>
          <w:tcPr>
            <w:tcW w:w="2381" w:type="dxa"/>
            <w:vAlign w:val="center"/>
          </w:tcPr>
          <w:p w14:paraId="15C6C3A2"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054BE689" w14:textId="77777777" w:rsidR="001865F2" w:rsidRPr="00D31D98" w:rsidRDefault="001865F2" w:rsidP="00966809">
            <w:pPr>
              <w:widowControl w:val="0"/>
            </w:pPr>
            <w:r w:rsidRPr="00D31D98">
              <w:rPr>
                <w:szCs w:val="24"/>
              </w:rPr>
              <w:t>https://narodne-novine.nn.hr/clanci/sluzbeni/2019_01_10_217.html</w:t>
            </w:r>
          </w:p>
          <w:p w14:paraId="4BD7D096" w14:textId="77777777" w:rsidR="001865F2" w:rsidRPr="00D31D98" w:rsidRDefault="001865F2" w:rsidP="00966809">
            <w:pPr>
              <w:widowControl w:val="0"/>
            </w:pPr>
            <w:proofErr w:type="spellStart"/>
            <w:r w:rsidRPr="00D31D98">
              <w:rPr>
                <w:szCs w:val="24"/>
              </w:rPr>
              <w:t>goo</w:t>
            </w:r>
            <w:proofErr w:type="spellEnd"/>
            <w:r w:rsidRPr="00D31D98">
              <w:rPr>
                <w:szCs w:val="24"/>
              </w:rPr>
              <w:t xml:space="preserve"> C.4.1. Aktivno se uključuje u razvoj zajednice.</w:t>
            </w:r>
          </w:p>
          <w:p w14:paraId="3169FAE3" w14:textId="77777777" w:rsidR="001865F2" w:rsidRPr="00D31D98" w:rsidRDefault="001865F2" w:rsidP="00966809">
            <w:pPr>
              <w:widowControl w:val="0"/>
            </w:pPr>
            <w:r w:rsidRPr="00D31D98">
              <w:rPr>
                <w:szCs w:val="24"/>
              </w:rPr>
              <w:t>https://narodne-novine.nn.hr/clanci/sluzbeni/2019_01_7_150.html</w:t>
            </w:r>
          </w:p>
          <w:p w14:paraId="49CA9BA0"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C.4.2. Učenik samostalno provodi složeno pretraživanje informacija u digitalnome okružju.</w:t>
            </w:r>
          </w:p>
          <w:p w14:paraId="7CC115B3" w14:textId="77777777" w:rsidR="001865F2" w:rsidRPr="00D31D98" w:rsidRDefault="001865F2" w:rsidP="00966809">
            <w:pPr>
              <w:widowControl w:val="0"/>
            </w:pPr>
            <w:r w:rsidRPr="00D31D98">
              <w:rPr>
                <w:szCs w:val="24"/>
              </w:rPr>
              <w:t>https://narodne-novine.nn.hr/clanci/sluzbeni/2019_01_7_153.html</w:t>
            </w:r>
          </w:p>
          <w:p w14:paraId="166A664C"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B.4.2. Suradnički uči i radi u timu.</w:t>
            </w:r>
          </w:p>
          <w:p w14:paraId="0AE3253D"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B.5.3. Preuzima odgovornost za svoje ponašanje.</w:t>
            </w:r>
          </w:p>
          <w:p w14:paraId="47184E68"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A.5.3. Razvija svoje potencijale.</w:t>
            </w:r>
          </w:p>
          <w:p w14:paraId="0A84BCEF"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A.4.4. Upravlja svojim obrazovnim i profesionalnim putem.</w:t>
            </w:r>
          </w:p>
          <w:p w14:paraId="2150C570" w14:textId="77777777" w:rsidR="001865F2" w:rsidRPr="00D31D98" w:rsidRDefault="001865F2" w:rsidP="00966809">
            <w:pPr>
              <w:widowControl w:val="0"/>
            </w:pPr>
            <w:r w:rsidRPr="00D31D98">
              <w:rPr>
                <w:szCs w:val="24"/>
              </w:rPr>
              <w:t>https://narodne-novine.nn.hr/clanci/sluzbeni/2019_01_7_154.html</w:t>
            </w:r>
          </w:p>
          <w:p w14:paraId="32B31E66"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A.4/5.1. Upravljanje informacijama. Učenik samostalno traži nove informacije iz različitih izvora, transformira ih u novo znanje i uspješno primjenjuje pri rješavanju problema.</w:t>
            </w:r>
          </w:p>
        </w:tc>
      </w:tr>
    </w:tbl>
    <w:p w14:paraId="0CBB07B5"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3361971" w14:textId="77777777" w:rsidTr="00966809">
        <w:trPr>
          <w:cantSplit/>
        </w:trPr>
        <w:tc>
          <w:tcPr>
            <w:tcW w:w="2381" w:type="dxa"/>
            <w:vAlign w:val="center"/>
          </w:tcPr>
          <w:p w14:paraId="7E235C0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D8F72DB" w14:textId="77777777" w:rsidR="001865F2" w:rsidRPr="00D31D98" w:rsidRDefault="001865F2" w:rsidP="00966809">
            <w:pPr>
              <w:keepNext/>
              <w:widowControl w:val="0"/>
              <w:rPr>
                <w:b/>
              </w:rPr>
            </w:pPr>
            <w:r w:rsidRPr="00D31D98">
              <w:rPr>
                <w:b/>
                <w:bCs/>
                <w:szCs w:val="24"/>
              </w:rPr>
              <w:t>Projektna nastava iz psihologije/Trčimo za mentalno zdravlje 2026.</w:t>
            </w:r>
          </w:p>
        </w:tc>
      </w:tr>
      <w:tr w:rsidR="001865F2" w:rsidRPr="00D31D98" w14:paraId="2B722183" w14:textId="77777777" w:rsidTr="00966809">
        <w:trPr>
          <w:cantSplit/>
        </w:trPr>
        <w:tc>
          <w:tcPr>
            <w:tcW w:w="2381" w:type="dxa"/>
            <w:vAlign w:val="center"/>
          </w:tcPr>
          <w:p w14:paraId="7D7AF4BD" w14:textId="77777777" w:rsidR="001865F2" w:rsidRPr="00D31D98" w:rsidRDefault="001865F2" w:rsidP="00966809">
            <w:pPr>
              <w:widowControl w:val="0"/>
              <w:rPr>
                <w:b/>
              </w:rPr>
            </w:pPr>
            <w:r w:rsidRPr="00D31D98">
              <w:rPr>
                <w:b/>
                <w:bCs/>
                <w:szCs w:val="24"/>
              </w:rPr>
              <w:t>Ciljevi</w:t>
            </w:r>
          </w:p>
        </w:tc>
        <w:tc>
          <w:tcPr>
            <w:tcW w:w="6690" w:type="dxa"/>
            <w:vAlign w:val="center"/>
          </w:tcPr>
          <w:p w14:paraId="710BFE0E" w14:textId="77777777" w:rsidR="001865F2" w:rsidRPr="00D31D98" w:rsidRDefault="001865F2" w:rsidP="00966809">
            <w:pPr>
              <w:widowControl w:val="0"/>
            </w:pPr>
            <w:r w:rsidRPr="00D31D98">
              <w:rPr>
                <w:szCs w:val="24"/>
              </w:rPr>
              <w:t>➢ Povezati mentalno i fizičko zdravlje</w:t>
            </w:r>
          </w:p>
          <w:p w14:paraId="741E419D" w14:textId="77777777" w:rsidR="001865F2" w:rsidRPr="00D31D98" w:rsidRDefault="001865F2" w:rsidP="00966809">
            <w:pPr>
              <w:widowControl w:val="0"/>
            </w:pPr>
            <w:r w:rsidRPr="00D31D98">
              <w:rPr>
                <w:szCs w:val="24"/>
              </w:rPr>
              <w:t>➢ Opisati utjecaj fizičkog zdravlja na mentalno zdravlje</w:t>
            </w:r>
          </w:p>
          <w:p w14:paraId="47C81ED8" w14:textId="77777777" w:rsidR="001865F2" w:rsidRPr="00D31D98" w:rsidRDefault="001865F2" w:rsidP="00966809">
            <w:pPr>
              <w:widowControl w:val="0"/>
            </w:pPr>
            <w:r w:rsidRPr="00D31D98">
              <w:rPr>
                <w:szCs w:val="24"/>
              </w:rPr>
              <w:t>➢ Izvodi vježbu korisnu za mentalno zdravlje</w:t>
            </w:r>
          </w:p>
          <w:p w14:paraId="63541337" w14:textId="77777777" w:rsidR="001865F2" w:rsidRPr="00D31D98" w:rsidRDefault="001865F2" w:rsidP="00966809">
            <w:pPr>
              <w:widowControl w:val="0"/>
            </w:pPr>
            <w:r w:rsidRPr="00D31D98">
              <w:rPr>
                <w:szCs w:val="24"/>
              </w:rPr>
              <w:t>➢ Uključuje se u aktivnosti u zajednici</w:t>
            </w:r>
          </w:p>
        </w:tc>
      </w:tr>
      <w:tr w:rsidR="001865F2" w:rsidRPr="00D31D98" w14:paraId="14965396" w14:textId="77777777" w:rsidTr="00966809">
        <w:trPr>
          <w:cantSplit/>
        </w:trPr>
        <w:tc>
          <w:tcPr>
            <w:tcW w:w="2381" w:type="dxa"/>
            <w:vAlign w:val="center"/>
          </w:tcPr>
          <w:p w14:paraId="547C7415"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57E2D22" w14:textId="77777777" w:rsidR="001865F2" w:rsidRPr="00D31D98" w:rsidRDefault="001865F2" w:rsidP="00966809">
            <w:pPr>
              <w:widowControl w:val="0"/>
            </w:pPr>
            <w:r w:rsidRPr="00D31D98">
              <w:rPr>
                <w:szCs w:val="24"/>
              </w:rPr>
              <w:t>Osvijestiti važnost očuvanja mentalnog zdravlja i povezati mentalno i fizičko zdravlje u praktičnoj aktivnosti.</w:t>
            </w:r>
          </w:p>
        </w:tc>
      </w:tr>
      <w:tr w:rsidR="001865F2" w:rsidRPr="00D31D98" w14:paraId="5EA11244" w14:textId="77777777" w:rsidTr="00966809">
        <w:trPr>
          <w:cantSplit/>
        </w:trPr>
        <w:tc>
          <w:tcPr>
            <w:tcW w:w="2381" w:type="dxa"/>
            <w:vAlign w:val="center"/>
          </w:tcPr>
          <w:p w14:paraId="661159FC"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42B6171A" w14:textId="77777777" w:rsidR="001865F2" w:rsidRPr="00D31D98" w:rsidRDefault="001865F2" w:rsidP="00966809">
            <w:pPr>
              <w:widowControl w:val="0"/>
            </w:pPr>
            <w:r w:rsidRPr="00D31D98">
              <w:rPr>
                <w:szCs w:val="24"/>
              </w:rPr>
              <w:t xml:space="preserve">Ružica </w:t>
            </w:r>
            <w:proofErr w:type="spellStart"/>
            <w:r w:rsidRPr="00D31D98">
              <w:rPr>
                <w:szCs w:val="24"/>
              </w:rPr>
              <w:t>Trdin</w:t>
            </w:r>
            <w:proofErr w:type="spellEnd"/>
            <w:r w:rsidRPr="00D31D98">
              <w:rPr>
                <w:szCs w:val="24"/>
              </w:rPr>
              <w:t>, nastavnica psihologije u suradnji sa nastavnicima Tjelesne i zdravstvene kulture</w:t>
            </w:r>
          </w:p>
        </w:tc>
      </w:tr>
      <w:tr w:rsidR="001865F2" w:rsidRPr="00D31D98" w14:paraId="41214155" w14:textId="77777777" w:rsidTr="00966809">
        <w:trPr>
          <w:cantSplit/>
        </w:trPr>
        <w:tc>
          <w:tcPr>
            <w:tcW w:w="2381" w:type="dxa"/>
            <w:vAlign w:val="center"/>
          </w:tcPr>
          <w:p w14:paraId="6446A207"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04C2D2E5" w14:textId="77777777" w:rsidR="001865F2" w:rsidRPr="00D31D98" w:rsidRDefault="001865F2" w:rsidP="00966809">
            <w:pPr>
              <w:widowControl w:val="0"/>
            </w:pPr>
            <w:r w:rsidRPr="00D31D98">
              <w:rPr>
                <w:szCs w:val="24"/>
              </w:rPr>
              <w:t>Sudjelovanje na manifestaciji Trčimo za mentalno zdravlje 2025.</w:t>
            </w:r>
          </w:p>
        </w:tc>
      </w:tr>
      <w:tr w:rsidR="001865F2" w:rsidRPr="00D31D98" w14:paraId="312A98D9" w14:textId="77777777" w:rsidTr="00966809">
        <w:trPr>
          <w:cantSplit/>
        </w:trPr>
        <w:tc>
          <w:tcPr>
            <w:tcW w:w="2381" w:type="dxa"/>
            <w:vAlign w:val="center"/>
          </w:tcPr>
          <w:p w14:paraId="33D41ED0"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BAEEF98" w14:textId="77777777" w:rsidR="001865F2" w:rsidRPr="00D31D98" w:rsidRDefault="001865F2" w:rsidP="00966809">
            <w:pPr>
              <w:widowControl w:val="0"/>
            </w:pPr>
            <w:r w:rsidRPr="00D31D98">
              <w:rPr>
                <w:szCs w:val="24"/>
              </w:rPr>
              <w:t>10. listopada 2026.</w:t>
            </w:r>
          </w:p>
        </w:tc>
      </w:tr>
      <w:tr w:rsidR="001865F2" w:rsidRPr="00D31D98" w14:paraId="02F4DF3D" w14:textId="77777777" w:rsidTr="00966809">
        <w:trPr>
          <w:cantSplit/>
        </w:trPr>
        <w:tc>
          <w:tcPr>
            <w:tcW w:w="2381" w:type="dxa"/>
            <w:vAlign w:val="center"/>
          </w:tcPr>
          <w:p w14:paraId="4A3695C6" w14:textId="77777777" w:rsidR="001865F2" w:rsidRPr="00D31D98" w:rsidRDefault="001865F2" w:rsidP="00966809">
            <w:pPr>
              <w:widowControl w:val="0"/>
              <w:rPr>
                <w:b/>
              </w:rPr>
            </w:pPr>
            <w:r w:rsidRPr="00D31D98">
              <w:rPr>
                <w:b/>
                <w:bCs/>
                <w:szCs w:val="24"/>
              </w:rPr>
              <w:t>Troškovnik</w:t>
            </w:r>
          </w:p>
        </w:tc>
        <w:tc>
          <w:tcPr>
            <w:tcW w:w="6690" w:type="dxa"/>
            <w:vAlign w:val="center"/>
          </w:tcPr>
          <w:p w14:paraId="2B1C97B6" w14:textId="77777777" w:rsidR="001865F2" w:rsidRPr="00D31D98" w:rsidRDefault="001865F2" w:rsidP="00966809">
            <w:pPr>
              <w:widowControl w:val="0"/>
            </w:pPr>
            <w:r w:rsidRPr="00D31D98">
              <w:rPr>
                <w:szCs w:val="24"/>
              </w:rPr>
              <w:t>-</w:t>
            </w:r>
          </w:p>
        </w:tc>
      </w:tr>
      <w:tr w:rsidR="001865F2" w:rsidRPr="00D31D98" w14:paraId="58A8B65B" w14:textId="77777777" w:rsidTr="00966809">
        <w:trPr>
          <w:cantSplit/>
        </w:trPr>
        <w:tc>
          <w:tcPr>
            <w:tcW w:w="2381" w:type="dxa"/>
            <w:vAlign w:val="center"/>
          </w:tcPr>
          <w:p w14:paraId="0724CA88"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297A6CB2" w14:textId="77777777" w:rsidR="001865F2" w:rsidRPr="00D31D98" w:rsidRDefault="001865F2" w:rsidP="00966809">
            <w:pPr>
              <w:widowControl w:val="0"/>
            </w:pPr>
            <w:r w:rsidRPr="00D31D98">
              <w:rPr>
                <w:szCs w:val="24"/>
              </w:rPr>
              <w:t>Formativno vrednovanje</w:t>
            </w:r>
          </w:p>
        </w:tc>
      </w:tr>
    </w:tbl>
    <w:p w14:paraId="5B689983"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5ED5B4A" w14:textId="77777777" w:rsidTr="00966809">
        <w:trPr>
          <w:cantSplit/>
        </w:trPr>
        <w:tc>
          <w:tcPr>
            <w:tcW w:w="2381" w:type="dxa"/>
            <w:vAlign w:val="center"/>
          </w:tcPr>
          <w:p w14:paraId="56D60DA8"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CD6C26A" w14:textId="77777777" w:rsidR="001865F2" w:rsidRPr="00D31D98" w:rsidRDefault="001865F2" w:rsidP="00966809">
            <w:pPr>
              <w:keepNext/>
              <w:widowControl w:val="0"/>
              <w:rPr>
                <w:b/>
              </w:rPr>
            </w:pPr>
            <w:r w:rsidRPr="00D31D98">
              <w:rPr>
                <w:b/>
                <w:bCs/>
                <w:szCs w:val="24"/>
              </w:rPr>
              <w:t>Projektna nastava iz psihologije/Međunarodni dan gluhih/Međunarodni dan bijelog štapa</w:t>
            </w:r>
          </w:p>
        </w:tc>
      </w:tr>
      <w:tr w:rsidR="001865F2" w:rsidRPr="00D31D98" w14:paraId="31F15391" w14:textId="77777777" w:rsidTr="00966809">
        <w:trPr>
          <w:cantSplit/>
        </w:trPr>
        <w:tc>
          <w:tcPr>
            <w:tcW w:w="2381" w:type="dxa"/>
            <w:vAlign w:val="center"/>
          </w:tcPr>
          <w:p w14:paraId="7DD3E63E" w14:textId="77777777" w:rsidR="001865F2" w:rsidRPr="00D31D98" w:rsidRDefault="001865F2" w:rsidP="00966809">
            <w:pPr>
              <w:widowControl w:val="0"/>
              <w:rPr>
                <w:b/>
              </w:rPr>
            </w:pPr>
            <w:r w:rsidRPr="00D31D98">
              <w:rPr>
                <w:b/>
                <w:bCs/>
                <w:szCs w:val="24"/>
              </w:rPr>
              <w:t>Ciljevi</w:t>
            </w:r>
          </w:p>
        </w:tc>
        <w:tc>
          <w:tcPr>
            <w:tcW w:w="6690" w:type="dxa"/>
            <w:vAlign w:val="center"/>
          </w:tcPr>
          <w:p w14:paraId="4534D9DA" w14:textId="77777777" w:rsidR="001865F2" w:rsidRPr="00D31D98" w:rsidRDefault="001865F2" w:rsidP="00966809">
            <w:pPr>
              <w:widowControl w:val="0"/>
            </w:pPr>
            <w:r w:rsidRPr="00D31D98">
              <w:rPr>
                <w:szCs w:val="24"/>
              </w:rPr>
              <w:t>➢ Razvijanje empatije prema osobama s invaliditetom.</w:t>
            </w:r>
          </w:p>
          <w:p w14:paraId="17964774" w14:textId="77777777" w:rsidR="001865F2" w:rsidRPr="00D31D98" w:rsidRDefault="001865F2" w:rsidP="00966809">
            <w:pPr>
              <w:widowControl w:val="0"/>
            </w:pPr>
            <w:r w:rsidRPr="00D31D98">
              <w:rPr>
                <w:szCs w:val="24"/>
              </w:rPr>
              <w:t>➢ Poticanje inkluzivne svijesti kod učenika.</w:t>
            </w:r>
          </w:p>
          <w:p w14:paraId="7B3FFD03" w14:textId="77777777" w:rsidR="001865F2" w:rsidRPr="00D31D98" w:rsidRDefault="001865F2" w:rsidP="00966809">
            <w:pPr>
              <w:widowControl w:val="0"/>
            </w:pPr>
            <w:r w:rsidRPr="00D31D98">
              <w:rPr>
                <w:szCs w:val="24"/>
              </w:rPr>
              <w:t>➢ Razvijanje kompetencija za timski rad, istraživanje i kreativno izražavanje.</w:t>
            </w:r>
          </w:p>
          <w:p w14:paraId="60DA4E0E" w14:textId="77777777" w:rsidR="001865F2" w:rsidRPr="00D31D98" w:rsidRDefault="001865F2" w:rsidP="00966809">
            <w:pPr>
              <w:widowControl w:val="0"/>
            </w:pPr>
            <w:r w:rsidRPr="00D31D98">
              <w:rPr>
                <w:szCs w:val="24"/>
              </w:rPr>
              <w:t>➢ Praktično primjenjivanje teorijskih znanja iz psihologije (percepcija, komunikacija)</w:t>
            </w:r>
          </w:p>
        </w:tc>
      </w:tr>
      <w:tr w:rsidR="001865F2" w:rsidRPr="00D31D98" w14:paraId="5C884D05" w14:textId="77777777" w:rsidTr="00966809">
        <w:trPr>
          <w:cantSplit/>
        </w:trPr>
        <w:tc>
          <w:tcPr>
            <w:tcW w:w="2381" w:type="dxa"/>
            <w:vAlign w:val="center"/>
          </w:tcPr>
          <w:p w14:paraId="121FAB6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3FF846E" w14:textId="77777777" w:rsidR="001865F2" w:rsidRPr="00D31D98" w:rsidRDefault="001865F2" w:rsidP="00966809">
            <w:pPr>
              <w:widowControl w:val="0"/>
            </w:pPr>
            <w:r w:rsidRPr="00D31D98">
              <w:rPr>
                <w:szCs w:val="24"/>
              </w:rPr>
              <w:t>Potaknuti učenike na razmišljanje o komunikacijskim barijerama i uključivanju osoba s invaliditetom u društvo.</w:t>
            </w:r>
          </w:p>
        </w:tc>
      </w:tr>
      <w:tr w:rsidR="001865F2" w:rsidRPr="00D31D98" w14:paraId="1C474D53" w14:textId="77777777" w:rsidTr="00966809">
        <w:trPr>
          <w:cantSplit/>
        </w:trPr>
        <w:tc>
          <w:tcPr>
            <w:tcW w:w="2381" w:type="dxa"/>
            <w:vAlign w:val="center"/>
          </w:tcPr>
          <w:p w14:paraId="73FFA995"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219A121" w14:textId="77777777" w:rsidR="001865F2" w:rsidRPr="00D31D98" w:rsidRDefault="001865F2" w:rsidP="00966809">
            <w:pPr>
              <w:widowControl w:val="0"/>
            </w:pPr>
            <w:r w:rsidRPr="00D31D98">
              <w:rPr>
                <w:szCs w:val="24"/>
              </w:rPr>
              <w:t xml:space="preserve">Ružica </w:t>
            </w:r>
            <w:proofErr w:type="spellStart"/>
            <w:r w:rsidRPr="00D31D98">
              <w:rPr>
                <w:szCs w:val="24"/>
              </w:rPr>
              <w:t>Trdin</w:t>
            </w:r>
            <w:proofErr w:type="spellEnd"/>
            <w:r w:rsidRPr="00D31D98">
              <w:rPr>
                <w:szCs w:val="24"/>
              </w:rPr>
              <w:t>, nastavnica psihologije u suradnji sa nastavnicima Tjelesne i zdravstvene kulture</w:t>
            </w:r>
          </w:p>
        </w:tc>
      </w:tr>
      <w:tr w:rsidR="001865F2" w:rsidRPr="00D31D98" w14:paraId="511613FB" w14:textId="77777777" w:rsidTr="00966809">
        <w:trPr>
          <w:cantSplit/>
        </w:trPr>
        <w:tc>
          <w:tcPr>
            <w:tcW w:w="2381" w:type="dxa"/>
            <w:vAlign w:val="center"/>
          </w:tcPr>
          <w:p w14:paraId="766E36ED"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7D3E10C3" w14:textId="77777777" w:rsidR="001865F2" w:rsidRPr="00D31D98" w:rsidRDefault="001865F2" w:rsidP="00966809">
            <w:pPr>
              <w:widowControl w:val="0"/>
            </w:pPr>
            <w:r w:rsidRPr="00D31D98">
              <w:rPr>
                <w:szCs w:val="24"/>
              </w:rPr>
              <w:t xml:space="preserve">U suradnji s nastavnicima tjelesne i zdravstvene kulture organizirati igre u dvorani škole koje će potaknuti i osvijestiti učenike kako je to živjeti bez jednog osjetila. Primjeri igara su prolaženje poligona u paru s povezima na očima, igra slijepi </w:t>
            </w:r>
            <w:proofErr w:type="spellStart"/>
            <w:r w:rsidRPr="00D31D98">
              <w:rPr>
                <w:szCs w:val="24"/>
              </w:rPr>
              <w:t>memory</w:t>
            </w:r>
            <w:proofErr w:type="spellEnd"/>
            <w:r w:rsidRPr="00D31D98">
              <w:rPr>
                <w:szCs w:val="24"/>
              </w:rPr>
              <w:t>, „Vidim, a ne čujem“ (učenici sa slušalicama na ušima pokušavaju čitati s usana).</w:t>
            </w:r>
          </w:p>
        </w:tc>
      </w:tr>
      <w:tr w:rsidR="001865F2" w:rsidRPr="00D31D98" w14:paraId="6A89284F" w14:textId="77777777" w:rsidTr="00966809">
        <w:trPr>
          <w:cantSplit/>
        </w:trPr>
        <w:tc>
          <w:tcPr>
            <w:tcW w:w="2381" w:type="dxa"/>
            <w:vAlign w:val="center"/>
          </w:tcPr>
          <w:p w14:paraId="570969D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F2F096C" w14:textId="77777777" w:rsidR="001865F2" w:rsidRPr="00D31D98" w:rsidRDefault="001865F2" w:rsidP="00966809">
            <w:pPr>
              <w:widowControl w:val="0"/>
            </w:pPr>
            <w:r w:rsidRPr="00D31D98">
              <w:rPr>
                <w:szCs w:val="24"/>
              </w:rPr>
              <w:t>listopad 2026.</w:t>
            </w:r>
          </w:p>
        </w:tc>
      </w:tr>
      <w:tr w:rsidR="001865F2" w:rsidRPr="00D31D98" w14:paraId="6F45B3C6" w14:textId="77777777" w:rsidTr="00966809">
        <w:trPr>
          <w:cantSplit/>
        </w:trPr>
        <w:tc>
          <w:tcPr>
            <w:tcW w:w="2381" w:type="dxa"/>
            <w:vAlign w:val="center"/>
          </w:tcPr>
          <w:p w14:paraId="2ADC41C2" w14:textId="77777777" w:rsidR="001865F2" w:rsidRPr="00D31D98" w:rsidRDefault="001865F2" w:rsidP="00966809">
            <w:pPr>
              <w:widowControl w:val="0"/>
              <w:rPr>
                <w:b/>
              </w:rPr>
            </w:pPr>
            <w:r w:rsidRPr="00D31D98">
              <w:rPr>
                <w:b/>
                <w:bCs/>
                <w:szCs w:val="24"/>
              </w:rPr>
              <w:t>Troškovnik</w:t>
            </w:r>
          </w:p>
        </w:tc>
        <w:tc>
          <w:tcPr>
            <w:tcW w:w="6690" w:type="dxa"/>
            <w:vAlign w:val="center"/>
          </w:tcPr>
          <w:p w14:paraId="5ED367E5" w14:textId="77777777" w:rsidR="001865F2" w:rsidRPr="00D31D98" w:rsidRDefault="001865F2" w:rsidP="00966809">
            <w:pPr>
              <w:widowControl w:val="0"/>
            </w:pPr>
            <w:r w:rsidRPr="00D31D98">
              <w:rPr>
                <w:szCs w:val="24"/>
              </w:rPr>
              <w:t>100 eura</w:t>
            </w:r>
          </w:p>
        </w:tc>
      </w:tr>
      <w:tr w:rsidR="001865F2" w:rsidRPr="00D31D98" w14:paraId="05B2AA21" w14:textId="77777777" w:rsidTr="00966809">
        <w:trPr>
          <w:cantSplit/>
        </w:trPr>
        <w:tc>
          <w:tcPr>
            <w:tcW w:w="2381" w:type="dxa"/>
            <w:vAlign w:val="center"/>
          </w:tcPr>
          <w:p w14:paraId="600EAF3C"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2E6577D3" w14:textId="77777777" w:rsidR="001865F2" w:rsidRPr="00D31D98" w:rsidRDefault="001865F2" w:rsidP="00966809">
            <w:pPr>
              <w:widowControl w:val="0"/>
            </w:pPr>
            <w:r w:rsidRPr="00D31D98">
              <w:rPr>
                <w:szCs w:val="24"/>
              </w:rPr>
              <w:t>Formativno vrednovanje</w:t>
            </w:r>
          </w:p>
        </w:tc>
      </w:tr>
    </w:tbl>
    <w:p w14:paraId="32356A9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6FA76170" w14:textId="77777777" w:rsidTr="00966809">
        <w:trPr>
          <w:cantSplit/>
        </w:trPr>
        <w:tc>
          <w:tcPr>
            <w:tcW w:w="2381" w:type="dxa"/>
            <w:vAlign w:val="center"/>
          </w:tcPr>
          <w:p w14:paraId="4647CC78"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B7C03B7" w14:textId="77777777" w:rsidR="001865F2" w:rsidRPr="00D31D98" w:rsidRDefault="001865F2" w:rsidP="00966809">
            <w:pPr>
              <w:keepNext/>
              <w:widowControl w:val="0"/>
              <w:rPr>
                <w:b/>
              </w:rPr>
            </w:pPr>
            <w:r w:rsidRPr="00D31D98">
              <w:rPr>
                <w:b/>
                <w:bCs/>
                <w:szCs w:val="24"/>
              </w:rPr>
              <w:t>Projektna nastava iz psihologije/Tjedan psihologije</w:t>
            </w:r>
          </w:p>
        </w:tc>
      </w:tr>
      <w:tr w:rsidR="001865F2" w:rsidRPr="00D31D98" w14:paraId="784B9A24" w14:textId="77777777" w:rsidTr="00966809">
        <w:trPr>
          <w:cantSplit/>
        </w:trPr>
        <w:tc>
          <w:tcPr>
            <w:tcW w:w="2381" w:type="dxa"/>
            <w:vAlign w:val="center"/>
          </w:tcPr>
          <w:p w14:paraId="0351FD5A" w14:textId="77777777" w:rsidR="001865F2" w:rsidRPr="00D31D98" w:rsidRDefault="001865F2" w:rsidP="00966809">
            <w:pPr>
              <w:widowControl w:val="0"/>
              <w:rPr>
                <w:b/>
              </w:rPr>
            </w:pPr>
            <w:r w:rsidRPr="00D31D98">
              <w:rPr>
                <w:b/>
                <w:bCs/>
                <w:szCs w:val="24"/>
              </w:rPr>
              <w:t>Ciljevi</w:t>
            </w:r>
          </w:p>
        </w:tc>
        <w:tc>
          <w:tcPr>
            <w:tcW w:w="6690" w:type="dxa"/>
            <w:vAlign w:val="center"/>
          </w:tcPr>
          <w:p w14:paraId="7B711C51" w14:textId="77777777" w:rsidR="001865F2" w:rsidRPr="00D31D98" w:rsidRDefault="001865F2" w:rsidP="00966809">
            <w:pPr>
              <w:widowControl w:val="0"/>
            </w:pPr>
            <w:r w:rsidRPr="00D31D98">
              <w:rPr>
                <w:szCs w:val="24"/>
              </w:rPr>
              <w:t>➢ Omogućiti učenicima izravni uvid u rad psihologa u različitim područjima prakse (npr. klinička, sportska, organizacijska psihologija).</w:t>
            </w:r>
          </w:p>
          <w:p w14:paraId="3D58393A" w14:textId="77777777" w:rsidR="001865F2" w:rsidRPr="00D31D98" w:rsidRDefault="001865F2" w:rsidP="00966809">
            <w:pPr>
              <w:widowControl w:val="0"/>
            </w:pPr>
            <w:r w:rsidRPr="00D31D98">
              <w:rPr>
                <w:szCs w:val="24"/>
              </w:rPr>
              <w:t>➢ Razviti interes za buduću profesionalnu orijentaciju</w:t>
            </w:r>
          </w:p>
          <w:p w14:paraId="7C9842E7" w14:textId="77777777" w:rsidR="001865F2" w:rsidRPr="00D31D98" w:rsidRDefault="001865F2" w:rsidP="00966809">
            <w:pPr>
              <w:widowControl w:val="0"/>
            </w:pPr>
            <w:r w:rsidRPr="00D31D98">
              <w:rPr>
                <w:szCs w:val="24"/>
              </w:rPr>
              <w:t>➢ Osnažiti učenike da prepoznaju ulogu psihologa u očuvanju mentalnog zdravlja i kvaliteti života.</w:t>
            </w:r>
          </w:p>
        </w:tc>
      </w:tr>
      <w:tr w:rsidR="001865F2" w:rsidRPr="00D31D98" w14:paraId="49A89555" w14:textId="77777777" w:rsidTr="00966809">
        <w:trPr>
          <w:cantSplit/>
        </w:trPr>
        <w:tc>
          <w:tcPr>
            <w:tcW w:w="2381" w:type="dxa"/>
            <w:vAlign w:val="center"/>
          </w:tcPr>
          <w:p w14:paraId="07654B98"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411CB14" w14:textId="77777777" w:rsidR="001865F2" w:rsidRPr="00D31D98" w:rsidRDefault="001865F2" w:rsidP="00966809">
            <w:pPr>
              <w:widowControl w:val="0"/>
            </w:pPr>
            <w:r w:rsidRPr="00D31D98">
              <w:rPr>
                <w:szCs w:val="24"/>
              </w:rPr>
              <w:t>Omogućiti učenicima da istraže različita područja rada psihologa</w:t>
            </w:r>
          </w:p>
        </w:tc>
      </w:tr>
      <w:tr w:rsidR="001865F2" w:rsidRPr="00D31D98" w14:paraId="2586B4A1" w14:textId="77777777" w:rsidTr="00966809">
        <w:trPr>
          <w:cantSplit/>
        </w:trPr>
        <w:tc>
          <w:tcPr>
            <w:tcW w:w="2381" w:type="dxa"/>
            <w:vAlign w:val="center"/>
          </w:tcPr>
          <w:p w14:paraId="6375BA43"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6779B1F" w14:textId="77777777" w:rsidR="001865F2" w:rsidRPr="00D31D98" w:rsidRDefault="001865F2" w:rsidP="00966809">
            <w:pPr>
              <w:widowControl w:val="0"/>
            </w:pPr>
            <w:r w:rsidRPr="00D31D98">
              <w:rPr>
                <w:szCs w:val="24"/>
              </w:rPr>
              <w:t xml:space="preserve">Ružica </w:t>
            </w:r>
            <w:proofErr w:type="spellStart"/>
            <w:r w:rsidRPr="00D31D98">
              <w:rPr>
                <w:szCs w:val="24"/>
              </w:rPr>
              <w:t>Trdin</w:t>
            </w:r>
            <w:proofErr w:type="spellEnd"/>
            <w:r w:rsidRPr="00D31D98">
              <w:rPr>
                <w:szCs w:val="24"/>
              </w:rPr>
              <w:t xml:space="preserve">, nastavnica psihologije u suradnji s udrugom </w:t>
            </w:r>
            <w:proofErr w:type="spellStart"/>
            <w:r w:rsidRPr="00D31D98">
              <w:rPr>
                <w:szCs w:val="24"/>
              </w:rPr>
              <w:t>Psihos</w:t>
            </w:r>
            <w:proofErr w:type="spellEnd"/>
          </w:p>
        </w:tc>
      </w:tr>
      <w:tr w:rsidR="001865F2" w:rsidRPr="00D31D98" w14:paraId="18E70D2C" w14:textId="77777777" w:rsidTr="00966809">
        <w:trPr>
          <w:cantSplit/>
        </w:trPr>
        <w:tc>
          <w:tcPr>
            <w:tcW w:w="2381" w:type="dxa"/>
            <w:vAlign w:val="center"/>
          </w:tcPr>
          <w:p w14:paraId="3BCC3917"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4B6EE77" w14:textId="77777777" w:rsidR="001865F2" w:rsidRPr="00D31D98" w:rsidRDefault="001865F2" w:rsidP="00966809">
            <w:pPr>
              <w:widowControl w:val="0"/>
            </w:pPr>
            <w:r w:rsidRPr="00D31D98">
              <w:rPr>
                <w:szCs w:val="24"/>
              </w:rPr>
              <w:t xml:space="preserve">Organizirati gostujuće predavanje u suradnji s udrugom </w:t>
            </w:r>
            <w:proofErr w:type="spellStart"/>
            <w:r w:rsidRPr="00D31D98">
              <w:rPr>
                <w:szCs w:val="24"/>
              </w:rPr>
              <w:t>Psihos</w:t>
            </w:r>
            <w:proofErr w:type="spellEnd"/>
            <w:r w:rsidRPr="00D31D98">
              <w:rPr>
                <w:szCs w:val="24"/>
              </w:rPr>
              <w:t xml:space="preserve"> „Kava sa psihologom“</w:t>
            </w:r>
          </w:p>
        </w:tc>
      </w:tr>
      <w:tr w:rsidR="001865F2" w:rsidRPr="00D31D98" w14:paraId="3165146C" w14:textId="77777777" w:rsidTr="00966809">
        <w:trPr>
          <w:cantSplit/>
        </w:trPr>
        <w:tc>
          <w:tcPr>
            <w:tcW w:w="2381" w:type="dxa"/>
            <w:vAlign w:val="center"/>
          </w:tcPr>
          <w:p w14:paraId="72F0FE77" w14:textId="77777777" w:rsidR="001865F2" w:rsidRPr="00D31D98" w:rsidRDefault="001865F2" w:rsidP="00966809">
            <w:pPr>
              <w:widowControl w:val="0"/>
              <w:rPr>
                <w:b/>
              </w:rPr>
            </w:pPr>
            <w:proofErr w:type="spellStart"/>
            <w:r w:rsidRPr="00D31D98">
              <w:rPr>
                <w:b/>
                <w:bCs/>
                <w:szCs w:val="24"/>
              </w:rPr>
              <w:lastRenderedPageBreak/>
              <w:t>Vremenik</w:t>
            </w:r>
            <w:proofErr w:type="spellEnd"/>
          </w:p>
        </w:tc>
        <w:tc>
          <w:tcPr>
            <w:tcW w:w="6690" w:type="dxa"/>
            <w:vAlign w:val="center"/>
          </w:tcPr>
          <w:p w14:paraId="225EFEE3" w14:textId="77777777" w:rsidR="001865F2" w:rsidRPr="00D31D98" w:rsidRDefault="001865F2" w:rsidP="00966809">
            <w:pPr>
              <w:widowControl w:val="0"/>
            </w:pPr>
            <w:r w:rsidRPr="00D31D98">
              <w:rPr>
                <w:szCs w:val="24"/>
              </w:rPr>
              <w:t>veljača 2026.</w:t>
            </w:r>
          </w:p>
        </w:tc>
      </w:tr>
      <w:tr w:rsidR="001865F2" w:rsidRPr="00D31D98" w14:paraId="2A9B7624" w14:textId="77777777" w:rsidTr="00966809">
        <w:trPr>
          <w:cantSplit/>
        </w:trPr>
        <w:tc>
          <w:tcPr>
            <w:tcW w:w="2381" w:type="dxa"/>
            <w:vAlign w:val="center"/>
          </w:tcPr>
          <w:p w14:paraId="0DCD316E" w14:textId="77777777" w:rsidR="001865F2" w:rsidRPr="00D31D98" w:rsidRDefault="001865F2" w:rsidP="00966809">
            <w:pPr>
              <w:widowControl w:val="0"/>
              <w:rPr>
                <w:b/>
              </w:rPr>
            </w:pPr>
            <w:r w:rsidRPr="00D31D98">
              <w:rPr>
                <w:b/>
                <w:bCs/>
                <w:szCs w:val="24"/>
              </w:rPr>
              <w:t>Troškovnik</w:t>
            </w:r>
          </w:p>
        </w:tc>
        <w:tc>
          <w:tcPr>
            <w:tcW w:w="6690" w:type="dxa"/>
            <w:vAlign w:val="center"/>
          </w:tcPr>
          <w:p w14:paraId="13EDF34C" w14:textId="77777777" w:rsidR="001865F2" w:rsidRPr="00D31D98" w:rsidRDefault="001865F2" w:rsidP="00966809">
            <w:pPr>
              <w:widowControl w:val="0"/>
            </w:pPr>
          </w:p>
        </w:tc>
      </w:tr>
      <w:tr w:rsidR="001865F2" w:rsidRPr="00D31D98" w14:paraId="4389D31E" w14:textId="77777777" w:rsidTr="00966809">
        <w:trPr>
          <w:cantSplit/>
        </w:trPr>
        <w:tc>
          <w:tcPr>
            <w:tcW w:w="2381" w:type="dxa"/>
            <w:vAlign w:val="center"/>
          </w:tcPr>
          <w:p w14:paraId="290FFA27"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64FC710C" w14:textId="77777777" w:rsidR="001865F2" w:rsidRPr="00D31D98" w:rsidRDefault="001865F2" w:rsidP="00966809">
            <w:pPr>
              <w:widowControl w:val="0"/>
            </w:pPr>
            <w:r w:rsidRPr="00D31D98">
              <w:rPr>
                <w:szCs w:val="24"/>
              </w:rPr>
              <w:t>Formativno vrednovanje</w:t>
            </w:r>
          </w:p>
        </w:tc>
      </w:tr>
    </w:tbl>
    <w:p w14:paraId="1975061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A5F8386" w14:textId="77777777" w:rsidTr="00966809">
        <w:trPr>
          <w:cantSplit/>
        </w:trPr>
        <w:tc>
          <w:tcPr>
            <w:tcW w:w="2381" w:type="dxa"/>
            <w:vAlign w:val="center"/>
          </w:tcPr>
          <w:p w14:paraId="39781C57"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FE409F9" w14:textId="77777777" w:rsidR="001865F2" w:rsidRPr="00D31D98" w:rsidRDefault="001865F2" w:rsidP="00966809">
            <w:pPr>
              <w:keepNext/>
              <w:widowControl w:val="0"/>
              <w:rPr>
                <w:b/>
              </w:rPr>
            </w:pPr>
            <w:proofErr w:type="spellStart"/>
            <w:r w:rsidRPr="00D31D98">
              <w:rPr>
                <w:b/>
                <w:bCs/>
                <w:szCs w:val="24"/>
              </w:rPr>
              <w:t>Stemovci</w:t>
            </w:r>
            <w:proofErr w:type="spellEnd"/>
            <w:r w:rsidRPr="00D31D98">
              <w:rPr>
                <w:b/>
                <w:bCs/>
                <w:szCs w:val="24"/>
              </w:rPr>
              <w:t xml:space="preserve"> u akciji 2025./2026.</w:t>
            </w:r>
          </w:p>
        </w:tc>
      </w:tr>
      <w:tr w:rsidR="001865F2" w:rsidRPr="00D31D98" w14:paraId="0F1E5ED6" w14:textId="77777777" w:rsidTr="00966809">
        <w:trPr>
          <w:cantSplit/>
        </w:trPr>
        <w:tc>
          <w:tcPr>
            <w:tcW w:w="2381" w:type="dxa"/>
            <w:vAlign w:val="center"/>
          </w:tcPr>
          <w:p w14:paraId="3D45A55D" w14:textId="77777777" w:rsidR="001865F2" w:rsidRPr="00D31D98" w:rsidRDefault="001865F2" w:rsidP="00966809">
            <w:pPr>
              <w:widowControl w:val="0"/>
              <w:rPr>
                <w:b/>
              </w:rPr>
            </w:pPr>
            <w:r w:rsidRPr="00D31D98">
              <w:rPr>
                <w:b/>
                <w:bCs/>
                <w:szCs w:val="24"/>
              </w:rPr>
              <w:t>Ciljevi</w:t>
            </w:r>
          </w:p>
        </w:tc>
        <w:tc>
          <w:tcPr>
            <w:tcW w:w="6690" w:type="dxa"/>
            <w:vAlign w:val="center"/>
          </w:tcPr>
          <w:p w14:paraId="33E5BA07" w14:textId="77777777" w:rsidR="001865F2" w:rsidRPr="00D31D98" w:rsidRDefault="001865F2" w:rsidP="00966809">
            <w:pPr>
              <w:widowControl w:val="0"/>
            </w:pPr>
            <w:r w:rsidRPr="00D31D98">
              <w:rPr>
                <w:szCs w:val="24"/>
              </w:rPr>
              <w:t>Popularizacija STEM područja</w:t>
            </w:r>
          </w:p>
        </w:tc>
      </w:tr>
      <w:tr w:rsidR="001865F2" w:rsidRPr="00D31D98" w14:paraId="5BF1505F" w14:textId="77777777" w:rsidTr="00966809">
        <w:trPr>
          <w:cantSplit/>
        </w:trPr>
        <w:tc>
          <w:tcPr>
            <w:tcW w:w="2381" w:type="dxa"/>
            <w:vAlign w:val="center"/>
          </w:tcPr>
          <w:p w14:paraId="1B28E560"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AF45F1B" w14:textId="77777777" w:rsidR="001865F2" w:rsidRPr="00D31D98" w:rsidRDefault="001865F2" w:rsidP="00966809">
            <w:pPr>
              <w:widowControl w:val="0"/>
            </w:pPr>
            <w:r w:rsidRPr="00D31D98">
              <w:rPr>
                <w:szCs w:val="24"/>
              </w:rPr>
              <w:t>Prožimanje znanstvenih spoznaja iz različitih STEM područja radi razvijanja sposobnosti rješavanja problema koristeći znanja iz kemije, fizike i matematike. Rješavati problemske i/ili zadatke za poticanje kritičkog razmišljanja i/ili kreativnosti te istraživati.</w:t>
            </w:r>
          </w:p>
        </w:tc>
      </w:tr>
      <w:tr w:rsidR="001865F2" w:rsidRPr="00D31D98" w14:paraId="2D212A86" w14:textId="77777777" w:rsidTr="00966809">
        <w:trPr>
          <w:cantSplit/>
        </w:trPr>
        <w:tc>
          <w:tcPr>
            <w:tcW w:w="2381" w:type="dxa"/>
            <w:vAlign w:val="center"/>
          </w:tcPr>
          <w:p w14:paraId="53A523E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15E40A4" w14:textId="77777777" w:rsidR="001865F2" w:rsidRPr="00D31D98" w:rsidRDefault="001865F2" w:rsidP="00966809">
            <w:pPr>
              <w:widowControl w:val="0"/>
            </w:pPr>
            <w:r w:rsidRPr="00D31D98">
              <w:rPr>
                <w:szCs w:val="24"/>
              </w:rPr>
              <w:t>Snježana Novaković, prof.</w:t>
            </w:r>
          </w:p>
          <w:p w14:paraId="17E27526" w14:textId="77777777" w:rsidR="001865F2" w:rsidRPr="00D31D98" w:rsidRDefault="001865F2" w:rsidP="00966809">
            <w:pPr>
              <w:widowControl w:val="0"/>
            </w:pPr>
            <w:r w:rsidRPr="00D31D98">
              <w:rPr>
                <w:szCs w:val="24"/>
              </w:rPr>
              <w:t xml:space="preserve">Doris </w:t>
            </w:r>
            <w:proofErr w:type="spellStart"/>
            <w:r w:rsidRPr="00D31D98">
              <w:rPr>
                <w:szCs w:val="24"/>
              </w:rPr>
              <w:t>Portner</w:t>
            </w:r>
            <w:proofErr w:type="spellEnd"/>
            <w:r w:rsidRPr="00D31D98">
              <w:rPr>
                <w:szCs w:val="24"/>
              </w:rPr>
              <w:t>, prof.</w:t>
            </w:r>
          </w:p>
          <w:p w14:paraId="65B4F4AA"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6A1B1C7F" w14:textId="77777777" w:rsidR="001865F2" w:rsidRPr="00D31D98" w:rsidRDefault="001865F2" w:rsidP="00966809">
            <w:pPr>
              <w:widowControl w:val="0"/>
            </w:pPr>
            <w:r w:rsidRPr="00D31D98">
              <w:rPr>
                <w:szCs w:val="24"/>
              </w:rPr>
              <w:t>Ljiljana Kovačević, prof.</w:t>
            </w:r>
          </w:p>
        </w:tc>
      </w:tr>
      <w:tr w:rsidR="001865F2" w:rsidRPr="00D31D98" w14:paraId="305F2EE3" w14:textId="77777777" w:rsidTr="00966809">
        <w:trPr>
          <w:cantSplit/>
        </w:trPr>
        <w:tc>
          <w:tcPr>
            <w:tcW w:w="2381" w:type="dxa"/>
            <w:vAlign w:val="center"/>
          </w:tcPr>
          <w:p w14:paraId="6C693037"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A6BB082" w14:textId="77777777" w:rsidR="001865F2" w:rsidRPr="00D31D98" w:rsidRDefault="001865F2" w:rsidP="00966809">
            <w:pPr>
              <w:widowControl w:val="0"/>
            </w:pPr>
            <w:r w:rsidRPr="00D31D98">
              <w:rPr>
                <w:szCs w:val="24"/>
              </w:rPr>
              <w:t>Projekt se provodi tijekom nastavne godine, a u svibnju 2027. održati će se izložba načinjenih radova, te rad prezentirati provedbom radionica za učenike naše i drugih škola.</w:t>
            </w:r>
          </w:p>
        </w:tc>
      </w:tr>
      <w:tr w:rsidR="001865F2" w:rsidRPr="00D31D98" w14:paraId="1EC520EA" w14:textId="77777777" w:rsidTr="00966809">
        <w:trPr>
          <w:cantSplit/>
        </w:trPr>
        <w:tc>
          <w:tcPr>
            <w:tcW w:w="2381" w:type="dxa"/>
            <w:vAlign w:val="center"/>
          </w:tcPr>
          <w:p w14:paraId="4E969521"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01E3E497" w14:textId="77777777" w:rsidR="001865F2" w:rsidRPr="00D31D98" w:rsidRDefault="001865F2" w:rsidP="00966809">
            <w:pPr>
              <w:widowControl w:val="0"/>
            </w:pPr>
            <w:r w:rsidRPr="00D31D98">
              <w:rPr>
                <w:szCs w:val="24"/>
              </w:rPr>
              <w:t>tijekom nastavne godine 2026./2027.</w:t>
            </w:r>
          </w:p>
        </w:tc>
      </w:tr>
      <w:tr w:rsidR="001865F2" w:rsidRPr="00D31D98" w14:paraId="6E87E17B" w14:textId="77777777" w:rsidTr="00966809">
        <w:trPr>
          <w:cantSplit/>
        </w:trPr>
        <w:tc>
          <w:tcPr>
            <w:tcW w:w="2381" w:type="dxa"/>
            <w:vAlign w:val="center"/>
          </w:tcPr>
          <w:p w14:paraId="0B8C835C" w14:textId="77777777" w:rsidR="001865F2" w:rsidRPr="00D31D98" w:rsidRDefault="001865F2" w:rsidP="00966809">
            <w:pPr>
              <w:widowControl w:val="0"/>
              <w:rPr>
                <w:b/>
              </w:rPr>
            </w:pPr>
            <w:r w:rsidRPr="00D31D98">
              <w:rPr>
                <w:b/>
                <w:bCs/>
                <w:szCs w:val="24"/>
              </w:rPr>
              <w:t>Troškovnik</w:t>
            </w:r>
          </w:p>
        </w:tc>
        <w:tc>
          <w:tcPr>
            <w:tcW w:w="6690" w:type="dxa"/>
            <w:vAlign w:val="center"/>
          </w:tcPr>
          <w:p w14:paraId="28981C71" w14:textId="77777777" w:rsidR="001865F2" w:rsidRPr="00D31D98" w:rsidRDefault="001865F2" w:rsidP="00966809">
            <w:pPr>
              <w:widowControl w:val="0"/>
            </w:pPr>
            <w:r w:rsidRPr="00D31D98">
              <w:rPr>
                <w:szCs w:val="24"/>
              </w:rPr>
              <w:t>Troškovi pribora i kemikalija potrebnih za izvođenje planiranih projekata.</w:t>
            </w:r>
          </w:p>
        </w:tc>
      </w:tr>
      <w:tr w:rsidR="001865F2" w:rsidRPr="00D31D98" w14:paraId="67E0DF7B" w14:textId="77777777" w:rsidTr="00966809">
        <w:trPr>
          <w:cantSplit/>
        </w:trPr>
        <w:tc>
          <w:tcPr>
            <w:tcW w:w="2381" w:type="dxa"/>
            <w:vAlign w:val="center"/>
          </w:tcPr>
          <w:p w14:paraId="6DE221FE"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173F0649" w14:textId="77777777" w:rsidR="001865F2" w:rsidRPr="00D31D98" w:rsidRDefault="001865F2" w:rsidP="00966809">
            <w:pPr>
              <w:widowControl w:val="0"/>
            </w:pPr>
            <w:r w:rsidRPr="00D31D98">
              <w:rPr>
                <w:szCs w:val="24"/>
              </w:rPr>
              <w:t xml:space="preserve">Praćenje i vrednovanje projekta slijedi iz ostvarenosti ishoda učenja predmeta fizika, kemija, matematika i drugih </w:t>
            </w:r>
            <w:proofErr w:type="spellStart"/>
            <w:r w:rsidRPr="00D31D98">
              <w:rPr>
                <w:szCs w:val="24"/>
              </w:rPr>
              <w:t>međupredmetnih</w:t>
            </w:r>
            <w:proofErr w:type="spellEnd"/>
            <w:r w:rsidRPr="00D31D98">
              <w:rPr>
                <w:szCs w:val="24"/>
              </w:rPr>
              <w:t xml:space="preserve"> tema.</w:t>
            </w:r>
          </w:p>
        </w:tc>
      </w:tr>
    </w:tbl>
    <w:p w14:paraId="38EA5E08"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3D4C74D" w14:textId="77777777" w:rsidTr="00966809">
        <w:trPr>
          <w:cantSplit/>
        </w:trPr>
        <w:tc>
          <w:tcPr>
            <w:tcW w:w="2381" w:type="dxa"/>
            <w:vAlign w:val="center"/>
          </w:tcPr>
          <w:p w14:paraId="12262569"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C75F214" w14:textId="77777777" w:rsidR="001865F2" w:rsidRPr="00D31D98" w:rsidRDefault="001865F2" w:rsidP="00966809">
            <w:pPr>
              <w:keepNext/>
              <w:widowControl w:val="0"/>
              <w:rPr>
                <w:b/>
              </w:rPr>
            </w:pPr>
            <w:r w:rsidRPr="00D31D98">
              <w:rPr>
                <w:b/>
                <w:bCs/>
                <w:szCs w:val="24"/>
              </w:rPr>
              <w:t>PROJEKT, SV. BENEDIKT I BENEDIKTINCI</w:t>
            </w:r>
          </w:p>
        </w:tc>
      </w:tr>
      <w:tr w:rsidR="001865F2" w:rsidRPr="00D31D98" w14:paraId="66550BC2" w14:textId="77777777" w:rsidTr="00966809">
        <w:trPr>
          <w:cantSplit/>
        </w:trPr>
        <w:tc>
          <w:tcPr>
            <w:tcW w:w="2381" w:type="dxa"/>
            <w:vAlign w:val="center"/>
          </w:tcPr>
          <w:p w14:paraId="04EEAD3E" w14:textId="77777777" w:rsidR="001865F2" w:rsidRPr="00D31D98" w:rsidRDefault="001865F2" w:rsidP="00966809">
            <w:pPr>
              <w:widowControl w:val="0"/>
              <w:rPr>
                <w:b/>
              </w:rPr>
            </w:pPr>
            <w:r w:rsidRPr="00D31D98">
              <w:rPr>
                <w:b/>
                <w:bCs/>
                <w:szCs w:val="24"/>
              </w:rPr>
              <w:t>Ciljevi i aktivnosti projekta</w:t>
            </w:r>
          </w:p>
        </w:tc>
        <w:tc>
          <w:tcPr>
            <w:tcW w:w="6690" w:type="dxa"/>
            <w:vAlign w:val="center"/>
          </w:tcPr>
          <w:p w14:paraId="5378D5F3" w14:textId="77777777" w:rsidR="001865F2" w:rsidRPr="00D31D98" w:rsidRDefault="001865F2" w:rsidP="00966809">
            <w:pPr>
              <w:widowControl w:val="0"/>
            </w:pPr>
            <w:r w:rsidRPr="00D31D98">
              <w:rPr>
                <w:szCs w:val="24"/>
              </w:rPr>
              <w:t>➢ osuvremeniti nastavu istraživačkim radom i interdisciplinarnim pristupom u obradi tema</w:t>
            </w:r>
          </w:p>
          <w:p w14:paraId="5DB4AE7B" w14:textId="77777777" w:rsidR="001865F2" w:rsidRPr="00D31D98" w:rsidRDefault="001865F2" w:rsidP="00966809">
            <w:pPr>
              <w:widowControl w:val="0"/>
            </w:pPr>
            <w:r w:rsidRPr="00D31D98">
              <w:rPr>
                <w:szCs w:val="24"/>
              </w:rPr>
              <w:t>➢ uvoditi učenike u samostalno istraživanje</w:t>
            </w:r>
          </w:p>
          <w:p w14:paraId="77969167" w14:textId="77777777" w:rsidR="001865F2" w:rsidRPr="00D31D98" w:rsidRDefault="001865F2" w:rsidP="00966809">
            <w:pPr>
              <w:widowControl w:val="0"/>
            </w:pPr>
            <w:r w:rsidRPr="00D31D98">
              <w:rPr>
                <w:szCs w:val="24"/>
              </w:rPr>
              <w:t>➢ istraživačkim postupcima uključiti učenike u širi kulturni krug: biblioteke, muzeje, arhive, internet...</w:t>
            </w:r>
          </w:p>
        </w:tc>
      </w:tr>
      <w:tr w:rsidR="001865F2" w:rsidRPr="00D31D98" w14:paraId="46A31C0F" w14:textId="77777777" w:rsidTr="00966809">
        <w:trPr>
          <w:cantSplit/>
        </w:trPr>
        <w:tc>
          <w:tcPr>
            <w:tcW w:w="2381" w:type="dxa"/>
            <w:vAlign w:val="center"/>
          </w:tcPr>
          <w:p w14:paraId="67B10EAE" w14:textId="77777777" w:rsidR="001865F2" w:rsidRPr="00D31D98" w:rsidRDefault="001865F2" w:rsidP="00966809">
            <w:pPr>
              <w:widowControl w:val="0"/>
              <w:rPr>
                <w:b/>
              </w:rPr>
            </w:pPr>
            <w:r w:rsidRPr="00D31D98">
              <w:rPr>
                <w:b/>
                <w:bCs/>
                <w:szCs w:val="24"/>
              </w:rPr>
              <w:t>Način realizacije projekta</w:t>
            </w:r>
          </w:p>
        </w:tc>
        <w:tc>
          <w:tcPr>
            <w:tcW w:w="6690" w:type="dxa"/>
            <w:vAlign w:val="center"/>
          </w:tcPr>
          <w:p w14:paraId="0E8D170F" w14:textId="77777777" w:rsidR="001865F2" w:rsidRPr="00D31D98" w:rsidRDefault="001865F2" w:rsidP="00966809">
            <w:pPr>
              <w:widowControl w:val="0"/>
            </w:pPr>
            <w:r w:rsidRPr="00D31D98">
              <w:rPr>
                <w:szCs w:val="24"/>
              </w:rPr>
              <w:t>➢ Određivanje tema, formuliranje ciljeva, planiranje rad na projektu, provedba projekta</w:t>
            </w:r>
          </w:p>
          <w:p w14:paraId="55BA58DD" w14:textId="77777777" w:rsidR="001865F2" w:rsidRPr="00D31D98" w:rsidRDefault="001865F2" w:rsidP="00966809">
            <w:pPr>
              <w:widowControl w:val="0"/>
            </w:pPr>
            <w:r w:rsidRPr="00D31D98">
              <w:rPr>
                <w:szCs w:val="24"/>
              </w:rPr>
              <w:t>➢ voditelj projekta integrira sve zadaće –</w:t>
            </w:r>
          </w:p>
          <w:p w14:paraId="68EFFBE3" w14:textId="77777777" w:rsidR="001865F2" w:rsidRPr="00D31D98" w:rsidRDefault="001865F2" w:rsidP="00966809">
            <w:pPr>
              <w:widowControl w:val="0"/>
            </w:pPr>
            <w:r w:rsidRPr="00D31D98">
              <w:rPr>
                <w:szCs w:val="24"/>
              </w:rPr>
              <w:t>➢ prikupljanje materijala, istraživanje</w:t>
            </w:r>
          </w:p>
          <w:p w14:paraId="599F18FE" w14:textId="77777777" w:rsidR="001865F2" w:rsidRPr="00D31D98" w:rsidRDefault="001865F2" w:rsidP="00966809">
            <w:pPr>
              <w:widowControl w:val="0"/>
            </w:pPr>
            <w:r w:rsidRPr="00D31D98">
              <w:rPr>
                <w:szCs w:val="24"/>
              </w:rPr>
              <w:t>➢ uspoređivanje prikupljene građe</w:t>
            </w:r>
          </w:p>
          <w:p w14:paraId="478EA6D5" w14:textId="77777777" w:rsidR="001865F2" w:rsidRPr="00D31D98" w:rsidRDefault="001865F2" w:rsidP="00966809">
            <w:pPr>
              <w:widowControl w:val="0"/>
            </w:pPr>
            <w:r w:rsidRPr="00D31D98">
              <w:rPr>
                <w:szCs w:val="24"/>
              </w:rPr>
              <w:t>➢ izrada završnog dijela projekta – plakati, video zapisi, panoi...</w:t>
            </w:r>
          </w:p>
        </w:tc>
      </w:tr>
      <w:tr w:rsidR="001865F2" w:rsidRPr="00D31D98" w14:paraId="1AB553B3" w14:textId="77777777" w:rsidTr="00966809">
        <w:trPr>
          <w:cantSplit/>
        </w:trPr>
        <w:tc>
          <w:tcPr>
            <w:tcW w:w="2381" w:type="dxa"/>
            <w:vAlign w:val="center"/>
          </w:tcPr>
          <w:p w14:paraId="7A784DC0" w14:textId="77777777" w:rsidR="001865F2" w:rsidRPr="00D31D98" w:rsidRDefault="001865F2" w:rsidP="00966809">
            <w:pPr>
              <w:widowControl w:val="0"/>
              <w:rPr>
                <w:b/>
              </w:rPr>
            </w:pPr>
            <w:r w:rsidRPr="00D31D98">
              <w:rPr>
                <w:b/>
                <w:bCs/>
                <w:szCs w:val="24"/>
              </w:rPr>
              <w:t>Nositelji projekta</w:t>
            </w:r>
          </w:p>
        </w:tc>
        <w:tc>
          <w:tcPr>
            <w:tcW w:w="6690" w:type="dxa"/>
            <w:vAlign w:val="center"/>
          </w:tcPr>
          <w:p w14:paraId="744BCAF0" w14:textId="77777777" w:rsidR="001865F2" w:rsidRPr="00D31D98" w:rsidRDefault="001865F2" w:rsidP="00966809">
            <w:pPr>
              <w:widowControl w:val="0"/>
            </w:pPr>
            <w:r w:rsidRPr="00D31D98">
              <w:rPr>
                <w:szCs w:val="24"/>
              </w:rPr>
              <w:t>➢ profesor vjeronauka i učenici</w:t>
            </w:r>
          </w:p>
        </w:tc>
      </w:tr>
      <w:tr w:rsidR="001865F2" w:rsidRPr="00D31D98" w14:paraId="5A98B508" w14:textId="77777777" w:rsidTr="00966809">
        <w:trPr>
          <w:cantSplit/>
        </w:trPr>
        <w:tc>
          <w:tcPr>
            <w:tcW w:w="2381" w:type="dxa"/>
            <w:vAlign w:val="center"/>
          </w:tcPr>
          <w:p w14:paraId="3958ACE8"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19EE0093" w14:textId="77777777" w:rsidR="001865F2" w:rsidRPr="00D31D98" w:rsidRDefault="001865F2" w:rsidP="00966809">
            <w:pPr>
              <w:widowControl w:val="0"/>
            </w:pPr>
            <w:r w:rsidRPr="00D31D98">
              <w:rPr>
                <w:szCs w:val="24"/>
              </w:rPr>
              <w:t>➢ travanj 2027.</w:t>
            </w:r>
          </w:p>
        </w:tc>
      </w:tr>
      <w:tr w:rsidR="001865F2" w:rsidRPr="00D31D98" w14:paraId="7F5B3A2D" w14:textId="77777777" w:rsidTr="00966809">
        <w:trPr>
          <w:cantSplit/>
        </w:trPr>
        <w:tc>
          <w:tcPr>
            <w:tcW w:w="2381" w:type="dxa"/>
            <w:vAlign w:val="center"/>
          </w:tcPr>
          <w:p w14:paraId="2F65E580" w14:textId="77777777" w:rsidR="001865F2" w:rsidRPr="00D31D98" w:rsidRDefault="001865F2" w:rsidP="00966809">
            <w:pPr>
              <w:widowControl w:val="0"/>
              <w:rPr>
                <w:b/>
              </w:rPr>
            </w:pPr>
            <w:r w:rsidRPr="00D31D98">
              <w:rPr>
                <w:b/>
                <w:bCs/>
                <w:szCs w:val="24"/>
              </w:rPr>
              <w:lastRenderedPageBreak/>
              <w:t>Detaljan troškovnik aktivnosti</w:t>
            </w:r>
          </w:p>
        </w:tc>
        <w:tc>
          <w:tcPr>
            <w:tcW w:w="6690" w:type="dxa"/>
            <w:vAlign w:val="center"/>
          </w:tcPr>
          <w:p w14:paraId="7322210F" w14:textId="77777777" w:rsidR="001865F2" w:rsidRPr="00D31D98" w:rsidRDefault="001865F2" w:rsidP="00966809">
            <w:pPr>
              <w:widowControl w:val="0"/>
            </w:pPr>
            <w:r w:rsidRPr="00D31D98">
              <w:rPr>
                <w:szCs w:val="24"/>
              </w:rPr>
              <w:t>➢ nema troškova</w:t>
            </w:r>
          </w:p>
        </w:tc>
      </w:tr>
      <w:tr w:rsidR="001865F2" w:rsidRPr="00D31D98" w14:paraId="79BB4B4E" w14:textId="77777777" w:rsidTr="00966809">
        <w:trPr>
          <w:cantSplit/>
        </w:trPr>
        <w:tc>
          <w:tcPr>
            <w:tcW w:w="2381" w:type="dxa"/>
            <w:vAlign w:val="center"/>
          </w:tcPr>
          <w:p w14:paraId="69D3C8C1"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7CC9906A" w14:textId="77777777" w:rsidR="001865F2" w:rsidRPr="00D31D98" w:rsidRDefault="001865F2" w:rsidP="00966809">
            <w:pPr>
              <w:widowControl w:val="0"/>
            </w:pPr>
            <w:r w:rsidRPr="00D31D98">
              <w:rPr>
                <w:szCs w:val="24"/>
              </w:rPr>
              <w:t>➢ radove i plakate iskoristiti u daljnjem radu u školi</w:t>
            </w:r>
          </w:p>
          <w:p w14:paraId="5BB63FD2" w14:textId="77777777" w:rsidR="001865F2" w:rsidRPr="00D31D98" w:rsidRDefault="001865F2" w:rsidP="00966809">
            <w:pPr>
              <w:widowControl w:val="0"/>
            </w:pPr>
            <w:r w:rsidRPr="00D31D98">
              <w:rPr>
                <w:szCs w:val="24"/>
              </w:rPr>
              <w:t>➢ korištenje u nastavi, natjecanjima, ponajprije za budućnost učenika jer znanje stečeno u konkretnom učenju ostaje puno duže nego u klasičnom obrađivanju tema</w:t>
            </w:r>
          </w:p>
        </w:tc>
      </w:tr>
    </w:tbl>
    <w:p w14:paraId="2144DE6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7B0CEA5" w14:textId="77777777" w:rsidTr="00966809">
        <w:trPr>
          <w:cantSplit/>
        </w:trPr>
        <w:tc>
          <w:tcPr>
            <w:tcW w:w="2381" w:type="dxa"/>
            <w:vAlign w:val="center"/>
          </w:tcPr>
          <w:p w14:paraId="6A141091"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ECC8902" w14:textId="77777777" w:rsidR="001865F2" w:rsidRPr="00D31D98" w:rsidRDefault="001865F2" w:rsidP="00966809">
            <w:pPr>
              <w:keepNext/>
              <w:widowControl w:val="0"/>
              <w:rPr>
                <w:b/>
              </w:rPr>
            </w:pPr>
            <w:r w:rsidRPr="00D31D98">
              <w:rPr>
                <w:b/>
                <w:bCs/>
                <w:szCs w:val="24"/>
              </w:rPr>
              <w:t>PROJEKT, OVISNOSTI</w:t>
            </w:r>
          </w:p>
        </w:tc>
      </w:tr>
      <w:tr w:rsidR="001865F2" w:rsidRPr="00D31D98" w14:paraId="4C876419" w14:textId="77777777" w:rsidTr="00966809">
        <w:trPr>
          <w:cantSplit/>
        </w:trPr>
        <w:tc>
          <w:tcPr>
            <w:tcW w:w="2381" w:type="dxa"/>
            <w:vAlign w:val="center"/>
          </w:tcPr>
          <w:p w14:paraId="44F45D44" w14:textId="77777777" w:rsidR="001865F2" w:rsidRPr="00D31D98" w:rsidRDefault="001865F2" w:rsidP="00966809">
            <w:pPr>
              <w:widowControl w:val="0"/>
              <w:rPr>
                <w:b/>
              </w:rPr>
            </w:pPr>
            <w:r w:rsidRPr="00D31D98">
              <w:rPr>
                <w:b/>
                <w:bCs/>
                <w:szCs w:val="24"/>
              </w:rPr>
              <w:t>Ciljevi i aktivnosti projekta</w:t>
            </w:r>
          </w:p>
        </w:tc>
        <w:tc>
          <w:tcPr>
            <w:tcW w:w="6690" w:type="dxa"/>
            <w:vAlign w:val="center"/>
          </w:tcPr>
          <w:p w14:paraId="6DAAE4EC" w14:textId="77777777" w:rsidR="001865F2" w:rsidRPr="00D31D98" w:rsidRDefault="001865F2" w:rsidP="00966809">
            <w:pPr>
              <w:widowControl w:val="0"/>
            </w:pPr>
            <w:r w:rsidRPr="00D31D98">
              <w:rPr>
                <w:szCs w:val="24"/>
              </w:rPr>
              <w:t>➢ osuvremeniti nastavu istraživačkim radom i interdisciplinarnim pristupom u obradi tema</w:t>
            </w:r>
          </w:p>
          <w:p w14:paraId="501D2F2A" w14:textId="77777777" w:rsidR="001865F2" w:rsidRPr="00D31D98" w:rsidRDefault="001865F2" w:rsidP="00966809">
            <w:pPr>
              <w:widowControl w:val="0"/>
            </w:pPr>
            <w:r w:rsidRPr="00D31D98">
              <w:rPr>
                <w:szCs w:val="24"/>
              </w:rPr>
              <w:t>➢ uvoditi učenike u samostalno istraživanje Istraživačkim postupcima</w:t>
            </w:r>
          </w:p>
          <w:p w14:paraId="0AA73ACC" w14:textId="77777777" w:rsidR="001865F2" w:rsidRPr="00D31D98" w:rsidRDefault="001865F2" w:rsidP="00966809">
            <w:pPr>
              <w:widowControl w:val="0"/>
            </w:pPr>
            <w:r w:rsidRPr="00D31D98">
              <w:rPr>
                <w:szCs w:val="24"/>
              </w:rPr>
              <w:t>➢ uključiti učenike u širi kulturni krug: biblioteke, muzeje, arhive, internet...</w:t>
            </w:r>
          </w:p>
        </w:tc>
      </w:tr>
      <w:tr w:rsidR="001865F2" w:rsidRPr="00D31D98" w14:paraId="0EE5BDD8" w14:textId="77777777" w:rsidTr="00966809">
        <w:trPr>
          <w:cantSplit/>
        </w:trPr>
        <w:tc>
          <w:tcPr>
            <w:tcW w:w="2381" w:type="dxa"/>
            <w:vAlign w:val="center"/>
          </w:tcPr>
          <w:p w14:paraId="0117F192"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E9B2364" w14:textId="77777777" w:rsidR="001865F2" w:rsidRPr="00D31D98" w:rsidRDefault="001865F2" w:rsidP="00966809">
            <w:pPr>
              <w:widowControl w:val="0"/>
            </w:pPr>
            <w:r w:rsidRPr="00D31D98">
              <w:rPr>
                <w:szCs w:val="24"/>
              </w:rPr>
              <w:t xml:space="preserve">➢ integriranje nastave (učenici trebaju uočavati </w:t>
            </w:r>
            <w:proofErr w:type="spellStart"/>
            <w:r w:rsidRPr="00D31D98">
              <w:rPr>
                <w:szCs w:val="24"/>
              </w:rPr>
              <w:t>unutarpredmetne</w:t>
            </w:r>
            <w:proofErr w:type="spellEnd"/>
            <w:r w:rsidRPr="00D31D98">
              <w:rPr>
                <w:szCs w:val="24"/>
              </w:rPr>
              <w:t xml:space="preserve"> i </w:t>
            </w:r>
            <w:proofErr w:type="spellStart"/>
            <w:r w:rsidRPr="00D31D98">
              <w:rPr>
                <w:szCs w:val="24"/>
              </w:rPr>
              <w:t>međupredmetne</w:t>
            </w:r>
            <w:proofErr w:type="spellEnd"/>
            <w:r w:rsidRPr="00D31D98">
              <w:rPr>
                <w:szCs w:val="24"/>
              </w:rPr>
              <w:t xml:space="preserve"> tematske i logičke veze</w:t>
            </w:r>
          </w:p>
          <w:p w14:paraId="70A97364" w14:textId="77777777" w:rsidR="001865F2" w:rsidRPr="00D31D98" w:rsidRDefault="001865F2" w:rsidP="00966809">
            <w:pPr>
              <w:widowControl w:val="0"/>
            </w:pPr>
            <w:r w:rsidRPr="00D31D98">
              <w:rPr>
                <w:szCs w:val="24"/>
              </w:rPr>
              <w:t>➢ priprema za samostalno istraživanje</w:t>
            </w:r>
          </w:p>
          <w:p w14:paraId="2FBCB449" w14:textId="77777777" w:rsidR="001865F2" w:rsidRPr="00D31D98" w:rsidRDefault="001865F2" w:rsidP="00966809">
            <w:pPr>
              <w:widowControl w:val="0"/>
            </w:pPr>
            <w:r w:rsidRPr="00D31D98">
              <w:rPr>
                <w:szCs w:val="24"/>
              </w:rPr>
              <w:t>➢ razvijanje kreativnosti učenika</w:t>
            </w:r>
          </w:p>
          <w:p w14:paraId="755D146E" w14:textId="77777777" w:rsidR="001865F2" w:rsidRPr="00D31D98" w:rsidRDefault="001865F2" w:rsidP="00966809">
            <w:pPr>
              <w:widowControl w:val="0"/>
            </w:pPr>
            <w:r w:rsidRPr="00D31D98">
              <w:rPr>
                <w:szCs w:val="24"/>
              </w:rPr>
              <w:t>➢ povezivanje nastavnih sadržaja sa svakodnevnim životom</w:t>
            </w:r>
          </w:p>
        </w:tc>
      </w:tr>
      <w:tr w:rsidR="001865F2" w:rsidRPr="00D31D98" w14:paraId="132B1623" w14:textId="77777777" w:rsidTr="00966809">
        <w:trPr>
          <w:cantSplit/>
        </w:trPr>
        <w:tc>
          <w:tcPr>
            <w:tcW w:w="2381" w:type="dxa"/>
            <w:vAlign w:val="center"/>
          </w:tcPr>
          <w:p w14:paraId="1EB0C0F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DE69D3D" w14:textId="77777777" w:rsidR="001865F2" w:rsidRPr="00D31D98" w:rsidRDefault="001865F2" w:rsidP="00966809">
            <w:pPr>
              <w:widowControl w:val="0"/>
            </w:pPr>
            <w:r w:rsidRPr="00D31D98">
              <w:rPr>
                <w:szCs w:val="24"/>
              </w:rPr>
              <w:t>➢ profesor vjeronauka i učenici</w:t>
            </w:r>
          </w:p>
        </w:tc>
      </w:tr>
      <w:tr w:rsidR="001865F2" w:rsidRPr="00D31D98" w14:paraId="0A7C995B" w14:textId="77777777" w:rsidTr="00966809">
        <w:trPr>
          <w:cantSplit/>
        </w:trPr>
        <w:tc>
          <w:tcPr>
            <w:tcW w:w="2381" w:type="dxa"/>
            <w:vAlign w:val="center"/>
          </w:tcPr>
          <w:p w14:paraId="76FD029F"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635A79A8" w14:textId="77777777" w:rsidR="001865F2" w:rsidRPr="00D31D98" w:rsidRDefault="001865F2" w:rsidP="00966809">
            <w:pPr>
              <w:widowControl w:val="0"/>
            </w:pPr>
            <w:r w:rsidRPr="00D31D98">
              <w:rPr>
                <w:szCs w:val="24"/>
              </w:rPr>
              <w:t>➢ određivanje tema, formuliranje ciljeva, planiranje rad na projektu, provedba projekta</w:t>
            </w:r>
          </w:p>
          <w:p w14:paraId="20FA1174" w14:textId="77777777" w:rsidR="001865F2" w:rsidRPr="00D31D98" w:rsidRDefault="001865F2" w:rsidP="00966809">
            <w:pPr>
              <w:widowControl w:val="0"/>
            </w:pPr>
            <w:r w:rsidRPr="00D31D98">
              <w:rPr>
                <w:szCs w:val="24"/>
              </w:rPr>
              <w:t>➢ voditelj projekta integrira sve zadaće</w:t>
            </w:r>
          </w:p>
          <w:p w14:paraId="347C4670" w14:textId="77777777" w:rsidR="001865F2" w:rsidRPr="00D31D98" w:rsidRDefault="001865F2" w:rsidP="00966809">
            <w:pPr>
              <w:widowControl w:val="0"/>
            </w:pPr>
            <w:r w:rsidRPr="00D31D98">
              <w:rPr>
                <w:szCs w:val="24"/>
              </w:rPr>
              <w:t>➢ prikupljanje materijala, istraživanje unutar grada (muzeji, arhivi knjižnice)</w:t>
            </w:r>
          </w:p>
          <w:p w14:paraId="1EA7127A" w14:textId="77777777" w:rsidR="001865F2" w:rsidRPr="00D31D98" w:rsidRDefault="001865F2" w:rsidP="00966809">
            <w:pPr>
              <w:widowControl w:val="0"/>
            </w:pPr>
            <w:r w:rsidRPr="00D31D98">
              <w:rPr>
                <w:szCs w:val="24"/>
              </w:rPr>
              <w:t>➢ uspoređivanje prikupljene građe - Izrada završnog dijela projekta – plakati, video zapisi, panoi</w:t>
            </w:r>
          </w:p>
        </w:tc>
      </w:tr>
      <w:tr w:rsidR="001865F2" w:rsidRPr="00D31D98" w14:paraId="0714FD83" w14:textId="77777777" w:rsidTr="00966809">
        <w:trPr>
          <w:cantSplit/>
        </w:trPr>
        <w:tc>
          <w:tcPr>
            <w:tcW w:w="2381" w:type="dxa"/>
            <w:vAlign w:val="center"/>
          </w:tcPr>
          <w:p w14:paraId="6913F306"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3D5F2B82" w14:textId="77777777" w:rsidR="001865F2" w:rsidRPr="00D31D98" w:rsidRDefault="001865F2" w:rsidP="00966809">
            <w:pPr>
              <w:widowControl w:val="0"/>
            </w:pPr>
            <w:r w:rsidRPr="00D31D98">
              <w:rPr>
                <w:szCs w:val="24"/>
              </w:rPr>
              <w:t>➢ Studeni/prosinac 2026.</w:t>
            </w:r>
          </w:p>
        </w:tc>
      </w:tr>
      <w:tr w:rsidR="001865F2" w:rsidRPr="00D31D98" w14:paraId="6DD5C17A" w14:textId="77777777" w:rsidTr="00966809">
        <w:trPr>
          <w:cantSplit/>
        </w:trPr>
        <w:tc>
          <w:tcPr>
            <w:tcW w:w="2381" w:type="dxa"/>
            <w:vAlign w:val="center"/>
          </w:tcPr>
          <w:p w14:paraId="4B4E318D"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11CFD973" w14:textId="77777777" w:rsidR="001865F2" w:rsidRPr="00D31D98" w:rsidRDefault="001865F2" w:rsidP="00966809">
            <w:pPr>
              <w:widowControl w:val="0"/>
            </w:pPr>
            <w:r w:rsidRPr="00D31D98">
              <w:rPr>
                <w:szCs w:val="24"/>
              </w:rPr>
              <w:t>➢ nema troškova</w:t>
            </w:r>
          </w:p>
        </w:tc>
      </w:tr>
      <w:tr w:rsidR="001865F2" w:rsidRPr="00D31D98" w14:paraId="7A1505D7" w14:textId="77777777" w:rsidTr="00966809">
        <w:trPr>
          <w:cantSplit/>
        </w:trPr>
        <w:tc>
          <w:tcPr>
            <w:tcW w:w="2381" w:type="dxa"/>
            <w:vAlign w:val="center"/>
          </w:tcPr>
          <w:p w14:paraId="3C6C6812" w14:textId="77777777" w:rsidR="001865F2" w:rsidRPr="00D31D98" w:rsidRDefault="001865F2" w:rsidP="00966809">
            <w:pPr>
              <w:widowControl w:val="0"/>
              <w:rPr>
                <w:b/>
              </w:rPr>
            </w:pPr>
            <w:r w:rsidRPr="00D31D98">
              <w:rPr>
                <w:b/>
                <w:bCs/>
                <w:szCs w:val="24"/>
              </w:rPr>
              <w:t>Način vrednovanja i način korištenja rezultata</w:t>
            </w:r>
          </w:p>
        </w:tc>
        <w:tc>
          <w:tcPr>
            <w:tcW w:w="6690" w:type="dxa"/>
            <w:vAlign w:val="center"/>
          </w:tcPr>
          <w:p w14:paraId="25E15308" w14:textId="77777777" w:rsidR="001865F2" w:rsidRPr="00D31D98" w:rsidRDefault="001865F2" w:rsidP="00966809">
            <w:pPr>
              <w:widowControl w:val="0"/>
            </w:pPr>
            <w:r w:rsidRPr="00D31D98">
              <w:rPr>
                <w:szCs w:val="24"/>
              </w:rPr>
              <w:t>➢ radove i plakate iskoristiti u daljnjem radu u školi</w:t>
            </w:r>
          </w:p>
          <w:p w14:paraId="503B213D" w14:textId="77777777" w:rsidR="001865F2" w:rsidRPr="00D31D98" w:rsidRDefault="001865F2" w:rsidP="00966809">
            <w:pPr>
              <w:widowControl w:val="0"/>
            </w:pPr>
            <w:r w:rsidRPr="00D31D98">
              <w:rPr>
                <w:szCs w:val="24"/>
              </w:rPr>
              <w:t>➢ korištenje u nastavi, natjecanjima</w:t>
            </w:r>
          </w:p>
          <w:p w14:paraId="0776F801" w14:textId="77777777" w:rsidR="001865F2" w:rsidRPr="00D31D98" w:rsidRDefault="001865F2" w:rsidP="00966809">
            <w:pPr>
              <w:widowControl w:val="0"/>
            </w:pPr>
            <w:r w:rsidRPr="00D31D98">
              <w:rPr>
                <w:szCs w:val="24"/>
              </w:rPr>
              <w:t>➢ ponajprije za budućnost učenika jer znanje stečeno u konkretnom učenju ostaje puno duže nego u klasičnom obrađivanju tema</w:t>
            </w:r>
          </w:p>
        </w:tc>
      </w:tr>
    </w:tbl>
    <w:p w14:paraId="138E1440" w14:textId="77777777" w:rsidR="001865F2" w:rsidRPr="00D31D98" w:rsidRDefault="001865F2" w:rsidP="001865F2">
      <w:pPr>
        <w:spacing w:after="0"/>
      </w:pPr>
    </w:p>
    <w:p w14:paraId="4CAB9A90" w14:textId="77777777" w:rsidR="001865F2" w:rsidRPr="00D31D98" w:rsidRDefault="001865F2" w:rsidP="001865F2">
      <w:pPr>
        <w:spacing w:after="0"/>
      </w:pPr>
    </w:p>
    <w:p w14:paraId="6E5572C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A5876B8" w14:textId="77777777" w:rsidTr="00966809">
        <w:trPr>
          <w:cantSplit/>
        </w:trPr>
        <w:tc>
          <w:tcPr>
            <w:tcW w:w="2381" w:type="dxa"/>
            <w:vAlign w:val="center"/>
          </w:tcPr>
          <w:p w14:paraId="5F2249A3"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416FD558" w14:textId="77777777" w:rsidR="001865F2" w:rsidRPr="00D31D98" w:rsidRDefault="001865F2" w:rsidP="00966809">
            <w:pPr>
              <w:keepNext/>
              <w:widowControl w:val="0"/>
              <w:rPr>
                <w:b/>
              </w:rPr>
            </w:pPr>
            <w:r w:rsidRPr="00D31D98">
              <w:rPr>
                <w:b/>
                <w:bCs/>
                <w:szCs w:val="24"/>
              </w:rPr>
              <w:t xml:space="preserve">MUZEJ OSOBNIH PRIČA – PUTOVANJE U SVIJET DRUGIH </w:t>
            </w:r>
          </w:p>
        </w:tc>
      </w:tr>
      <w:tr w:rsidR="001865F2" w:rsidRPr="00D31D98" w14:paraId="165EB9C2" w14:textId="77777777" w:rsidTr="00966809">
        <w:trPr>
          <w:cantSplit/>
        </w:trPr>
        <w:tc>
          <w:tcPr>
            <w:tcW w:w="2381" w:type="dxa"/>
            <w:vAlign w:val="center"/>
          </w:tcPr>
          <w:p w14:paraId="2ECF644F" w14:textId="77777777" w:rsidR="001865F2" w:rsidRPr="00D31D98" w:rsidRDefault="001865F2" w:rsidP="00966809">
            <w:pPr>
              <w:widowControl w:val="0"/>
              <w:rPr>
                <w:b/>
              </w:rPr>
            </w:pPr>
            <w:r w:rsidRPr="00D31D98">
              <w:rPr>
                <w:b/>
                <w:bCs/>
                <w:szCs w:val="24"/>
              </w:rPr>
              <w:t>Ciljevi</w:t>
            </w:r>
          </w:p>
        </w:tc>
        <w:tc>
          <w:tcPr>
            <w:tcW w:w="6690" w:type="dxa"/>
            <w:vAlign w:val="center"/>
          </w:tcPr>
          <w:p w14:paraId="65480117" w14:textId="77777777" w:rsidR="001865F2" w:rsidRPr="00D31D98" w:rsidRDefault="001865F2" w:rsidP="00966809">
            <w:pPr>
              <w:widowControl w:val="0"/>
            </w:pPr>
            <w:r w:rsidRPr="00D31D98">
              <w:rPr>
                <w:szCs w:val="24"/>
              </w:rPr>
              <w:t xml:space="preserve">Fokus projekta je na nekoliko međusobno povezanih izazova: nedostatak sustavne edukacije i održive podrške nastavnicima i drugim stručnim osobama koje rade s djecom i mladima u području medijske pismenosti i kritičke analize medijskih sadržaja (projektom je predviđena edukacija nastavnica – Gracija </w:t>
            </w:r>
            <w:proofErr w:type="spellStart"/>
            <w:r w:rsidRPr="00D31D98">
              <w:rPr>
                <w:szCs w:val="24"/>
              </w:rPr>
              <w:t>Rezić</w:t>
            </w:r>
            <w:proofErr w:type="spellEnd"/>
            <w:r w:rsidRPr="00D31D98">
              <w:rPr>
                <w:szCs w:val="24"/>
              </w:rPr>
              <w:t xml:space="preserve"> i Amra Hodžić </w:t>
            </w:r>
            <w:proofErr w:type="spellStart"/>
            <w:r w:rsidRPr="00D31D98">
              <w:rPr>
                <w:szCs w:val="24"/>
              </w:rPr>
              <w:t>Ismić</w:t>
            </w:r>
            <w:proofErr w:type="spellEnd"/>
            <w:r w:rsidRPr="00D31D98">
              <w:rPr>
                <w:szCs w:val="24"/>
              </w:rPr>
              <w:t>)</w:t>
            </w:r>
          </w:p>
        </w:tc>
      </w:tr>
      <w:tr w:rsidR="001865F2" w:rsidRPr="00D31D98" w14:paraId="5F4CD663" w14:textId="77777777" w:rsidTr="00966809">
        <w:trPr>
          <w:cantSplit/>
        </w:trPr>
        <w:tc>
          <w:tcPr>
            <w:tcW w:w="2381" w:type="dxa"/>
            <w:vAlign w:val="center"/>
          </w:tcPr>
          <w:p w14:paraId="4B08F841"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228B8F8" w14:textId="77777777" w:rsidR="001865F2" w:rsidRPr="00D31D98" w:rsidRDefault="001865F2" w:rsidP="00966809">
            <w:pPr>
              <w:widowControl w:val="0"/>
            </w:pPr>
            <w:r w:rsidRPr="00D31D98">
              <w:rPr>
                <w:szCs w:val="24"/>
              </w:rPr>
              <w:t xml:space="preserve">Izrada i distribucija digitalnog priručnika te podrška učenicima u kreiranju medijske kampanje koja povezuje osobne lokalne priče s univerzalnim vrijednostima, uključujući ljudska prava, jednakost, inkluziju, nediskriminaciju, slobodu izražavanja i solidarnost </w:t>
            </w:r>
          </w:p>
        </w:tc>
      </w:tr>
      <w:tr w:rsidR="001865F2" w:rsidRPr="00D31D98" w14:paraId="46E9BE31" w14:textId="77777777" w:rsidTr="00966809">
        <w:trPr>
          <w:cantSplit/>
        </w:trPr>
        <w:tc>
          <w:tcPr>
            <w:tcW w:w="2381" w:type="dxa"/>
            <w:vAlign w:val="center"/>
          </w:tcPr>
          <w:p w14:paraId="21C97B1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4983129E" w14:textId="77777777" w:rsidR="001865F2" w:rsidRPr="00D31D98" w:rsidRDefault="001865F2" w:rsidP="00966809">
            <w:pPr>
              <w:widowControl w:val="0"/>
            </w:pPr>
            <w:r w:rsidRPr="00D31D98">
              <w:rPr>
                <w:szCs w:val="24"/>
              </w:rPr>
              <w:t xml:space="preserve">Fantastično dobra institucija – FADE IN </w:t>
            </w:r>
          </w:p>
          <w:p w14:paraId="446E1043" w14:textId="77777777" w:rsidR="001865F2" w:rsidRPr="00D31D98" w:rsidRDefault="001865F2" w:rsidP="00966809">
            <w:pPr>
              <w:widowControl w:val="0"/>
            </w:pPr>
            <w:r w:rsidRPr="00D31D98">
              <w:rPr>
                <w:szCs w:val="24"/>
              </w:rPr>
              <w:t xml:space="preserve">Nastavnice Gracija </w:t>
            </w:r>
            <w:proofErr w:type="spellStart"/>
            <w:r w:rsidRPr="00D31D98">
              <w:rPr>
                <w:szCs w:val="24"/>
              </w:rPr>
              <w:t>Rezić</w:t>
            </w:r>
            <w:proofErr w:type="spellEnd"/>
            <w:r w:rsidRPr="00D31D98">
              <w:rPr>
                <w:szCs w:val="24"/>
              </w:rPr>
              <w:t xml:space="preserve"> i Amra </w:t>
            </w:r>
            <w:proofErr w:type="spellStart"/>
            <w:r w:rsidRPr="00D31D98">
              <w:rPr>
                <w:szCs w:val="24"/>
              </w:rPr>
              <w:t>Ismić</w:t>
            </w:r>
            <w:proofErr w:type="spellEnd"/>
            <w:r w:rsidRPr="00D31D98">
              <w:rPr>
                <w:szCs w:val="24"/>
              </w:rPr>
              <w:t xml:space="preserve"> </w:t>
            </w:r>
          </w:p>
          <w:p w14:paraId="4D72C483" w14:textId="77777777" w:rsidR="001865F2" w:rsidRPr="00D31D98" w:rsidRDefault="001865F2" w:rsidP="00966809">
            <w:pPr>
              <w:widowControl w:val="0"/>
            </w:pPr>
            <w:r w:rsidRPr="00D31D98">
              <w:rPr>
                <w:szCs w:val="24"/>
              </w:rPr>
              <w:t>Učenici četvrtih razreda (24 učenika)</w:t>
            </w:r>
          </w:p>
        </w:tc>
      </w:tr>
      <w:tr w:rsidR="001865F2" w:rsidRPr="00D31D98" w14:paraId="02008249" w14:textId="77777777" w:rsidTr="00966809">
        <w:trPr>
          <w:cantSplit/>
        </w:trPr>
        <w:tc>
          <w:tcPr>
            <w:tcW w:w="2381" w:type="dxa"/>
            <w:vAlign w:val="center"/>
          </w:tcPr>
          <w:p w14:paraId="10322729"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F14FCB3" w14:textId="77777777" w:rsidR="001865F2" w:rsidRPr="00D31D98" w:rsidRDefault="001865F2" w:rsidP="001865F2">
            <w:pPr>
              <w:pStyle w:val="Odlomakpopisa"/>
              <w:widowControl w:val="0"/>
              <w:numPr>
                <w:ilvl w:val="0"/>
                <w:numId w:val="27"/>
              </w:numPr>
              <w:ind w:left="255" w:hanging="142"/>
            </w:pPr>
            <w:r w:rsidRPr="00D31D98">
              <w:rPr>
                <w:szCs w:val="24"/>
              </w:rPr>
              <w:t xml:space="preserve">Edukativne radionice namijenjene nastavnicima </w:t>
            </w:r>
          </w:p>
          <w:p w14:paraId="132F50B2" w14:textId="77777777" w:rsidR="001865F2" w:rsidRPr="00D31D98" w:rsidRDefault="001865F2" w:rsidP="001865F2">
            <w:pPr>
              <w:pStyle w:val="Odlomakpopisa"/>
              <w:widowControl w:val="0"/>
              <w:numPr>
                <w:ilvl w:val="0"/>
                <w:numId w:val="27"/>
              </w:numPr>
              <w:ind w:left="255" w:hanging="142"/>
            </w:pPr>
            <w:r w:rsidRPr="00D31D98">
              <w:rPr>
                <w:szCs w:val="24"/>
              </w:rPr>
              <w:t>Rad s učenicima (implementacija naučenog)</w:t>
            </w:r>
          </w:p>
          <w:p w14:paraId="19378546" w14:textId="77777777" w:rsidR="001865F2" w:rsidRPr="00D31D98" w:rsidRDefault="001865F2" w:rsidP="001865F2">
            <w:pPr>
              <w:pStyle w:val="Odlomakpopisa"/>
              <w:widowControl w:val="0"/>
              <w:numPr>
                <w:ilvl w:val="0"/>
                <w:numId w:val="27"/>
              </w:numPr>
              <w:ind w:left="255" w:hanging="142"/>
            </w:pPr>
            <w:r w:rsidRPr="00D31D98">
              <w:rPr>
                <w:szCs w:val="24"/>
              </w:rPr>
              <w:t>Izrada četiri dokumentarna filma metodom portretiranja (samostalni, ali vođeni učenički uradak)</w:t>
            </w:r>
          </w:p>
        </w:tc>
      </w:tr>
      <w:tr w:rsidR="001865F2" w:rsidRPr="00D31D98" w14:paraId="4862AD26" w14:textId="77777777" w:rsidTr="00966809">
        <w:trPr>
          <w:cantSplit/>
        </w:trPr>
        <w:tc>
          <w:tcPr>
            <w:tcW w:w="2381" w:type="dxa"/>
            <w:vAlign w:val="center"/>
          </w:tcPr>
          <w:p w14:paraId="6892D24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39AE57C" w14:textId="77777777" w:rsidR="001865F2" w:rsidRPr="00D31D98" w:rsidRDefault="001865F2" w:rsidP="001865F2">
            <w:pPr>
              <w:pStyle w:val="Odlomakpopisa"/>
              <w:widowControl w:val="0"/>
              <w:numPr>
                <w:ilvl w:val="0"/>
                <w:numId w:val="28"/>
              </w:numPr>
              <w:ind w:left="255" w:hanging="142"/>
            </w:pPr>
            <w:r w:rsidRPr="00D31D98">
              <w:rPr>
                <w:szCs w:val="24"/>
              </w:rPr>
              <w:t>studeni 2025. do 30. travnja 2027. (64 sata)</w:t>
            </w:r>
          </w:p>
        </w:tc>
      </w:tr>
      <w:tr w:rsidR="001865F2" w:rsidRPr="00D31D98" w14:paraId="00E026ED" w14:textId="77777777" w:rsidTr="00966809">
        <w:trPr>
          <w:cantSplit/>
        </w:trPr>
        <w:tc>
          <w:tcPr>
            <w:tcW w:w="2381" w:type="dxa"/>
            <w:vAlign w:val="center"/>
          </w:tcPr>
          <w:p w14:paraId="0C996240" w14:textId="77777777" w:rsidR="001865F2" w:rsidRPr="00D31D98" w:rsidRDefault="001865F2" w:rsidP="00966809">
            <w:pPr>
              <w:widowControl w:val="0"/>
              <w:rPr>
                <w:b/>
              </w:rPr>
            </w:pPr>
            <w:r w:rsidRPr="00D31D98">
              <w:rPr>
                <w:b/>
                <w:bCs/>
                <w:szCs w:val="24"/>
              </w:rPr>
              <w:t>Troškovnik</w:t>
            </w:r>
          </w:p>
        </w:tc>
        <w:tc>
          <w:tcPr>
            <w:tcW w:w="6690" w:type="dxa"/>
            <w:vAlign w:val="center"/>
          </w:tcPr>
          <w:p w14:paraId="735AE3C0" w14:textId="77777777" w:rsidR="001865F2" w:rsidRPr="00D31D98" w:rsidRDefault="001865F2" w:rsidP="00966809">
            <w:pPr>
              <w:widowControl w:val="0"/>
            </w:pPr>
            <w:r w:rsidRPr="00D31D98">
              <w:rPr>
                <w:szCs w:val="24"/>
              </w:rPr>
              <w:t xml:space="preserve">Projekt je dio programa Imapct4Values 2.0 </w:t>
            </w:r>
          </w:p>
        </w:tc>
      </w:tr>
      <w:tr w:rsidR="001865F2" w:rsidRPr="00D31D98" w14:paraId="70BA73C4" w14:textId="77777777" w:rsidTr="00966809">
        <w:trPr>
          <w:cantSplit/>
        </w:trPr>
        <w:tc>
          <w:tcPr>
            <w:tcW w:w="2381" w:type="dxa"/>
            <w:vAlign w:val="center"/>
          </w:tcPr>
          <w:p w14:paraId="32421469"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2C15D078" w14:textId="77777777" w:rsidR="001865F2" w:rsidRPr="00D31D98" w:rsidRDefault="001865F2" w:rsidP="001865F2">
            <w:pPr>
              <w:pStyle w:val="Odlomakpopisa"/>
              <w:widowControl w:val="0"/>
              <w:numPr>
                <w:ilvl w:val="0"/>
                <w:numId w:val="27"/>
              </w:numPr>
              <w:ind w:left="255" w:hanging="142"/>
            </w:pPr>
            <w:r w:rsidRPr="00D31D98">
              <w:rPr>
                <w:szCs w:val="24"/>
              </w:rPr>
              <w:t xml:space="preserve">vrednovanje se tijekom projektnog razdoblja provodi formativno te se na kraju učenički uradak </w:t>
            </w:r>
            <w:proofErr w:type="spellStart"/>
            <w:r w:rsidRPr="00D31D98">
              <w:rPr>
                <w:szCs w:val="24"/>
              </w:rPr>
              <w:t>sumativno</w:t>
            </w:r>
            <w:proofErr w:type="spellEnd"/>
            <w:r w:rsidRPr="00D31D98">
              <w:rPr>
                <w:szCs w:val="24"/>
              </w:rPr>
              <w:t xml:space="preserve"> vrednuje </w:t>
            </w:r>
          </w:p>
          <w:p w14:paraId="5BEB6625" w14:textId="77777777" w:rsidR="001865F2" w:rsidRPr="00D31D98" w:rsidRDefault="001865F2" w:rsidP="001865F2">
            <w:pPr>
              <w:pStyle w:val="Odlomakpopisa"/>
              <w:widowControl w:val="0"/>
              <w:numPr>
                <w:ilvl w:val="0"/>
                <w:numId w:val="27"/>
              </w:numPr>
              <w:ind w:left="255" w:hanging="142"/>
            </w:pPr>
            <w:r w:rsidRPr="00D31D98">
              <w:rPr>
                <w:szCs w:val="24"/>
              </w:rPr>
              <w:t>ishodi se projekta operacionaliziraju unutar nastavnog predmeta politike i gospodarstva</w:t>
            </w:r>
          </w:p>
        </w:tc>
      </w:tr>
    </w:tbl>
    <w:p w14:paraId="3BF811F3" w14:textId="77777777" w:rsidR="001865F2" w:rsidRPr="00D31D98" w:rsidRDefault="001865F2" w:rsidP="001865F2">
      <w:pPr>
        <w:spacing w:after="0"/>
      </w:pPr>
    </w:p>
    <w:p w14:paraId="36D578E9" w14:textId="77777777" w:rsidR="001865F2" w:rsidRPr="00D31D98" w:rsidRDefault="001865F2" w:rsidP="001865F2">
      <w:pPr>
        <w:spacing w:after="0"/>
      </w:pPr>
    </w:p>
    <w:p w14:paraId="368C501F" w14:textId="77777777" w:rsidR="001865F2" w:rsidRPr="00D31D98" w:rsidRDefault="001865F2" w:rsidP="001865F2">
      <w:pPr>
        <w:spacing w:after="0"/>
      </w:pPr>
    </w:p>
    <w:p w14:paraId="3FEA880F" w14:textId="77777777" w:rsidR="001865F2" w:rsidRPr="00D31D98" w:rsidRDefault="001865F2" w:rsidP="001865F2">
      <w:pPr>
        <w:spacing w:after="0"/>
      </w:pPr>
    </w:p>
    <w:p w14:paraId="23727647" w14:textId="77777777" w:rsidR="001865F2" w:rsidRPr="00D31D98" w:rsidRDefault="001865F2" w:rsidP="001865F2">
      <w:pPr>
        <w:keepNext/>
        <w:keepLines/>
        <w:pageBreakBefore/>
        <w:spacing w:before="240" w:after="120"/>
        <w:rPr>
          <w:sz w:val="48"/>
          <w:szCs w:val="48"/>
        </w:rPr>
      </w:pPr>
      <w:r w:rsidRPr="00D31D98">
        <w:rPr>
          <w:b/>
          <w:sz w:val="32"/>
          <w:szCs w:val="32"/>
        </w:rPr>
        <w:lastRenderedPageBreak/>
        <w:t>9. NATJECANJA, OBILJEŽAVANJA I ŠKOLSKE MANIFESTACIJE</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F978464" w14:textId="77777777" w:rsidTr="00966809">
        <w:trPr>
          <w:cantSplit/>
        </w:trPr>
        <w:tc>
          <w:tcPr>
            <w:tcW w:w="2381" w:type="dxa"/>
            <w:vAlign w:val="center"/>
          </w:tcPr>
          <w:p w14:paraId="7930389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9F6E40C" w14:textId="77777777" w:rsidR="001865F2" w:rsidRPr="00D31D98" w:rsidRDefault="001865F2" w:rsidP="00966809">
            <w:pPr>
              <w:keepNext/>
              <w:widowControl w:val="0"/>
              <w:rPr>
                <w:b/>
              </w:rPr>
            </w:pPr>
            <w:r w:rsidRPr="00D31D98">
              <w:rPr>
                <w:b/>
                <w:bCs/>
                <w:szCs w:val="24"/>
              </w:rPr>
              <w:t xml:space="preserve">DAN ŠKOLE; </w:t>
            </w:r>
            <w:proofErr w:type="spellStart"/>
            <w:r w:rsidRPr="00D31D98">
              <w:rPr>
                <w:b/>
                <w:bCs/>
                <w:szCs w:val="24"/>
              </w:rPr>
              <w:t>DnD</w:t>
            </w:r>
            <w:proofErr w:type="spellEnd"/>
            <w:r w:rsidRPr="00D31D98">
              <w:rPr>
                <w:b/>
                <w:bCs/>
                <w:szCs w:val="24"/>
              </w:rPr>
              <w:t xml:space="preserve"> i druge društvene igre</w:t>
            </w:r>
          </w:p>
        </w:tc>
      </w:tr>
      <w:tr w:rsidR="001865F2" w:rsidRPr="00D31D98" w14:paraId="282E122D" w14:textId="77777777" w:rsidTr="00966809">
        <w:trPr>
          <w:cantSplit/>
        </w:trPr>
        <w:tc>
          <w:tcPr>
            <w:tcW w:w="2381" w:type="dxa"/>
            <w:vAlign w:val="center"/>
          </w:tcPr>
          <w:p w14:paraId="12BEB69D" w14:textId="77777777" w:rsidR="001865F2" w:rsidRPr="00D31D98" w:rsidRDefault="001865F2" w:rsidP="00966809">
            <w:pPr>
              <w:widowControl w:val="0"/>
              <w:rPr>
                <w:b/>
              </w:rPr>
            </w:pPr>
            <w:r w:rsidRPr="00D31D98">
              <w:rPr>
                <w:b/>
                <w:bCs/>
                <w:szCs w:val="24"/>
              </w:rPr>
              <w:t>Ciljevi</w:t>
            </w:r>
          </w:p>
        </w:tc>
        <w:tc>
          <w:tcPr>
            <w:tcW w:w="6690" w:type="dxa"/>
            <w:vAlign w:val="center"/>
          </w:tcPr>
          <w:p w14:paraId="3970670C" w14:textId="77777777" w:rsidR="001865F2" w:rsidRPr="00D31D98" w:rsidRDefault="001865F2" w:rsidP="00966809">
            <w:pPr>
              <w:widowControl w:val="0"/>
            </w:pPr>
            <w:r w:rsidRPr="00D31D98">
              <w:rPr>
                <w:szCs w:val="24"/>
              </w:rPr>
              <w:t xml:space="preserve">Upoznavanje s konceptima društvenih igara (engl. </w:t>
            </w:r>
            <w:proofErr w:type="spellStart"/>
            <w:r w:rsidRPr="00D31D98">
              <w:rPr>
                <w:szCs w:val="24"/>
              </w:rPr>
              <w:t>board</w:t>
            </w:r>
            <w:proofErr w:type="spellEnd"/>
            <w:r w:rsidRPr="00D31D98">
              <w:rPr>
                <w:szCs w:val="24"/>
              </w:rPr>
              <w:t xml:space="preserve"> game) i </w:t>
            </w:r>
            <w:proofErr w:type="spellStart"/>
            <w:r w:rsidRPr="00D31D98">
              <w:rPr>
                <w:szCs w:val="24"/>
              </w:rPr>
              <w:t>DnD</w:t>
            </w:r>
            <w:proofErr w:type="spellEnd"/>
            <w:r w:rsidRPr="00D31D98">
              <w:rPr>
                <w:szCs w:val="24"/>
              </w:rPr>
              <w:t xml:space="preserve"> (engl. </w:t>
            </w:r>
            <w:proofErr w:type="spellStart"/>
            <w:r w:rsidRPr="00D31D98">
              <w:rPr>
                <w:szCs w:val="24"/>
              </w:rPr>
              <w:t>Dungeons</w:t>
            </w:r>
            <w:proofErr w:type="spellEnd"/>
            <w:r w:rsidRPr="00D31D98">
              <w:rPr>
                <w:szCs w:val="24"/>
              </w:rPr>
              <w:t xml:space="preserve"> </w:t>
            </w:r>
            <w:proofErr w:type="spellStart"/>
            <w:r w:rsidRPr="00D31D98">
              <w:rPr>
                <w:szCs w:val="24"/>
              </w:rPr>
              <w:t>and</w:t>
            </w:r>
            <w:proofErr w:type="spellEnd"/>
            <w:r w:rsidRPr="00D31D98">
              <w:rPr>
                <w:szCs w:val="24"/>
              </w:rPr>
              <w:t xml:space="preserve"> </w:t>
            </w:r>
            <w:proofErr w:type="spellStart"/>
            <w:r w:rsidRPr="00D31D98">
              <w:rPr>
                <w:szCs w:val="24"/>
              </w:rPr>
              <w:t>Dragons</w:t>
            </w:r>
            <w:proofErr w:type="spellEnd"/>
            <w:r w:rsidRPr="00D31D98">
              <w:rPr>
                <w:szCs w:val="24"/>
              </w:rPr>
              <w:t xml:space="preserve">) univerzumom. Socijalizacija među učenicima i regrutacija učenika za sudjelovanje u školskom projektu vezanom uz </w:t>
            </w:r>
            <w:proofErr w:type="spellStart"/>
            <w:r w:rsidRPr="00D31D98">
              <w:rPr>
                <w:szCs w:val="24"/>
              </w:rPr>
              <w:t>DnD</w:t>
            </w:r>
            <w:proofErr w:type="spellEnd"/>
            <w:r w:rsidRPr="00D31D98">
              <w:rPr>
                <w:szCs w:val="24"/>
              </w:rPr>
              <w:t>.</w:t>
            </w:r>
          </w:p>
        </w:tc>
      </w:tr>
      <w:tr w:rsidR="001865F2" w:rsidRPr="00D31D98" w14:paraId="586C7C3B" w14:textId="77777777" w:rsidTr="00966809">
        <w:trPr>
          <w:cantSplit/>
        </w:trPr>
        <w:tc>
          <w:tcPr>
            <w:tcW w:w="2381" w:type="dxa"/>
            <w:vAlign w:val="center"/>
          </w:tcPr>
          <w:p w14:paraId="0A7C0186"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253157F" w14:textId="77777777" w:rsidR="001865F2" w:rsidRPr="00D31D98" w:rsidRDefault="001865F2" w:rsidP="00966809">
            <w:pPr>
              <w:widowControl w:val="0"/>
            </w:pPr>
            <w:r w:rsidRPr="00D31D98">
              <w:rPr>
                <w:szCs w:val="24"/>
              </w:rPr>
              <w:t xml:space="preserve">Prezentacija rada </w:t>
            </w:r>
            <w:proofErr w:type="spellStart"/>
            <w:r w:rsidRPr="00D31D98">
              <w:rPr>
                <w:szCs w:val="24"/>
              </w:rPr>
              <w:t>DnD</w:t>
            </w:r>
            <w:proofErr w:type="spellEnd"/>
            <w:r w:rsidRPr="00D31D98">
              <w:rPr>
                <w:szCs w:val="24"/>
              </w:rPr>
              <w:t xml:space="preserve"> grupe tijekom proteklog vremena. Pronalazak novih članova.</w:t>
            </w:r>
          </w:p>
        </w:tc>
      </w:tr>
      <w:tr w:rsidR="001865F2" w:rsidRPr="00D31D98" w14:paraId="59D8E83C" w14:textId="77777777" w:rsidTr="00966809">
        <w:trPr>
          <w:cantSplit/>
        </w:trPr>
        <w:tc>
          <w:tcPr>
            <w:tcW w:w="2381" w:type="dxa"/>
            <w:vAlign w:val="center"/>
          </w:tcPr>
          <w:p w14:paraId="54E6CE2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57EBB01" w14:textId="77777777" w:rsidR="001865F2" w:rsidRPr="00D31D98" w:rsidRDefault="001865F2" w:rsidP="00966809">
            <w:pPr>
              <w:widowControl w:val="0"/>
            </w:pPr>
            <w:r w:rsidRPr="00D31D98">
              <w:rPr>
                <w:szCs w:val="24"/>
              </w:rPr>
              <w:t>Matija Lucić, prof. i Filip Domaćinović, prof.</w:t>
            </w:r>
          </w:p>
        </w:tc>
      </w:tr>
      <w:tr w:rsidR="001865F2" w:rsidRPr="00D31D98" w14:paraId="776D64C1" w14:textId="77777777" w:rsidTr="00966809">
        <w:trPr>
          <w:cantSplit/>
        </w:trPr>
        <w:tc>
          <w:tcPr>
            <w:tcW w:w="2381" w:type="dxa"/>
            <w:vAlign w:val="center"/>
          </w:tcPr>
          <w:p w14:paraId="71521B96"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75F948DE" w14:textId="77777777" w:rsidR="001865F2" w:rsidRPr="00D31D98" w:rsidRDefault="001865F2" w:rsidP="00966809">
            <w:pPr>
              <w:widowControl w:val="0"/>
            </w:pPr>
            <w:r w:rsidRPr="00D31D98">
              <w:rPr>
                <w:szCs w:val="24"/>
              </w:rPr>
              <w:t>Kao jedna od radionica unutar projekta Dana škole.</w:t>
            </w:r>
          </w:p>
        </w:tc>
      </w:tr>
      <w:tr w:rsidR="001865F2" w:rsidRPr="00D31D98" w14:paraId="22201FB9" w14:textId="77777777" w:rsidTr="00966809">
        <w:trPr>
          <w:cantSplit/>
        </w:trPr>
        <w:tc>
          <w:tcPr>
            <w:tcW w:w="2381" w:type="dxa"/>
            <w:vAlign w:val="center"/>
          </w:tcPr>
          <w:p w14:paraId="3ABF46E9"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571029CA" w14:textId="77777777" w:rsidR="001865F2" w:rsidRPr="00D31D98" w:rsidRDefault="001865F2" w:rsidP="00966809">
            <w:pPr>
              <w:widowControl w:val="0"/>
            </w:pPr>
            <w:r w:rsidRPr="00D31D98">
              <w:rPr>
                <w:szCs w:val="24"/>
              </w:rPr>
              <w:t>ožujak 2026.</w:t>
            </w:r>
          </w:p>
        </w:tc>
      </w:tr>
      <w:tr w:rsidR="001865F2" w:rsidRPr="00D31D98" w14:paraId="657BD320" w14:textId="77777777" w:rsidTr="00966809">
        <w:trPr>
          <w:cantSplit/>
        </w:trPr>
        <w:tc>
          <w:tcPr>
            <w:tcW w:w="2381" w:type="dxa"/>
            <w:vAlign w:val="center"/>
          </w:tcPr>
          <w:p w14:paraId="456DC0EB" w14:textId="77777777" w:rsidR="001865F2" w:rsidRPr="00D31D98" w:rsidRDefault="001865F2" w:rsidP="00966809">
            <w:pPr>
              <w:widowControl w:val="0"/>
              <w:rPr>
                <w:b/>
              </w:rPr>
            </w:pPr>
            <w:r w:rsidRPr="00D31D98">
              <w:rPr>
                <w:b/>
                <w:bCs/>
                <w:szCs w:val="24"/>
              </w:rPr>
              <w:t>Troškovnik</w:t>
            </w:r>
          </w:p>
        </w:tc>
        <w:tc>
          <w:tcPr>
            <w:tcW w:w="6690" w:type="dxa"/>
            <w:vAlign w:val="center"/>
          </w:tcPr>
          <w:p w14:paraId="1E8EC081" w14:textId="77777777" w:rsidR="001865F2" w:rsidRPr="00D31D98" w:rsidRDefault="001865F2" w:rsidP="00966809">
            <w:pPr>
              <w:widowControl w:val="0"/>
            </w:pPr>
            <w:r w:rsidRPr="00D31D98">
              <w:rPr>
                <w:szCs w:val="24"/>
              </w:rPr>
              <w:t>/</w:t>
            </w:r>
          </w:p>
        </w:tc>
      </w:tr>
      <w:tr w:rsidR="001865F2" w:rsidRPr="00D31D98" w14:paraId="14BE3A80" w14:textId="77777777" w:rsidTr="00966809">
        <w:trPr>
          <w:cantSplit/>
        </w:trPr>
        <w:tc>
          <w:tcPr>
            <w:tcW w:w="2381" w:type="dxa"/>
            <w:vAlign w:val="center"/>
          </w:tcPr>
          <w:p w14:paraId="5A5F70A7"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1A71A471" w14:textId="77777777" w:rsidR="001865F2" w:rsidRPr="00D31D98" w:rsidRDefault="001865F2" w:rsidP="00966809">
            <w:pPr>
              <w:widowControl w:val="0"/>
            </w:pPr>
            <w:r w:rsidRPr="00D31D98">
              <w:rPr>
                <w:szCs w:val="24"/>
              </w:rPr>
              <w:t>pobjednik određen prema unaprijed postavljenim pravilima osvaja određenu nagradu</w:t>
            </w:r>
          </w:p>
        </w:tc>
      </w:tr>
    </w:tbl>
    <w:p w14:paraId="60D703D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33BBA78" w14:textId="77777777" w:rsidTr="00966809">
        <w:trPr>
          <w:cantSplit/>
        </w:trPr>
        <w:tc>
          <w:tcPr>
            <w:tcW w:w="2381" w:type="dxa"/>
            <w:vAlign w:val="center"/>
          </w:tcPr>
          <w:p w14:paraId="33BBF413"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C8F5EFC" w14:textId="77777777" w:rsidR="001865F2" w:rsidRPr="00D31D98" w:rsidRDefault="001865F2" w:rsidP="00966809">
            <w:pPr>
              <w:keepNext/>
              <w:widowControl w:val="0"/>
              <w:rPr>
                <w:b/>
              </w:rPr>
            </w:pPr>
            <w:r w:rsidRPr="00D31D98">
              <w:rPr>
                <w:b/>
                <w:bCs/>
                <w:szCs w:val="24"/>
              </w:rPr>
              <w:t>Dabar, natjecanje iz informatike i računalnog razmišljanja</w:t>
            </w:r>
          </w:p>
        </w:tc>
      </w:tr>
      <w:tr w:rsidR="001865F2" w:rsidRPr="00D31D98" w14:paraId="27595FD4" w14:textId="77777777" w:rsidTr="00966809">
        <w:trPr>
          <w:cantSplit/>
        </w:trPr>
        <w:tc>
          <w:tcPr>
            <w:tcW w:w="2381" w:type="dxa"/>
            <w:vAlign w:val="center"/>
          </w:tcPr>
          <w:p w14:paraId="156D6E08"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2222D39E" w14:textId="77777777" w:rsidR="001865F2" w:rsidRPr="00D31D98" w:rsidRDefault="001865F2" w:rsidP="00966809">
            <w:pPr>
              <w:widowControl w:val="0"/>
            </w:pPr>
            <w:r w:rsidRPr="00D31D98">
              <w:rPr>
                <w:szCs w:val="24"/>
              </w:rPr>
              <w:t>Ciljevi ovog međunarodnog natjecanja su:</w:t>
            </w:r>
          </w:p>
          <w:p w14:paraId="2D1D1C68" w14:textId="77777777" w:rsidR="001865F2" w:rsidRPr="00D31D98" w:rsidRDefault="001865F2" w:rsidP="00966809">
            <w:pPr>
              <w:widowControl w:val="0"/>
            </w:pPr>
            <w:r w:rsidRPr="00D31D98">
              <w:rPr>
                <w:szCs w:val="24"/>
              </w:rPr>
              <w:t>➢ Širenje i popularizacija računalstva i informatike</w:t>
            </w:r>
          </w:p>
          <w:p w14:paraId="50D78A9C" w14:textId="77777777" w:rsidR="001865F2" w:rsidRPr="00D31D98" w:rsidRDefault="001865F2" w:rsidP="00966809">
            <w:pPr>
              <w:widowControl w:val="0"/>
            </w:pPr>
            <w:r w:rsidRPr="00D31D98">
              <w:rPr>
                <w:szCs w:val="24"/>
              </w:rPr>
              <w:t>➢ Razvoj računalnog razmišljanja kod učenika</w:t>
            </w:r>
          </w:p>
          <w:p w14:paraId="77ED71CA" w14:textId="77777777" w:rsidR="001865F2" w:rsidRPr="00D31D98" w:rsidRDefault="001865F2" w:rsidP="00966809">
            <w:pPr>
              <w:widowControl w:val="0"/>
            </w:pPr>
            <w:r w:rsidRPr="00D31D98">
              <w:rPr>
                <w:szCs w:val="24"/>
              </w:rPr>
              <w:t>➢ Usporedba znanja iz područja računalnih znanosti i informacijskih tehnologija između učenika u Hrvatskoj i Svijetu</w:t>
            </w:r>
          </w:p>
          <w:p w14:paraId="6B333A88" w14:textId="77777777" w:rsidR="001865F2" w:rsidRPr="00D31D98" w:rsidRDefault="001865F2" w:rsidP="00966809">
            <w:pPr>
              <w:widowControl w:val="0"/>
            </w:pPr>
            <w:r w:rsidRPr="00D31D98">
              <w:rPr>
                <w:szCs w:val="24"/>
              </w:rPr>
              <w:t>Organizatori natjecanja za Hrvatsku su udruga "Suradnici u učenju", Hrvatski savez informatičara i Visoko učilište Algebra uz podršku CARNet-a</w:t>
            </w:r>
          </w:p>
        </w:tc>
      </w:tr>
      <w:tr w:rsidR="001865F2" w:rsidRPr="00D31D98" w14:paraId="1E661202" w14:textId="77777777" w:rsidTr="00966809">
        <w:trPr>
          <w:cantSplit/>
        </w:trPr>
        <w:tc>
          <w:tcPr>
            <w:tcW w:w="2381" w:type="dxa"/>
            <w:vAlign w:val="center"/>
          </w:tcPr>
          <w:p w14:paraId="2ABE1B90"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A342B18" w14:textId="77777777" w:rsidR="001865F2" w:rsidRPr="00D31D98" w:rsidRDefault="001865F2" w:rsidP="00966809">
            <w:pPr>
              <w:widowControl w:val="0"/>
            </w:pPr>
            <w:r w:rsidRPr="00D31D98">
              <w:rPr>
                <w:szCs w:val="24"/>
              </w:rPr>
              <w:t>Dabar je međunarodno natjecanje koje promiče informatiku i računalno razmišljanje među učenicima osnovnih i srednjih škola, njihovim učiteljima i u široj javnosti. Zadaci su osmišljeni tako da potiču logičko razmišljanje, primjenu temeljnih informatičkih koncepata te razvoj različitih strategija rješavanja.</w:t>
            </w:r>
          </w:p>
        </w:tc>
      </w:tr>
      <w:tr w:rsidR="001865F2" w:rsidRPr="00D31D98" w14:paraId="6756CBE7" w14:textId="77777777" w:rsidTr="00966809">
        <w:trPr>
          <w:cantSplit/>
        </w:trPr>
        <w:tc>
          <w:tcPr>
            <w:tcW w:w="2381" w:type="dxa"/>
            <w:vAlign w:val="center"/>
          </w:tcPr>
          <w:p w14:paraId="4CCDABD8"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09466480" w14:textId="77777777" w:rsidR="001865F2" w:rsidRPr="00D31D98" w:rsidRDefault="001865F2" w:rsidP="00966809">
            <w:pPr>
              <w:widowControl w:val="0"/>
            </w:pPr>
            <w:r w:rsidRPr="00D31D98">
              <w:rPr>
                <w:szCs w:val="24"/>
              </w:rPr>
              <w:t>Članovi aktiva informatike</w:t>
            </w:r>
          </w:p>
          <w:p w14:paraId="6C8A2C9B" w14:textId="77777777" w:rsidR="001865F2" w:rsidRPr="00D31D98" w:rsidRDefault="001865F2" w:rsidP="00966809">
            <w:pPr>
              <w:widowControl w:val="0"/>
            </w:pPr>
            <w:r w:rsidRPr="00D31D98">
              <w:rPr>
                <w:szCs w:val="24"/>
              </w:rPr>
              <w:t>Nositelj aktivnosti je dužan osigurati prostor i posebne uvjete za provedbu natjecanja (informatička učionica). Raspored grupa natjecatelja ovisi o tehničkim mogućnostima škole. Također je dužan organizirati natjecanje tako da se u svakoj učionici nalazi barem jedan učitelj koji prati tijek natjecanja.</w:t>
            </w:r>
          </w:p>
          <w:p w14:paraId="0BDE39A9" w14:textId="77777777" w:rsidR="001865F2" w:rsidRPr="00D31D98" w:rsidRDefault="001865F2" w:rsidP="00966809">
            <w:pPr>
              <w:widowControl w:val="0"/>
            </w:pPr>
            <w:r w:rsidRPr="00D31D98">
              <w:rPr>
                <w:szCs w:val="24"/>
              </w:rPr>
              <w:t>Učitelji su dužni voditi računa o prijavi učenika u odgovarajuću grupu, ovisno o razredu koji učenik trenutno pohađa.</w:t>
            </w:r>
          </w:p>
        </w:tc>
      </w:tr>
      <w:tr w:rsidR="001865F2" w:rsidRPr="00D31D98" w14:paraId="3D9C261E" w14:textId="77777777" w:rsidTr="00966809">
        <w:trPr>
          <w:cantSplit/>
        </w:trPr>
        <w:tc>
          <w:tcPr>
            <w:tcW w:w="2381" w:type="dxa"/>
            <w:vAlign w:val="center"/>
          </w:tcPr>
          <w:p w14:paraId="07D95003" w14:textId="77777777" w:rsidR="001865F2" w:rsidRPr="00D31D98" w:rsidRDefault="001865F2" w:rsidP="00966809">
            <w:pPr>
              <w:widowControl w:val="0"/>
              <w:rPr>
                <w:b/>
              </w:rPr>
            </w:pPr>
            <w:r w:rsidRPr="00D31D98">
              <w:rPr>
                <w:b/>
                <w:bCs/>
                <w:szCs w:val="24"/>
              </w:rPr>
              <w:lastRenderedPageBreak/>
              <w:t>Način realizacije aktivnosti</w:t>
            </w:r>
          </w:p>
        </w:tc>
        <w:tc>
          <w:tcPr>
            <w:tcW w:w="6690" w:type="dxa"/>
            <w:vAlign w:val="center"/>
          </w:tcPr>
          <w:p w14:paraId="36DF3691" w14:textId="77777777" w:rsidR="001865F2" w:rsidRPr="00D31D98" w:rsidRDefault="001865F2" w:rsidP="00966809">
            <w:pPr>
              <w:widowControl w:val="0"/>
            </w:pPr>
            <w:r w:rsidRPr="00D31D98">
              <w:rPr>
                <w:szCs w:val="24"/>
              </w:rPr>
              <w:t>Natjecanje se organizira u 5 kategorija:</w:t>
            </w:r>
          </w:p>
          <w:p w14:paraId="2C3D2A59" w14:textId="77777777" w:rsidR="001865F2" w:rsidRPr="00D31D98" w:rsidRDefault="001865F2" w:rsidP="00966809">
            <w:pPr>
              <w:widowControl w:val="0"/>
            </w:pPr>
            <w:r w:rsidRPr="00D31D98">
              <w:rPr>
                <w:szCs w:val="24"/>
              </w:rPr>
              <w:t xml:space="preserve">1.     </w:t>
            </w:r>
            <w:proofErr w:type="spellStart"/>
            <w:r w:rsidRPr="00D31D98">
              <w:rPr>
                <w:szCs w:val="24"/>
              </w:rPr>
              <w:t>MikroDabar</w:t>
            </w:r>
            <w:proofErr w:type="spellEnd"/>
            <w:r w:rsidRPr="00D31D98">
              <w:rPr>
                <w:szCs w:val="24"/>
              </w:rPr>
              <w:t xml:space="preserve"> za učenike 1. i 2. razreda OŠ,</w:t>
            </w:r>
          </w:p>
          <w:p w14:paraId="418E71B9" w14:textId="77777777" w:rsidR="001865F2" w:rsidRPr="00D31D98" w:rsidRDefault="001865F2" w:rsidP="00966809">
            <w:pPr>
              <w:widowControl w:val="0"/>
            </w:pPr>
            <w:r w:rsidRPr="00D31D98">
              <w:rPr>
                <w:szCs w:val="24"/>
              </w:rPr>
              <w:t xml:space="preserve">2.     </w:t>
            </w:r>
            <w:proofErr w:type="spellStart"/>
            <w:r w:rsidRPr="00D31D98">
              <w:rPr>
                <w:szCs w:val="24"/>
              </w:rPr>
              <w:t>MiliDabar</w:t>
            </w:r>
            <w:proofErr w:type="spellEnd"/>
            <w:r w:rsidRPr="00D31D98">
              <w:rPr>
                <w:szCs w:val="24"/>
              </w:rPr>
              <w:t xml:space="preserve"> za učenike 3. i 4. razreda OŠ,</w:t>
            </w:r>
          </w:p>
          <w:p w14:paraId="10AD946F" w14:textId="77777777" w:rsidR="001865F2" w:rsidRPr="00D31D98" w:rsidRDefault="001865F2" w:rsidP="00966809">
            <w:pPr>
              <w:widowControl w:val="0"/>
            </w:pPr>
            <w:r w:rsidRPr="00D31D98">
              <w:rPr>
                <w:szCs w:val="24"/>
              </w:rPr>
              <w:t xml:space="preserve">3.     </w:t>
            </w:r>
            <w:proofErr w:type="spellStart"/>
            <w:r w:rsidRPr="00D31D98">
              <w:rPr>
                <w:szCs w:val="24"/>
              </w:rPr>
              <w:t>KiloDabar</w:t>
            </w:r>
            <w:proofErr w:type="spellEnd"/>
            <w:r w:rsidRPr="00D31D98">
              <w:rPr>
                <w:szCs w:val="24"/>
              </w:rPr>
              <w:t xml:space="preserve"> za učenike 5. i 6 razreda OŠ,</w:t>
            </w:r>
          </w:p>
          <w:p w14:paraId="6E243213" w14:textId="77777777" w:rsidR="001865F2" w:rsidRPr="00D31D98" w:rsidRDefault="001865F2" w:rsidP="00966809">
            <w:pPr>
              <w:widowControl w:val="0"/>
            </w:pPr>
            <w:r w:rsidRPr="00D31D98">
              <w:rPr>
                <w:szCs w:val="24"/>
              </w:rPr>
              <w:t xml:space="preserve">4.     </w:t>
            </w:r>
            <w:proofErr w:type="spellStart"/>
            <w:r w:rsidRPr="00D31D98">
              <w:rPr>
                <w:szCs w:val="24"/>
              </w:rPr>
              <w:t>MegaDabar</w:t>
            </w:r>
            <w:proofErr w:type="spellEnd"/>
            <w:r w:rsidRPr="00D31D98">
              <w:rPr>
                <w:szCs w:val="24"/>
              </w:rPr>
              <w:t xml:space="preserve"> za učenike 7. i 8. razreda i</w:t>
            </w:r>
          </w:p>
          <w:p w14:paraId="7DA1F53D" w14:textId="77777777" w:rsidR="001865F2" w:rsidRPr="00D31D98" w:rsidRDefault="001865F2" w:rsidP="00966809">
            <w:pPr>
              <w:widowControl w:val="0"/>
            </w:pPr>
            <w:r w:rsidRPr="00D31D98">
              <w:rPr>
                <w:szCs w:val="24"/>
              </w:rPr>
              <w:t xml:space="preserve">5.     </w:t>
            </w:r>
            <w:proofErr w:type="spellStart"/>
            <w:r w:rsidRPr="00D31D98">
              <w:rPr>
                <w:szCs w:val="24"/>
              </w:rPr>
              <w:t>GigaDabar</w:t>
            </w:r>
            <w:proofErr w:type="spellEnd"/>
            <w:r w:rsidRPr="00D31D98">
              <w:rPr>
                <w:szCs w:val="24"/>
              </w:rPr>
              <w:t xml:space="preserve"> za učenike svih razreda srednje škole.</w:t>
            </w:r>
          </w:p>
          <w:p w14:paraId="494A2C8E" w14:textId="77777777" w:rsidR="001865F2" w:rsidRPr="00D31D98" w:rsidRDefault="001865F2" w:rsidP="00966809">
            <w:pPr>
              <w:widowControl w:val="0"/>
            </w:pPr>
            <w:r w:rsidRPr="00D31D98">
              <w:rPr>
                <w:szCs w:val="24"/>
              </w:rPr>
              <w:t>Neovisno o kategoriji, učenici rješavaju 15 izazovnih zadataka uz vremensko ograničenje od 45 minuta.</w:t>
            </w:r>
          </w:p>
        </w:tc>
      </w:tr>
      <w:tr w:rsidR="001865F2" w:rsidRPr="00D31D98" w14:paraId="5CA24E40" w14:textId="77777777" w:rsidTr="00966809">
        <w:trPr>
          <w:cantSplit/>
        </w:trPr>
        <w:tc>
          <w:tcPr>
            <w:tcW w:w="2381" w:type="dxa"/>
            <w:vAlign w:val="center"/>
          </w:tcPr>
          <w:p w14:paraId="2A6F2145"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045C1BC7" w14:textId="77777777" w:rsidR="001865F2" w:rsidRPr="00D31D98" w:rsidRDefault="001865F2" w:rsidP="00966809">
            <w:pPr>
              <w:widowControl w:val="0"/>
            </w:pPr>
            <w:r w:rsidRPr="00D31D98">
              <w:rPr>
                <w:szCs w:val="24"/>
              </w:rPr>
              <w:t>9. – 13.11, 2026.</w:t>
            </w:r>
          </w:p>
        </w:tc>
      </w:tr>
      <w:tr w:rsidR="001865F2" w:rsidRPr="00D31D98" w14:paraId="730289CE" w14:textId="77777777" w:rsidTr="00966809">
        <w:trPr>
          <w:cantSplit/>
        </w:trPr>
        <w:tc>
          <w:tcPr>
            <w:tcW w:w="2381" w:type="dxa"/>
            <w:vAlign w:val="center"/>
          </w:tcPr>
          <w:p w14:paraId="59A0C67D"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07EB9011" w14:textId="77777777" w:rsidR="001865F2" w:rsidRPr="00D31D98" w:rsidRDefault="001865F2" w:rsidP="00966809">
            <w:pPr>
              <w:widowControl w:val="0"/>
            </w:pPr>
            <w:r w:rsidRPr="00D31D98">
              <w:rPr>
                <w:szCs w:val="24"/>
              </w:rPr>
              <w:t>Nema</w:t>
            </w:r>
          </w:p>
        </w:tc>
      </w:tr>
      <w:tr w:rsidR="001865F2" w:rsidRPr="00D31D98" w14:paraId="4733CF1A" w14:textId="77777777" w:rsidTr="00966809">
        <w:trPr>
          <w:cantSplit/>
        </w:trPr>
        <w:tc>
          <w:tcPr>
            <w:tcW w:w="2381" w:type="dxa"/>
            <w:vAlign w:val="center"/>
          </w:tcPr>
          <w:p w14:paraId="436D956D"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5E0A5E86" w14:textId="77777777" w:rsidR="001865F2" w:rsidRPr="00D31D98" w:rsidRDefault="001865F2" w:rsidP="00966809">
            <w:pPr>
              <w:widowControl w:val="0"/>
            </w:pPr>
            <w:r w:rsidRPr="00D31D98">
              <w:rPr>
                <w:szCs w:val="24"/>
              </w:rPr>
              <w:t>Učenici rješavaju 15 zadataka u vremenskom roku od 45 minuta, koje online sustav automatski bilježi te onemogućava daljnje pristupanje testu.</w:t>
            </w:r>
          </w:p>
          <w:p w14:paraId="4ED9120C" w14:textId="77777777" w:rsidR="001865F2" w:rsidRPr="00D31D98" w:rsidRDefault="001865F2" w:rsidP="00966809">
            <w:pPr>
              <w:widowControl w:val="0"/>
            </w:pPr>
            <w:r w:rsidRPr="00D31D98">
              <w:rPr>
                <w:szCs w:val="24"/>
              </w:rPr>
              <w:t>Najveći broj bodova za svaki zadatak je 1 bod. Negativnih bodova nema.</w:t>
            </w:r>
          </w:p>
          <w:p w14:paraId="78962841" w14:textId="77777777" w:rsidR="001865F2" w:rsidRPr="00D31D98" w:rsidRDefault="001865F2" w:rsidP="00966809">
            <w:pPr>
              <w:widowControl w:val="0"/>
            </w:pPr>
            <w:r w:rsidRPr="00D31D98">
              <w:rPr>
                <w:szCs w:val="24"/>
              </w:rPr>
              <w:t>Zadatci se rješavaju redom i nije moguć povratak na prethodno pitanje.</w:t>
            </w:r>
          </w:p>
          <w:p w14:paraId="339333E9" w14:textId="77777777" w:rsidR="001865F2" w:rsidRPr="00D31D98" w:rsidRDefault="001865F2" w:rsidP="00966809">
            <w:pPr>
              <w:widowControl w:val="0"/>
            </w:pPr>
            <w:r w:rsidRPr="00D31D98">
              <w:rPr>
                <w:szCs w:val="24"/>
              </w:rPr>
              <w:t>Nakon završetka svaki sudionik može vidjeti svoje rezultate te kasnije kompletnu povratnu informaciju za svaki zadatak.</w:t>
            </w:r>
          </w:p>
          <w:p w14:paraId="313B3382" w14:textId="77777777" w:rsidR="001865F2" w:rsidRPr="00D31D98" w:rsidRDefault="001865F2" w:rsidP="00966809">
            <w:pPr>
              <w:widowControl w:val="0"/>
            </w:pPr>
            <w:r w:rsidRPr="00D31D98">
              <w:rPr>
                <w:szCs w:val="24"/>
              </w:rPr>
              <w:t>Lista najboljih 10% sudionika.</w:t>
            </w:r>
          </w:p>
        </w:tc>
      </w:tr>
    </w:tbl>
    <w:p w14:paraId="299D0039"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72444BE" w14:textId="77777777" w:rsidTr="00966809">
        <w:trPr>
          <w:cantSplit/>
        </w:trPr>
        <w:tc>
          <w:tcPr>
            <w:tcW w:w="2381" w:type="dxa"/>
            <w:vAlign w:val="center"/>
          </w:tcPr>
          <w:p w14:paraId="071E5424"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18E9CDB" w14:textId="77777777" w:rsidR="001865F2" w:rsidRPr="00D31D98" w:rsidRDefault="001865F2" w:rsidP="00966809">
            <w:pPr>
              <w:keepNext/>
              <w:widowControl w:val="0"/>
              <w:rPr>
                <w:b/>
              </w:rPr>
            </w:pPr>
            <w:r w:rsidRPr="00D31D98">
              <w:rPr>
                <w:b/>
                <w:bCs/>
                <w:szCs w:val="24"/>
              </w:rPr>
              <w:t>Sat kodiranja (</w:t>
            </w:r>
            <w:proofErr w:type="spellStart"/>
            <w:r w:rsidRPr="00D31D98">
              <w:rPr>
                <w:b/>
                <w:bCs/>
                <w:szCs w:val="24"/>
              </w:rPr>
              <w:t>HourofcodeTM</w:t>
            </w:r>
            <w:proofErr w:type="spellEnd"/>
            <w:r w:rsidRPr="00D31D98">
              <w:rPr>
                <w:b/>
                <w:bCs/>
                <w:szCs w:val="24"/>
              </w:rPr>
              <w:t>)</w:t>
            </w:r>
          </w:p>
        </w:tc>
      </w:tr>
      <w:tr w:rsidR="001865F2" w:rsidRPr="00D31D98" w14:paraId="1178382B" w14:textId="77777777" w:rsidTr="00966809">
        <w:trPr>
          <w:cantSplit/>
        </w:trPr>
        <w:tc>
          <w:tcPr>
            <w:tcW w:w="2381" w:type="dxa"/>
            <w:vAlign w:val="center"/>
          </w:tcPr>
          <w:p w14:paraId="556DF5ED"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76807B2E" w14:textId="77777777" w:rsidR="001865F2" w:rsidRPr="00D31D98" w:rsidRDefault="001865F2" w:rsidP="00966809">
            <w:pPr>
              <w:widowControl w:val="0"/>
            </w:pPr>
            <w:r w:rsidRPr="00D31D98">
              <w:rPr>
                <w:szCs w:val="24"/>
              </w:rPr>
              <w:t>Cilj globalnog pokreta je da deseci milijuna učenika isprobaju „Sat kodiranja“ tokom razdoblja od tjedan dana u svrhu proslave tjedna podučavanja informatike.</w:t>
            </w:r>
          </w:p>
          <w:p w14:paraId="3A029E1B" w14:textId="77777777" w:rsidR="001865F2" w:rsidRPr="00D31D98" w:rsidRDefault="001865F2" w:rsidP="00966809">
            <w:pPr>
              <w:widowControl w:val="0"/>
            </w:pPr>
            <w:r w:rsidRPr="00D31D98">
              <w:rPr>
                <w:szCs w:val="24"/>
              </w:rPr>
              <w:t>Sudjelovanjem u satu kodiranja učenicima želimo pokazati da svi mogu naučiti osnove programiranja.</w:t>
            </w:r>
          </w:p>
        </w:tc>
      </w:tr>
      <w:tr w:rsidR="001865F2" w:rsidRPr="00D31D98" w14:paraId="70F0F11F" w14:textId="77777777" w:rsidTr="00966809">
        <w:trPr>
          <w:cantSplit/>
        </w:trPr>
        <w:tc>
          <w:tcPr>
            <w:tcW w:w="2381" w:type="dxa"/>
            <w:vAlign w:val="center"/>
          </w:tcPr>
          <w:p w14:paraId="4C0F929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C77F4A4" w14:textId="77777777" w:rsidR="001865F2" w:rsidRPr="00D31D98" w:rsidRDefault="001865F2" w:rsidP="00966809">
            <w:pPr>
              <w:widowControl w:val="0"/>
            </w:pPr>
            <w:r w:rsidRPr="00D31D98">
              <w:rPr>
                <w:szCs w:val="24"/>
              </w:rPr>
              <w:t>Sat kodiranja jednosatni je uvod u računarstvo, osmišljen za demistifikaciju kodiranja i kao dokaz da svatko može naučiti osnove</w:t>
            </w:r>
          </w:p>
        </w:tc>
      </w:tr>
      <w:tr w:rsidR="001865F2" w:rsidRPr="00D31D98" w14:paraId="038165E9" w14:textId="77777777" w:rsidTr="00966809">
        <w:trPr>
          <w:cantSplit/>
        </w:trPr>
        <w:tc>
          <w:tcPr>
            <w:tcW w:w="2381" w:type="dxa"/>
            <w:vAlign w:val="center"/>
          </w:tcPr>
          <w:p w14:paraId="665F1F48"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6A3FF215" w14:textId="77777777" w:rsidR="001865F2" w:rsidRPr="00D31D98" w:rsidRDefault="001865F2" w:rsidP="00966809">
            <w:pPr>
              <w:widowControl w:val="0"/>
            </w:pPr>
            <w:r w:rsidRPr="00D31D98">
              <w:rPr>
                <w:szCs w:val="24"/>
              </w:rPr>
              <w:t>Članovi aktiva informatike</w:t>
            </w:r>
          </w:p>
          <w:p w14:paraId="3237032B" w14:textId="77777777" w:rsidR="001865F2" w:rsidRPr="00D31D98" w:rsidRDefault="001865F2" w:rsidP="00966809">
            <w:pPr>
              <w:widowControl w:val="0"/>
            </w:pPr>
            <w:r w:rsidRPr="00D31D98">
              <w:rPr>
                <w:szCs w:val="24"/>
              </w:rPr>
              <w:t>Nositelj aktivnosti osigurava i organizira sat kodiranja u informatičkoj ili nekoj drugoj učionici koja ima pristup računalima i/ili tabletima te pristup internetu. Odabire aktivnosti za učenike i pomaže im prilikom eventualnih tehničkih problema ili nejasnoća.</w:t>
            </w:r>
          </w:p>
        </w:tc>
      </w:tr>
      <w:tr w:rsidR="001865F2" w:rsidRPr="00D31D98" w14:paraId="4398C13B" w14:textId="77777777" w:rsidTr="00966809">
        <w:trPr>
          <w:cantSplit/>
        </w:trPr>
        <w:tc>
          <w:tcPr>
            <w:tcW w:w="2381" w:type="dxa"/>
            <w:vAlign w:val="center"/>
          </w:tcPr>
          <w:p w14:paraId="162F5498"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30CD007E" w14:textId="77777777" w:rsidR="001865F2" w:rsidRPr="00D31D98" w:rsidRDefault="001865F2" w:rsidP="00966809">
            <w:pPr>
              <w:widowControl w:val="0"/>
            </w:pPr>
            <w:r w:rsidRPr="00D31D98">
              <w:rPr>
                <w:szCs w:val="24"/>
              </w:rPr>
              <w:t>Aktivnosti se organiziraju unutar jednog školskog sata. Moguće je odabrati jednu ili više aktivnosti.</w:t>
            </w:r>
          </w:p>
        </w:tc>
      </w:tr>
      <w:tr w:rsidR="001865F2" w:rsidRPr="00D31D98" w14:paraId="707E0CDF" w14:textId="77777777" w:rsidTr="00966809">
        <w:trPr>
          <w:cantSplit/>
        </w:trPr>
        <w:tc>
          <w:tcPr>
            <w:tcW w:w="2381" w:type="dxa"/>
            <w:vAlign w:val="center"/>
          </w:tcPr>
          <w:p w14:paraId="5639DE02"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0506C9F2" w14:textId="77777777" w:rsidR="001865F2" w:rsidRPr="00D31D98" w:rsidRDefault="001865F2" w:rsidP="00966809">
            <w:pPr>
              <w:widowControl w:val="0"/>
            </w:pPr>
            <w:r w:rsidRPr="00D31D98">
              <w:rPr>
                <w:szCs w:val="24"/>
              </w:rPr>
              <w:t>Prosinac 2026.</w:t>
            </w:r>
          </w:p>
        </w:tc>
      </w:tr>
      <w:tr w:rsidR="001865F2" w:rsidRPr="00D31D98" w14:paraId="01D7F5E8" w14:textId="77777777" w:rsidTr="00966809">
        <w:trPr>
          <w:cantSplit/>
        </w:trPr>
        <w:tc>
          <w:tcPr>
            <w:tcW w:w="2381" w:type="dxa"/>
            <w:vAlign w:val="center"/>
          </w:tcPr>
          <w:p w14:paraId="2EC0BD8D"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33348B7C" w14:textId="77777777" w:rsidR="001865F2" w:rsidRPr="00D31D98" w:rsidRDefault="001865F2" w:rsidP="00966809">
            <w:pPr>
              <w:widowControl w:val="0"/>
            </w:pPr>
            <w:r w:rsidRPr="00D31D98">
              <w:rPr>
                <w:szCs w:val="24"/>
              </w:rPr>
              <w:t>Nema</w:t>
            </w:r>
          </w:p>
        </w:tc>
      </w:tr>
      <w:tr w:rsidR="001865F2" w:rsidRPr="00D31D98" w14:paraId="40E056CD" w14:textId="77777777" w:rsidTr="00966809">
        <w:trPr>
          <w:cantSplit/>
        </w:trPr>
        <w:tc>
          <w:tcPr>
            <w:tcW w:w="2381" w:type="dxa"/>
            <w:vAlign w:val="center"/>
          </w:tcPr>
          <w:p w14:paraId="5501814C" w14:textId="77777777" w:rsidR="001865F2" w:rsidRPr="00D31D98" w:rsidRDefault="001865F2" w:rsidP="00966809">
            <w:pPr>
              <w:widowControl w:val="0"/>
              <w:rPr>
                <w:b/>
              </w:rPr>
            </w:pPr>
            <w:r w:rsidRPr="00D31D98">
              <w:rPr>
                <w:b/>
                <w:bCs/>
                <w:szCs w:val="24"/>
              </w:rPr>
              <w:lastRenderedPageBreak/>
              <w:t>Način vrednovanja i korištenja rezultata vrednovanja</w:t>
            </w:r>
          </w:p>
        </w:tc>
        <w:tc>
          <w:tcPr>
            <w:tcW w:w="6690" w:type="dxa"/>
            <w:vAlign w:val="center"/>
          </w:tcPr>
          <w:p w14:paraId="35CA2D69" w14:textId="77777777" w:rsidR="001865F2" w:rsidRPr="00D31D98" w:rsidRDefault="001865F2" w:rsidP="00966809">
            <w:pPr>
              <w:widowControl w:val="0"/>
            </w:pPr>
            <w:r w:rsidRPr="00D31D98">
              <w:rPr>
                <w:szCs w:val="24"/>
              </w:rPr>
              <w:t xml:space="preserve">Nakon uspješnog završetka svake aktivnosti učenici mogu preuzeti ili podijeliti na društvenim mrežama svoj službeni </w:t>
            </w:r>
            <w:proofErr w:type="spellStart"/>
            <w:r w:rsidRPr="00D31D98">
              <w:rPr>
                <w:szCs w:val="24"/>
              </w:rPr>
              <w:t>HourofCodeTMdigitalni</w:t>
            </w:r>
            <w:proofErr w:type="spellEnd"/>
            <w:r w:rsidRPr="00D31D98">
              <w:rPr>
                <w:szCs w:val="24"/>
              </w:rPr>
              <w:t xml:space="preserve"> certifikat.</w:t>
            </w:r>
          </w:p>
          <w:p w14:paraId="283CD5BC" w14:textId="77777777" w:rsidR="001865F2" w:rsidRPr="00D31D98" w:rsidRDefault="001865F2" w:rsidP="00966809">
            <w:pPr>
              <w:widowControl w:val="0"/>
            </w:pPr>
            <w:r w:rsidRPr="00D31D98">
              <w:rPr>
                <w:szCs w:val="24"/>
              </w:rPr>
              <w:t>Formativno vrednovanje</w:t>
            </w:r>
          </w:p>
        </w:tc>
      </w:tr>
    </w:tbl>
    <w:p w14:paraId="796ED79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9F310B3" w14:textId="77777777" w:rsidTr="00966809">
        <w:trPr>
          <w:cantSplit/>
        </w:trPr>
        <w:tc>
          <w:tcPr>
            <w:tcW w:w="2381" w:type="dxa"/>
            <w:vAlign w:val="center"/>
          </w:tcPr>
          <w:p w14:paraId="2C513231"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1FF4B28" w14:textId="77777777" w:rsidR="001865F2" w:rsidRPr="00D31D98" w:rsidRDefault="001865F2" w:rsidP="00966809">
            <w:pPr>
              <w:keepNext/>
              <w:widowControl w:val="0"/>
              <w:rPr>
                <w:b/>
              </w:rPr>
            </w:pPr>
            <w:r w:rsidRPr="00D31D98">
              <w:rPr>
                <w:b/>
                <w:bCs/>
                <w:szCs w:val="24"/>
              </w:rPr>
              <w:t>Dan sigurnijeg interneta</w:t>
            </w:r>
          </w:p>
        </w:tc>
      </w:tr>
      <w:tr w:rsidR="001865F2" w:rsidRPr="00D31D98" w14:paraId="33F6E65B" w14:textId="77777777" w:rsidTr="00966809">
        <w:trPr>
          <w:cantSplit/>
        </w:trPr>
        <w:tc>
          <w:tcPr>
            <w:tcW w:w="2381" w:type="dxa"/>
            <w:vAlign w:val="center"/>
          </w:tcPr>
          <w:p w14:paraId="7CD494B1"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02593946" w14:textId="77777777" w:rsidR="001865F2" w:rsidRPr="00D31D98" w:rsidRDefault="001865F2" w:rsidP="00966809">
            <w:pPr>
              <w:widowControl w:val="0"/>
            </w:pPr>
            <w:r w:rsidRPr="00D31D98">
              <w:rPr>
                <w:szCs w:val="24"/>
              </w:rPr>
              <w:t>Inicijativa obilježavanja Dana sigurnijeg interneta pokrenuta je 2004. godine, a provodi se u više od 140 zemalja s ciljem promicanja i poticanja sigurnijeg i odgovornijeg korištenja tehnologije i mobilnih uređaja među djecom, mladima, ali i odraslima. Internetske sadržaje možemo stvarati svi, a pitanje kojim se moramo pozabaviti je stvaramo li ih s ciljem unaprjeđenja društvene svijesti, razmjene znanja i ideja i stvaranja novih partnerstava. Zajednička nam je zadaća stvarati odgovorno i sigurno online okruženje za sve.</w:t>
            </w:r>
          </w:p>
        </w:tc>
      </w:tr>
      <w:tr w:rsidR="001865F2" w:rsidRPr="00D31D98" w14:paraId="331152A5" w14:textId="77777777" w:rsidTr="00966809">
        <w:trPr>
          <w:cantSplit/>
        </w:trPr>
        <w:tc>
          <w:tcPr>
            <w:tcW w:w="2381" w:type="dxa"/>
            <w:vAlign w:val="center"/>
          </w:tcPr>
          <w:p w14:paraId="21F0062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029EA61" w14:textId="77777777" w:rsidR="001865F2" w:rsidRPr="00D31D98" w:rsidRDefault="001865F2" w:rsidP="00966809">
            <w:pPr>
              <w:widowControl w:val="0"/>
            </w:pPr>
            <w:r w:rsidRPr="00D31D98">
              <w:rPr>
                <w:szCs w:val="24"/>
              </w:rPr>
              <w:t>Cilj ove aktivnosti je promicanje i poticanje sigurnijeg i odgovornijeg korištenja tehnologije i mobilnih uređaja među učenicima</w:t>
            </w:r>
          </w:p>
        </w:tc>
      </w:tr>
      <w:tr w:rsidR="001865F2" w:rsidRPr="00D31D98" w14:paraId="7F23EB40" w14:textId="77777777" w:rsidTr="00966809">
        <w:trPr>
          <w:cantSplit/>
        </w:trPr>
        <w:tc>
          <w:tcPr>
            <w:tcW w:w="2381" w:type="dxa"/>
            <w:vAlign w:val="center"/>
          </w:tcPr>
          <w:p w14:paraId="3A9C61C1"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1C5EEC7A" w14:textId="77777777" w:rsidR="001865F2" w:rsidRPr="00D31D98" w:rsidRDefault="001865F2" w:rsidP="00966809">
            <w:pPr>
              <w:widowControl w:val="0"/>
            </w:pPr>
            <w:r w:rsidRPr="00D31D98">
              <w:rPr>
                <w:szCs w:val="24"/>
              </w:rPr>
              <w:t>Članovi aktiva informatike</w:t>
            </w:r>
          </w:p>
          <w:p w14:paraId="00A2C31D" w14:textId="77777777" w:rsidR="001865F2" w:rsidRPr="00D31D98" w:rsidRDefault="001865F2" w:rsidP="00966809">
            <w:pPr>
              <w:widowControl w:val="0"/>
            </w:pPr>
            <w:r w:rsidRPr="00D31D98">
              <w:rPr>
                <w:szCs w:val="24"/>
              </w:rPr>
              <w:t>Odabire aktivnosti za učenike i pomaže im prilikom eventualnih tehničkih problema ili nejasnoća.</w:t>
            </w:r>
          </w:p>
        </w:tc>
      </w:tr>
      <w:tr w:rsidR="001865F2" w:rsidRPr="00D31D98" w14:paraId="0739250D" w14:textId="77777777" w:rsidTr="00966809">
        <w:trPr>
          <w:cantSplit/>
        </w:trPr>
        <w:tc>
          <w:tcPr>
            <w:tcW w:w="2381" w:type="dxa"/>
            <w:vAlign w:val="center"/>
          </w:tcPr>
          <w:p w14:paraId="2004ED8A"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78198CBD" w14:textId="77777777" w:rsidR="001865F2" w:rsidRPr="00D31D98" w:rsidRDefault="001865F2" w:rsidP="00966809">
            <w:pPr>
              <w:widowControl w:val="0"/>
            </w:pPr>
            <w:r w:rsidRPr="00D31D98">
              <w:rPr>
                <w:szCs w:val="24"/>
              </w:rPr>
              <w:t>Aktivnosti se organiziraju unutar jednog ili dva školska sata.</w:t>
            </w:r>
          </w:p>
        </w:tc>
      </w:tr>
      <w:tr w:rsidR="001865F2" w:rsidRPr="00D31D98" w14:paraId="7301C35A" w14:textId="77777777" w:rsidTr="00966809">
        <w:trPr>
          <w:cantSplit/>
        </w:trPr>
        <w:tc>
          <w:tcPr>
            <w:tcW w:w="2381" w:type="dxa"/>
            <w:vAlign w:val="center"/>
          </w:tcPr>
          <w:p w14:paraId="364F16E6"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132E51B8" w14:textId="77777777" w:rsidR="001865F2" w:rsidRPr="00D31D98" w:rsidRDefault="001865F2" w:rsidP="00966809">
            <w:pPr>
              <w:widowControl w:val="0"/>
            </w:pPr>
            <w:r w:rsidRPr="00D31D98">
              <w:rPr>
                <w:szCs w:val="24"/>
              </w:rPr>
              <w:t>9.veljače 2027.</w:t>
            </w:r>
          </w:p>
        </w:tc>
      </w:tr>
      <w:tr w:rsidR="001865F2" w:rsidRPr="00D31D98" w14:paraId="4FAED798" w14:textId="77777777" w:rsidTr="00966809">
        <w:trPr>
          <w:cantSplit/>
        </w:trPr>
        <w:tc>
          <w:tcPr>
            <w:tcW w:w="2381" w:type="dxa"/>
            <w:vAlign w:val="center"/>
          </w:tcPr>
          <w:p w14:paraId="25B046C9"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769866DB" w14:textId="77777777" w:rsidR="001865F2" w:rsidRPr="00D31D98" w:rsidRDefault="001865F2" w:rsidP="00966809">
            <w:pPr>
              <w:widowControl w:val="0"/>
            </w:pPr>
            <w:r w:rsidRPr="00D31D98">
              <w:rPr>
                <w:szCs w:val="24"/>
              </w:rPr>
              <w:t>Nema</w:t>
            </w:r>
          </w:p>
        </w:tc>
      </w:tr>
      <w:tr w:rsidR="001865F2" w:rsidRPr="00D31D98" w14:paraId="0A2FA018" w14:textId="77777777" w:rsidTr="00966809">
        <w:trPr>
          <w:cantSplit/>
        </w:trPr>
        <w:tc>
          <w:tcPr>
            <w:tcW w:w="2381" w:type="dxa"/>
            <w:vAlign w:val="center"/>
          </w:tcPr>
          <w:p w14:paraId="0191BBC3"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4EDCDDA3" w14:textId="77777777" w:rsidR="001865F2" w:rsidRPr="00D31D98" w:rsidRDefault="001865F2" w:rsidP="00966809">
            <w:pPr>
              <w:widowControl w:val="0"/>
            </w:pPr>
            <w:r w:rsidRPr="00D31D98">
              <w:rPr>
                <w:szCs w:val="24"/>
              </w:rPr>
              <w:t>Formativno vrednovanje</w:t>
            </w:r>
          </w:p>
        </w:tc>
      </w:tr>
    </w:tbl>
    <w:p w14:paraId="601D6A8B"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6FEE841D" w14:textId="77777777" w:rsidTr="00966809">
        <w:trPr>
          <w:cantSplit/>
        </w:trPr>
        <w:tc>
          <w:tcPr>
            <w:tcW w:w="2381" w:type="dxa"/>
            <w:vAlign w:val="center"/>
          </w:tcPr>
          <w:p w14:paraId="638D4EA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F10508A" w14:textId="77777777" w:rsidR="001865F2" w:rsidRPr="00D31D98" w:rsidRDefault="001865F2" w:rsidP="00966809">
            <w:pPr>
              <w:keepNext/>
              <w:widowControl w:val="0"/>
              <w:rPr>
                <w:b/>
              </w:rPr>
            </w:pPr>
            <w:r w:rsidRPr="00D31D98">
              <w:rPr>
                <w:b/>
                <w:bCs/>
                <w:szCs w:val="24"/>
              </w:rPr>
              <w:t xml:space="preserve">EU </w:t>
            </w:r>
            <w:proofErr w:type="spellStart"/>
            <w:r w:rsidRPr="00D31D98">
              <w:rPr>
                <w:b/>
                <w:bCs/>
                <w:szCs w:val="24"/>
              </w:rPr>
              <w:t>CodeWeek</w:t>
            </w:r>
            <w:proofErr w:type="spellEnd"/>
          </w:p>
        </w:tc>
      </w:tr>
      <w:tr w:rsidR="001865F2" w:rsidRPr="00D31D98" w14:paraId="70CF9599" w14:textId="77777777" w:rsidTr="00966809">
        <w:trPr>
          <w:cantSplit/>
        </w:trPr>
        <w:tc>
          <w:tcPr>
            <w:tcW w:w="2381" w:type="dxa"/>
            <w:vAlign w:val="center"/>
          </w:tcPr>
          <w:p w14:paraId="2C4F3F67"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7740176D" w14:textId="77777777" w:rsidR="001865F2" w:rsidRPr="00D31D98" w:rsidRDefault="001865F2" w:rsidP="00966809">
            <w:pPr>
              <w:widowControl w:val="0"/>
            </w:pPr>
            <w:r w:rsidRPr="00D31D98">
              <w:rPr>
                <w:szCs w:val="24"/>
              </w:rPr>
              <w:t>Europski tjedan programiranja društvena je inicijativa čiji je cilj na zabavan i angažirajući način svima približiti programiranje i digitalnu pismenost</w:t>
            </w:r>
          </w:p>
        </w:tc>
      </w:tr>
      <w:tr w:rsidR="001865F2" w:rsidRPr="00D31D98" w14:paraId="0A5B2803" w14:textId="77777777" w:rsidTr="00966809">
        <w:trPr>
          <w:cantSplit/>
        </w:trPr>
        <w:tc>
          <w:tcPr>
            <w:tcW w:w="2381" w:type="dxa"/>
            <w:vAlign w:val="center"/>
          </w:tcPr>
          <w:p w14:paraId="66AB0916"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A889098" w14:textId="77777777" w:rsidR="001865F2" w:rsidRPr="00D31D98" w:rsidRDefault="001865F2" w:rsidP="00966809">
            <w:pPr>
              <w:widowControl w:val="0"/>
            </w:pPr>
            <w:r w:rsidRPr="00D31D98">
              <w:rPr>
                <w:szCs w:val="24"/>
              </w:rPr>
              <w:t>Učenje programiranja pomaže nam da shvatimo svijet oko sebe koji se brzo mijenja, proširimo svoje razumijevanje o tome kako funkcionira tehnologija te da razvijemo vještine i sposobnosti kako bismo istraživali nove ideje i bili inovativni.</w:t>
            </w:r>
          </w:p>
          <w:p w14:paraId="741FFDDE" w14:textId="77777777" w:rsidR="001865F2" w:rsidRPr="00D31D98" w:rsidRDefault="001865F2" w:rsidP="00966809">
            <w:pPr>
              <w:widowControl w:val="0"/>
            </w:pPr>
            <w:r w:rsidRPr="00D31D98">
              <w:rPr>
                <w:szCs w:val="24"/>
              </w:rPr>
              <w:t>Europski tjedan programiranja društvena je inicijativa čiji je cilj na zabavan i angažirajući način svima približiti programiranje i digitalnu pismenost</w:t>
            </w:r>
          </w:p>
        </w:tc>
      </w:tr>
      <w:tr w:rsidR="001865F2" w:rsidRPr="00D31D98" w14:paraId="6515F47D" w14:textId="77777777" w:rsidTr="00966809">
        <w:trPr>
          <w:cantSplit/>
        </w:trPr>
        <w:tc>
          <w:tcPr>
            <w:tcW w:w="2381" w:type="dxa"/>
            <w:vAlign w:val="center"/>
          </w:tcPr>
          <w:p w14:paraId="661AA007" w14:textId="77777777" w:rsidR="001865F2" w:rsidRPr="00D31D98" w:rsidRDefault="001865F2" w:rsidP="00966809">
            <w:pPr>
              <w:widowControl w:val="0"/>
              <w:rPr>
                <w:b/>
              </w:rPr>
            </w:pPr>
            <w:r w:rsidRPr="00D31D98">
              <w:rPr>
                <w:b/>
                <w:bCs/>
                <w:szCs w:val="24"/>
              </w:rPr>
              <w:lastRenderedPageBreak/>
              <w:t>Nositelji aktivnosti i njihova odgovornost</w:t>
            </w:r>
          </w:p>
        </w:tc>
        <w:tc>
          <w:tcPr>
            <w:tcW w:w="6690" w:type="dxa"/>
            <w:vAlign w:val="center"/>
          </w:tcPr>
          <w:p w14:paraId="267A1B70" w14:textId="77777777" w:rsidR="001865F2" w:rsidRPr="00D31D98" w:rsidRDefault="001865F2" w:rsidP="00966809">
            <w:pPr>
              <w:widowControl w:val="0"/>
            </w:pPr>
            <w:r w:rsidRPr="00D31D98">
              <w:rPr>
                <w:szCs w:val="24"/>
              </w:rPr>
              <w:t>Članovi aktiva informatike</w:t>
            </w:r>
          </w:p>
          <w:p w14:paraId="357B6AEF" w14:textId="77777777" w:rsidR="001865F2" w:rsidRPr="00D31D98" w:rsidRDefault="001865F2" w:rsidP="00966809">
            <w:pPr>
              <w:widowControl w:val="0"/>
            </w:pPr>
            <w:r w:rsidRPr="00D31D98">
              <w:rPr>
                <w:szCs w:val="24"/>
              </w:rPr>
              <w:t>Nositelj aktivnosti organizira aktivnost (predavanje/radionica/</w:t>
            </w:r>
            <w:proofErr w:type="spellStart"/>
            <w:r w:rsidRPr="00D31D98">
              <w:rPr>
                <w:szCs w:val="24"/>
              </w:rPr>
              <w:t>webinar</w:t>
            </w:r>
            <w:proofErr w:type="spellEnd"/>
            <w:r w:rsidRPr="00D31D98">
              <w:rPr>
                <w:szCs w:val="24"/>
              </w:rPr>
              <w:t>/…)  te ga prijavljuje na službenim stranicama codeweek.eu. Voditelj osigurava pristup informatičkoj ili nekoj drugoj učionici koja ima pristup računalima i/ili tabletima te pristup internetu i ostaloj opremi ovisno o odabranom događaju i temi. Odabire aktivnosti za učenike i pomaže im prilikom eventualnih tehničkih problema ili nejasnoća.</w:t>
            </w:r>
          </w:p>
          <w:p w14:paraId="5AC22518" w14:textId="77777777" w:rsidR="001865F2" w:rsidRPr="00D31D98" w:rsidRDefault="001865F2" w:rsidP="00966809">
            <w:pPr>
              <w:widowControl w:val="0"/>
            </w:pPr>
            <w:r w:rsidRPr="00D31D98">
              <w:rPr>
                <w:szCs w:val="24"/>
              </w:rPr>
              <w:t xml:space="preserve">Nositelj aktivnosti do kraja godine izrađuje službeni izvještaj o aktivnosti </w:t>
            </w:r>
            <w:proofErr w:type="spellStart"/>
            <w:r w:rsidRPr="00D31D98">
              <w:rPr>
                <w:szCs w:val="24"/>
              </w:rPr>
              <w:t>codeweek</w:t>
            </w:r>
            <w:proofErr w:type="spellEnd"/>
            <w:r w:rsidRPr="00D31D98">
              <w:rPr>
                <w:szCs w:val="24"/>
              </w:rPr>
              <w:t>.</w:t>
            </w:r>
          </w:p>
        </w:tc>
      </w:tr>
      <w:tr w:rsidR="001865F2" w:rsidRPr="00D31D98" w14:paraId="159E3339" w14:textId="77777777" w:rsidTr="00966809">
        <w:trPr>
          <w:cantSplit/>
        </w:trPr>
        <w:tc>
          <w:tcPr>
            <w:tcW w:w="2381" w:type="dxa"/>
            <w:vAlign w:val="center"/>
          </w:tcPr>
          <w:p w14:paraId="16515965"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49DF4671" w14:textId="77777777" w:rsidR="001865F2" w:rsidRPr="00D31D98" w:rsidRDefault="001865F2" w:rsidP="00966809">
            <w:pPr>
              <w:widowControl w:val="0"/>
            </w:pPr>
            <w:r w:rsidRPr="00D31D98">
              <w:rPr>
                <w:szCs w:val="24"/>
              </w:rPr>
              <w:t>Radionice i aktivnosti u trajanju 2 školska sata</w:t>
            </w:r>
          </w:p>
        </w:tc>
      </w:tr>
      <w:tr w:rsidR="001865F2" w:rsidRPr="00D31D98" w14:paraId="2977141F" w14:textId="77777777" w:rsidTr="00966809">
        <w:trPr>
          <w:cantSplit/>
        </w:trPr>
        <w:tc>
          <w:tcPr>
            <w:tcW w:w="2381" w:type="dxa"/>
            <w:vAlign w:val="center"/>
          </w:tcPr>
          <w:p w14:paraId="711FC0D6"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6A35B53F" w14:textId="77777777" w:rsidR="001865F2" w:rsidRPr="00D31D98" w:rsidRDefault="001865F2" w:rsidP="00966809">
            <w:pPr>
              <w:widowControl w:val="0"/>
            </w:pPr>
            <w:r w:rsidRPr="00D31D98">
              <w:rPr>
                <w:szCs w:val="24"/>
              </w:rPr>
              <w:t>Od 10. listopada do 25. listopada 2026.</w:t>
            </w:r>
          </w:p>
        </w:tc>
      </w:tr>
      <w:tr w:rsidR="001865F2" w:rsidRPr="00D31D98" w14:paraId="7A5ADCF1" w14:textId="77777777" w:rsidTr="00966809">
        <w:trPr>
          <w:cantSplit/>
        </w:trPr>
        <w:tc>
          <w:tcPr>
            <w:tcW w:w="2381" w:type="dxa"/>
            <w:vAlign w:val="center"/>
          </w:tcPr>
          <w:p w14:paraId="584BA1C2"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688967AA" w14:textId="77777777" w:rsidR="001865F2" w:rsidRPr="00D31D98" w:rsidRDefault="001865F2" w:rsidP="00966809">
            <w:pPr>
              <w:widowControl w:val="0"/>
            </w:pPr>
            <w:r w:rsidRPr="00D31D98">
              <w:rPr>
                <w:szCs w:val="24"/>
              </w:rPr>
              <w:t>Nema</w:t>
            </w:r>
          </w:p>
        </w:tc>
      </w:tr>
      <w:tr w:rsidR="001865F2" w:rsidRPr="00D31D98" w14:paraId="1AB33E95" w14:textId="77777777" w:rsidTr="00966809">
        <w:trPr>
          <w:cantSplit/>
        </w:trPr>
        <w:tc>
          <w:tcPr>
            <w:tcW w:w="2381" w:type="dxa"/>
            <w:vAlign w:val="center"/>
          </w:tcPr>
          <w:p w14:paraId="0ADAF0E1"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0C57ADCD" w14:textId="77777777" w:rsidR="001865F2" w:rsidRPr="00D31D98" w:rsidRDefault="001865F2" w:rsidP="00966809">
            <w:pPr>
              <w:widowControl w:val="0"/>
            </w:pPr>
            <w:r w:rsidRPr="00D31D98">
              <w:rPr>
                <w:szCs w:val="24"/>
              </w:rPr>
              <w:t>Formativno vrednovanje</w:t>
            </w:r>
          </w:p>
        </w:tc>
      </w:tr>
    </w:tbl>
    <w:p w14:paraId="69749AF1"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9E5DBB8" w14:textId="77777777" w:rsidTr="00966809">
        <w:trPr>
          <w:cantSplit/>
        </w:trPr>
        <w:tc>
          <w:tcPr>
            <w:tcW w:w="2381" w:type="dxa"/>
            <w:vAlign w:val="center"/>
          </w:tcPr>
          <w:p w14:paraId="3968EDF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97DCB1D" w14:textId="77777777" w:rsidR="001865F2" w:rsidRPr="00D31D98" w:rsidRDefault="001865F2" w:rsidP="00966809">
            <w:pPr>
              <w:keepNext/>
              <w:widowControl w:val="0"/>
              <w:rPr>
                <w:b/>
              </w:rPr>
            </w:pPr>
            <w:r w:rsidRPr="00D31D98">
              <w:rPr>
                <w:b/>
                <w:bCs/>
                <w:szCs w:val="24"/>
              </w:rPr>
              <w:t>Mjesec kibernetičke sigurnosti</w:t>
            </w:r>
          </w:p>
        </w:tc>
      </w:tr>
      <w:tr w:rsidR="001865F2" w:rsidRPr="00D31D98" w14:paraId="553767E0" w14:textId="77777777" w:rsidTr="00966809">
        <w:trPr>
          <w:cantSplit/>
        </w:trPr>
        <w:tc>
          <w:tcPr>
            <w:tcW w:w="2381" w:type="dxa"/>
            <w:vAlign w:val="center"/>
          </w:tcPr>
          <w:p w14:paraId="422B06EC"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07B566DA" w14:textId="77777777" w:rsidR="001865F2" w:rsidRPr="00D31D98" w:rsidRDefault="001865F2" w:rsidP="00966809">
            <w:pPr>
              <w:widowControl w:val="0"/>
            </w:pPr>
            <w:r w:rsidRPr="00D31D98">
              <w:rPr>
                <w:szCs w:val="24"/>
              </w:rPr>
              <w:t>Glavni je cilj mjeseca kibernetičke sigurnosti osvještavanje prosječnih korisnika o važnosti kibernetičke sigurnosti, promjena njihovog stava prema zaštiti te pružanje resursa koji im omogućavaju da se uspješno obrane od kibernetičkih prijetnji te smanje rizik od napada.</w:t>
            </w:r>
          </w:p>
        </w:tc>
      </w:tr>
      <w:tr w:rsidR="001865F2" w:rsidRPr="00D31D98" w14:paraId="1BD8ADFC" w14:textId="77777777" w:rsidTr="00966809">
        <w:trPr>
          <w:cantSplit/>
        </w:trPr>
        <w:tc>
          <w:tcPr>
            <w:tcW w:w="2381" w:type="dxa"/>
            <w:vAlign w:val="center"/>
          </w:tcPr>
          <w:p w14:paraId="4998DC6F"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84D62EC" w14:textId="77777777" w:rsidR="001865F2" w:rsidRPr="00D31D98" w:rsidRDefault="001865F2" w:rsidP="00966809">
            <w:pPr>
              <w:widowControl w:val="0"/>
            </w:pPr>
            <w:r w:rsidRPr="00D31D98">
              <w:rPr>
                <w:szCs w:val="24"/>
              </w:rPr>
              <w:t xml:space="preserve">Europski mjesec kibernetičke sigurnosti (ECSM) je inicijativa Agencije Europske unije za kibernetičku sigurnost (ENISA) koja uz podršku Europske komisije, </w:t>
            </w:r>
            <w:proofErr w:type="spellStart"/>
            <w:r w:rsidRPr="00D31D98">
              <w:rPr>
                <w:szCs w:val="24"/>
              </w:rPr>
              <w:t>Europol</w:t>
            </w:r>
            <w:proofErr w:type="spellEnd"/>
            <w:r w:rsidRPr="00D31D98">
              <w:rPr>
                <w:szCs w:val="24"/>
              </w:rPr>
              <w:t>-a, Europske središnje banke, država članica Europske unije, Europskog udruženja slobodne trgovine (EFTA) i više od 300 partnera iz javnog i privatnog sektora promovira važnost kibernetičke sigurnosti s posebnim naglaskom na informacijskoj sigurnosti građana i organizacija te zaštiti njihovih osobnih, financijskih i profesionalnih informacija.</w:t>
            </w:r>
          </w:p>
        </w:tc>
      </w:tr>
      <w:tr w:rsidR="001865F2" w:rsidRPr="00D31D98" w14:paraId="4E29C989" w14:textId="77777777" w:rsidTr="00966809">
        <w:trPr>
          <w:cantSplit/>
        </w:trPr>
        <w:tc>
          <w:tcPr>
            <w:tcW w:w="2381" w:type="dxa"/>
            <w:vAlign w:val="center"/>
          </w:tcPr>
          <w:p w14:paraId="62976381" w14:textId="77777777" w:rsidR="001865F2" w:rsidRPr="00D31D98" w:rsidRDefault="001865F2" w:rsidP="00966809">
            <w:pPr>
              <w:widowControl w:val="0"/>
              <w:rPr>
                <w:b/>
              </w:rPr>
            </w:pPr>
            <w:r w:rsidRPr="00D31D98">
              <w:rPr>
                <w:b/>
                <w:bCs/>
                <w:szCs w:val="24"/>
              </w:rPr>
              <w:lastRenderedPageBreak/>
              <w:t>Nositelji aktivnosti i njihova odgovornost</w:t>
            </w:r>
          </w:p>
        </w:tc>
        <w:tc>
          <w:tcPr>
            <w:tcW w:w="6690" w:type="dxa"/>
            <w:vAlign w:val="center"/>
          </w:tcPr>
          <w:p w14:paraId="64D1263A" w14:textId="77777777" w:rsidR="001865F2" w:rsidRPr="00D31D98" w:rsidRDefault="001865F2" w:rsidP="00966809">
            <w:pPr>
              <w:widowControl w:val="0"/>
            </w:pPr>
            <w:r w:rsidRPr="00D31D98">
              <w:rPr>
                <w:szCs w:val="24"/>
              </w:rPr>
              <w:t>Članovi aktiva informatike</w:t>
            </w:r>
          </w:p>
          <w:p w14:paraId="46B45B28" w14:textId="77777777" w:rsidR="001865F2" w:rsidRPr="00D31D98" w:rsidRDefault="001865F2" w:rsidP="00966809">
            <w:pPr>
              <w:widowControl w:val="0"/>
            </w:pPr>
            <w:r w:rsidRPr="00D31D98">
              <w:rPr>
                <w:szCs w:val="24"/>
              </w:rPr>
              <w:t>Na adresi https://cybersecuritymonth.eu/@@activity-add registrirati  aktivnosti, sadržaje i događanja posvećene kibernetičkoj sigurnosti i pridružiti se europskoj inicijativi koristeći hashtagove #CyberSecMonth i #ThinkB4UClick.Voditelj osigurava pristup informatičkoj ili nekoj drugoj učionici koja ima pristup računalima i/ili tabletima te pristup internetu i ostaloj opremi ovisno o odabranom događaju i temi. Odabire aktivnosti za učenike i pomaže im prilikom eventualnih tehničkih problema ili nejasnoća.</w:t>
            </w:r>
          </w:p>
          <w:p w14:paraId="1019F071" w14:textId="77777777" w:rsidR="001865F2" w:rsidRPr="00D31D98" w:rsidRDefault="001865F2" w:rsidP="00966809">
            <w:pPr>
              <w:widowControl w:val="0"/>
            </w:pPr>
            <w:r w:rsidRPr="00D31D98">
              <w:rPr>
                <w:szCs w:val="24"/>
              </w:rPr>
              <w:t>Nositelj aktivnosti do kraja godine izrađuje službeni izvještaj o aktivnosti.</w:t>
            </w:r>
          </w:p>
        </w:tc>
      </w:tr>
      <w:tr w:rsidR="001865F2" w:rsidRPr="00D31D98" w14:paraId="56F737E7" w14:textId="77777777" w:rsidTr="00966809">
        <w:trPr>
          <w:cantSplit/>
        </w:trPr>
        <w:tc>
          <w:tcPr>
            <w:tcW w:w="2381" w:type="dxa"/>
            <w:vAlign w:val="center"/>
          </w:tcPr>
          <w:p w14:paraId="3425663C"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19CFE0FE" w14:textId="77777777" w:rsidR="001865F2" w:rsidRPr="00D31D98" w:rsidRDefault="001865F2" w:rsidP="00966809">
            <w:pPr>
              <w:widowControl w:val="0"/>
            </w:pPr>
            <w:r w:rsidRPr="00D31D98">
              <w:rPr>
                <w:szCs w:val="24"/>
              </w:rPr>
              <w:t>Praktični rad, radionice, predavanja</w:t>
            </w:r>
          </w:p>
        </w:tc>
      </w:tr>
      <w:tr w:rsidR="001865F2" w:rsidRPr="00D31D98" w14:paraId="0B5F34E6" w14:textId="77777777" w:rsidTr="00966809">
        <w:trPr>
          <w:cantSplit/>
        </w:trPr>
        <w:tc>
          <w:tcPr>
            <w:tcW w:w="2381" w:type="dxa"/>
            <w:vAlign w:val="center"/>
          </w:tcPr>
          <w:p w14:paraId="65288BA2"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5F81A336" w14:textId="77777777" w:rsidR="001865F2" w:rsidRPr="00D31D98" w:rsidRDefault="001865F2" w:rsidP="00966809">
            <w:pPr>
              <w:widowControl w:val="0"/>
            </w:pPr>
            <w:r w:rsidRPr="00D31D98">
              <w:rPr>
                <w:szCs w:val="24"/>
              </w:rPr>
              <w:t>Od listopada 2026. do lipnja 2027.</w:t>
            </w:r>
          </w:p>
        </w:tc>
      </w:tr>
      <w:tr w:rsidR="001865F2" w:rsidRPr="00D31D98" w14:paraId="5E8F6F8B" w14:textId="77777777" w:rsidTr="00966809">
        <w:trPr>
          <w:cantSplit/>
        </w:trPr>
        <w:tc>
          <w:tcPr>
            <w:tcW w:w="2381" w:type="dxa"/>
            <w:vAlign w:val="center"/>
          </w:tcPr>
          <w:p w14:paraId="5E7D0CB5"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7E5D5B95" w14:textId="77777777" w:rsidR="001865F2" w:rsidRPr="00D31D98" w:rsidRDefault="001865F2" w:rsidP="00966809">
            <w:pPr>
              <w:widowControl w:val="0"/>
            </w:pPr>
            <w:r w:rsidRPr="00D31D98">
              <w:rPr>
                <w:szCs w:val="24"/>
              </w:rPr>
              <w:t>Nema</w:t>
            </w:r>
          </w:p>
        </w:tc>
      </w:tr>
      <w:tr w:rsidR="001865F2" w:rsidRPr="00D31D98" w14:paraId="507D5BB8" w14:textId="77777777" w:rsidTr="00966809">
        <w:trPr>
          <w:cantSplit/>
        </w:trPr>
        <w:tc>
          <w:tcPr>
            <w:tcW w:w="2381" w:type="dxa"/>
            <w:vAlign w:val="center"/>
          </w:tcPr>
          <w:p w14:paraId="3FB7109F"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6D057787" w14:textId="77777777" w:rsidR="001865F2" w:rsidRPr="00D31D98" w:rsidRDefault="001865F2" w:rsidP="00966809">
            <w:pPr>
              <w:widowControl w:val="0"/>
            </w:pPr>
            <w:r w:rsidRPr="00D31D98">
              <w:rPr>
                <w:szCs w:val="24"/>
              </w:rPr>
              <w:t>Formativno vrednovanje.</w:t>
            </w:r>
          </w:p>
          <w:p w14:paraId="05C77919" w14:textId="77777777" w:rsidR="001865F2" w:rsidRPr="00D31D98" w:rsidRDefault="001865F2" w:rsidP="00966809">
            <w:pPr>
              <w:widowControl w:val="0"/>
            </w:pPr>
            <w:r w:rsidRPr="00D31D98">
              <w:rPr>
                <w:szCs w:val="24"/>
              </w:rPr>
              <w:t>Izvješća, radionice, ankete, razgovor.</w:t>
            </w:r>
          </w:p>
        </w:tc>
      </w:tr>
    </w:tbl>
    <w:p w14:paraId="74347F0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57E5703" w14:textId="77777777" w:rsidTr="00966809">
        <w:trPr>
          <w:cantSplit/>
        </w:trPr>
        <w:tc>
          <w:tcPr>
            <w:tcW w:w="2381" w:type="dxa"/>
            <w:vAlign w:val="center"/>
          </w:tcPr>
          <w:p w14:paraId="1CFB146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74B796E" w14:textId="77777777" w:rsidR="001865F2" w:rsidRPr="00D31D98" w:rsidRDefault="001865F2" w:rsidP="00966809">
            <w:pPr>
              <w:keepNext/>
              <w:widowControl w:val="0"/>
              <w:rPr>
                <w:b/>
              </w:rPr>
            </w:pPr>
            <w:r w:rsidRPr="00D31D98">
              <w:rPr>
                <w:b/>
                <w:bCs/>
                <w:szCs w:val="24"/>
              </w:rPr>
              <w:t>NOĆ MUZEJA</w:t>
            </w:r>
          </w:p>
        </w:tc>
      </w:tr>
      <w:tr w:rsidR="001865F2" w:rsidRPr="00D31D98" w14:paraId="08A2EAA9" w14:textId="77777777" w:rsidTr="00966809">
        <w:trPr>
          <w:cantSplit/>
        </w:trPr>
        <w:tc>
          <w:tcPr>
            <w:tcW w:w="2381" w:type="dxa"/>
            <w:vAlign w:val="center"/>
          </w:tcPr>
          <w:p w14:paraId="6ADCF710" w14:textId="77777777" w:rsidR="001865F2" w:rsidRPr="00D31D98" w:rsidRDefault="001865F2" w:rsidP="00966809">
            <w:pPr>
              <w:widowControl w:val="0"/>
              <w:rPr>
                <w:b/>
              </w:rPr>
            </w:pPr>
            <w:r w:rsidRPr="00D31D98">
              <w:rPr>
                <w:b/>
                <w:bCs/>
                <w:szCs w:val="24"/>
              </w:rPr>
              <w:t>Ciljevi</w:t>
            </w:r>
          </w:p>
        </w:tc>
        <w:tc>
          <w:tcPr>
            <w:tcW w:w="6690" w:type="dxa"/>
            <w:vAlign w:val="center"/>
          </w:tcPr>
          <w:p w14:paraId="39FF0D02" w14:textId="77777777" w:rsidR="001865F2" w:rsidRPr="00D31D98" w:rsidRDefault="001865F2" w:rsidP="00966809">
            <w:pPr>
              <w:widowControl w:val="0"/>
            </w:pPr>
            <w:r w:rsidRPr="00D31D98">
              <w:rPr>
                <w:szCs w:val="24"/>
              </w:rPr>
              <w:t>Osuvremeniti nastavu istraživačkim radom, te interdisciplinarnim pristupom. Istraživačkim radom uključiti učenike u neposredni kontakt s djelima unutar muzeja.</w:t>
            </w:r>
          </w:p>
        </w:tc>
      </w:tr>
      <w:tr w:rsidR="001865F2" w:rsidRPr="00D31D98" w14:paraId="38A63F84" w14:textId="77777777" w:rsidTr="00966809">
        <w:trPr>
          <w:cantSplit/>
        </w:trPr>
        <w:tc>
          <w:tcPr>
            <w:tcW w:w="2381" w:type="dxa"/>
            <w:vAlign w:val="center"/>
          </w:tcPr>
          <w:p w14:paraId="6D10FC3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FA85A8A" w14:textId="77777777" w:rsidR="001865F2" w:rsidRPr="00D31D98" w:rsidRDefault="001865F2" w:rsidP="00966809">
            <w:pPr>
              <w:widowControl w:val="0"/>
            </w:pPr>
            <w:r w:rsidRPr="00D31D98">
              <w:rPr>
                <w:szCs w:val="24"/>
              </w:rPr>
              <w:t>Pripremanje učenika za samostalno istraživanje u neposrednom kontaktu s djelom.</w:t>
            </w:r>
          </w:p>
        </w:tc>
      </w:tr>
      <w:tr w:rsidR="001865F2" w:rsidRPr="00D31D98" w14:paraId="37011478" w14:textId="77777777" w:rsidTr="00966809">
        <w:trPr>
          <w:cantSplit/>
        </w:trPr>
        <w:tc>
          <w:tcPr>
            <w:tcW w:w="2381" w:type="dxa"/>
            <w:vAlign w:val="center"/>
          </w:tcPr>
          <w:p w14:paraId="5CDF8D8F" w14:textId="77777777" w:rsidR="001865F2" w:rsidRPr="00D31D98" w:rsidRDefault="001865F2" w:rsidP="00966809">
            <w:pPr>
              <w:widowControl w:val="0"/>
              <w:rPr>
                <w:b/>
              </w:rPr>
            </w:pPr>
            <w:r w:rsidRPr="00D31D98">
              <w:rPr>
                <w:b/>
                <w:bCs/>
                <w:szCs w:val="24"/>
              </w:rPr>
              <w:t>Nositelj</w:t>
            </w:r>
          </w:p>
        </w:tc>
        <w:tc>
          <w:tcPr>
            <w:tcW w:w="6690" w:type="dxa"/>
            <w:vAlign w:val="center"/>
          </w:tcPr>
          <w:p w14:paraId="0746824A"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p>
        </w:tc>
      </w:tr>
      <w:tr w:rsidR="001865F2" w:rsidRPr="00D31D98" w14:paraId="61858CFD" w14:textId="77777777" w:rsidTr="00966809">
        <w:trPr>
          <w:cantSplit/>
        </w:trPr>
        <w:tc>
          <w:tcPr>
            <w:tcW w:w="2381" w:type="dxa"/>
            <w:vAlign w:val="center"/>
          </w:tcPr>
          <w:p w14:paraId="3F7B134A"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F9FD399" w14:textId="77777777" w:rsidR="001865F2" w:rsidRPr="00D31D98" w:rsidRDefault="001865F2" w:rsidP="00966809">
            <w:pPr>
              <w:widowControl w:val="0"/>
            </w:pPr>
            <w:r w:rsidRPr="00D31D98">
              <w:rPr>
                <w:szCs w:val="24"/>
              </w:rPr>
              <w:t xml:space="preserve">-projektna nastava, integrirana </w:t>
            </w:r>
            <w:proofErr w:type="spellStart"/>
            <w:r w:rsidRPr="00D31D98">
              <w:rPr>
                <w:szCs w:val="24"/>
              </w:rPr>
              <w:t>nastava,rad</w:t>
            </w:r>
            <w:proofErr w:type="spellEnd"/>
            <w:r w:rsidRPr="00D31D98">
              <w:rPr>
                <w:szCs w:val="24"/>
              </w:rPr>
              <w:t xml:space="preserve"> na terenu- muzeji</w:t>
            </w:r>
          </w:p>
        </w:tc>
      </w:tr>
      <w:tr w:rsidR="001865F2" w:rsidRPr="00D31D98" w14:paraId="3EF70054" w14:textId="77777777" w:rsidTr="00966809">
        <w:trPr>
          <w:cantSplit/>
        </w:trPr>
        <w:tc>
          <w:tcPr>
            <w:tcW w:w="2381" w:type="dxa"/>
            <w:vAlign w:val="center"/>
          </w:tcPr>
          <w:p w14:paraId="5B7EC237"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8ED9EEF" w14:textId="77777777" w:rsidR="001865F2" w:rsidRPr="00D31D98" w:rsidRDefault="001865F2" w:rsidP="00966809">
            <w:pPr>
              <w:widowControl w:val="0"/>
            </w:pPr>
            <w:proofErr w:type="spellStart"/>
            <w:r w:rsidRPr="00D31D98">
              <w:rPr>
                <w:szCs w:val="24"/>
              </w:rPr>
              <w:t>Sječanj</w:t>
            </w:r>
            <w:proofErr w:type="spellEnd"/>
            <w:r w:rsidRPr="00D31D98">
              <w:rPr>
                <w:szCs w:val="24"/>
              </w:rPr>
              <w:t xml:space="preserve"> 2027.</w:t>
            </w:r>
          </w:p>
        </w:tc>
      </w:tr>
      <w:tr w:rsidR="001865F2" w:rsidRPr="00D31D98" w14:paraId="7B2712B7" w14:textId="77777777" w:rsidTr="00966809">
        <w:trPr>
          <w:cantSplit/>
        </w:trPr>
        <w:tc>
          <w:tcPr>
            <w:tcW w:w="2381" w:type="dxa"/>
            <w:vAlign w:val="center"/>
          </w:tcPr>
          <w:p w14:paraId="24D477A0" w14:textId="77777777" w:rsidR="001865F2" w:rsidRPr="00D31D98" w:rsidRDefault="001865F2" w:rsidP="00966809">
            <w:pPr>
              <w:widowControl w:val="0"/>
              <w:rPr>
                <w:b/>
              </w:rPr>
            </w:pPr>
            <w:r w:rsidRPr="00D31D98">
              <w:rPr>
                <w:b/>
                <w:bCs/>
                <w:szCs w:val="24"/>
              </w:rPr>
              <w:t>Troškovnik</w:t>
            </w:r>
          </w:p>
        </w:tc>
        <w:tc>
          <w:tcPr>
            <w:tcW w:w="6690" w:type="dxa"/>
            <w:vAlign w:val="center"/>
          </w:tcPr>
          <w:p w14:paraId="05FDF831" w14:textId="77777777" w:rsidR="001865F2" w:rsidRPr="00D31D98" w:rsidRDefault="001865F2" w:rsidP="00966809">
            <w:pPr>
              <w:widowControl w:val="0"/>
            </w:pPr>
            <w:r w:rsidRPr="00D31D98">
              <w:rPr>
                <w:szCs w:val="24"/>
              </w:rPr>
              <w:t>-</w:t>
            </w:r>
          </w:p>
        </w:tc>
      </w:tr>
      <w:tr w:rsidR="001865F2" w:rsidRPr="00D31D98" w14:paraId="54462A01" w14:textId="77777777" w:rsidTr="00966809">
        <w:trPr>
          <w:cantSplit/>
        </w:trPr>
        <w:tc>
          <w:tcPr>
            <w:tcW w:w="2381" w:type="dxa"/>
            <w:vAlign w:val="center"/>
          </w:tcPr>
          <w:p w14:paraId="2505E90C" w14:textId="77777777" w:rsidR="001865F2" w:rsidRPr="00D31D98" w:rsidRDefault="001865F2" w:rsidP="00966809">
            <w:pPr>
              <w:widowControl w:val="0"/>
              <w:rPr>
                <w:b/>
              </w:rPr>
            </w:pPr>
            <w:r w:rsidRPr="00D31D98">
              <w:rPr>
                <w:b/>
                <w:bCs/>
                <w:szCs w:val="24"/>
              </w:rPr>
              <w:t>Način vrednovanja i korištenja</w:t>
            </w:r>
          </w:p>
          <w:p w14:paraId="6ECA40DB" w14:textId="77777777" w:rsidR="001865F2" w:rsidRPr="00D31D98" w:rsidRDefault="001865F2" w:rsidP="00966809">
            <w:pPr>
              <w:widowControl w:val="0"/>
              <w:rPr>
                <w:b/>
              </w:rPr>
            </w:pPr>
            <w:r w:rsidRPr="00D31D98">
              <w:rPr>
                <w:b/>
                <w:bCs/>
                <w:szCs w:val="24"/>
              </w:rPr>
              <w:t>rezultata vrednovanja</w:t>
            </w:r>
          </w:p>
        </w:tc>
        <w:tc>
          <w:tcPr>
            <w:tcW w:w="6690" w:type="dxa"/>
            <w:vAlign w:val="center"/>
          </w:tcPr>
          <w:p w14:paraId="6027070B" w14:textId="77777777" w:rsidR="001865F2" w:rsidRPr="00D31D98" w:rsidRDefault="001865F2" w:rsidP="00966809">
            <w:pPr>
              <w:widowControl w:val="0"/>
            </w:pPr>
            <w:r w:rsidRPr="00D31D98">
              <w:rPr>
                <w:szCs w:val="24"/>
              </w:rPr>
              <w:t>Vrednovanje će se temeljiti na osnovi uključenosti i motiviranosti učenika.</w:t>
            </w:r>
          </w:p>
        </w:tc>
      </w:tr>
    </w:tbl>
    <w:p w14:paraId="22C64F9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6FD3AE9" w14:textId="77777777" w:rsidTr="00966809">
        <w:trPr>
          <w:cantSplit/>
        </w:trPr>
        <w:tc>
          <w:tcPr>
            <w:tcW w:w="2381" w:type="dxa"/>
            <w:vAlign w:val="center"/>
          </w:tcPr>
          <w:p w14:paraId="2CE91F6A"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666F622" w14:textId="77777777" w:rsidR="001865F2" w:rsidRPr="00D31D98" w:rsidRDefault="001865F2" w:rsidP="00966809">
            <w:pPr>
              <w:keepNext/>
              <w:widowControl w:val="0"/>
              <w:rPr>
                <w:b/>
              </w:rPr>
            </w:pPr>
            <w:r w:rsidRPr="00D31D98">
              <w:rPr>
                <w:b/>
                <w:bCs/>
                <w:szCs w:val="24"/>
              </w:rPr>
              <w:t>Festival nauke 2026. „FIZI BIZI“</w:t>
            </w:r>
          </w:p>
        </w:tc>
      </w:tr>
      <w:tr w:rsidR="001865F2" w:rsidRPr="00D31D98" w14:paraId="0B801AFA" w14:textId="77777777" w:rsidTr="00966809">
        <w:trPr>
          <w:cantSplit/>
        </w:trPr>
        <w:tc>
          <w:tcPr>
            <w:tcW w:w="2381" w:type="dxa"/>
            <w:vAlign w:val="center"/>
          </w:tcPr>
          <w:p w14:paraId="2BC9DE34"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7A5E3765" w14:textId="77777777" w:rsidR="001865F2" w:rsidRPr="00D31D98" w:rsidRDefault="001865F2" w:rsidP="00966809">
            <w:pPr>
              <w:widowControl w:val="0"/>
            </w:pPr>
            <w:r w:rsidRPr="00D31D98">
              <w:rPr>
                <w:szCs w:val="24"/>
              </w:rPr>
              <w:t>3.a,b,c,d,ei 4.e</w:t>
            </w:r>
          </w:p>
        </w:tc>
      </w:tr>
      <w:tr w:rsidR="001865F2" w:rsidRPr="00D31D98" w14:paraId="0627812B" w14:textId="77777777" w:rsidTr="00966809">
        <w:trPr>
          <w:cantSplit/>
        </w:trPr>
        <w:tc>
          <w:tcPr>
            <w:tcW w:w="2381" w:type="dxa"/>
            <w:vAlign w:val="center"/>
          </w:tcPr>
          <w:p w14:paraId="4C9790E8"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6D9EF4F0" w14:textId="77777777" w:rsidR="001865F2" w:rsidRPr="00D31D98" w:rsidRDefault="001865F2" w:rsidP="00966809">
            <w:pPr>
              <w:widowControl w:val="0"/>
            </w:pPr>
            <w:r w:rsidRPr="00D31D98">
              <w:rPr>
                <w:szCs w:val="24"/>
              </w:rPr>
              <w:t>Snježana Novaković, prof.,</w:t>
            </w:r>
          </w:p>
        </w:tc>
      </w:tr>
      <w:tr w:rsidR="001865F2" w:rsidRPr="00D31D98" w14:paraId="15B6277B" w14:textId="77777777" w:rsidTr="00966809">
        <w:trPr>
          <w:cantSplit/>
        </w:trPr>
        <w:tc>
          <w:tcPr>
            <w:tcW w:w="2381" w:type="dxa"/>
            <w:vAlign w:val="center"/>
          </w:tcPr>
          <w:p w14:paraId="34930A57"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08007C88" w14:textId="77777777" w:rsidR="001865F2" w:rsidRPr="00D31D98" w:rsidRDefault="001865F2" w:rsidP="00966809">
            <w:pPr>
              <w:widowControl w:val="0"/>
            </w:pPr>
            <w:r w:rsidRPr="00D31D98">
              <w:rPr>
                <w:szCs w:val="24"/>
              </w:rPr>
              <w:t>Popularizacija STEM područja</w:t>
            </w:r>
          </w:p>
        </w:tc>
      </w:tr>
      <w:tr w:rsidR="001865F2" w:rsidRPr="00D31D98" w14:paraId="60EE01DB" w14:textId="77777777" w:rsidTr="00966809">
        <w:trPr>
          <w:cantSplit/>
        </w:trPr>
        <w:tc>
          <w:tcPr>
            <w:tcW w:w="2381" w:type="dxa"/>
            <w:vAlign w:val="center"/>
          </w:tcPr>
          <w:p w14:paraId="08154465"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32ED9EB3" w14:textId="77777777" w:rsidR="001865F2" w:rsidRPr="00D31D98" w:rsidRDefault="001865F2" w:rsidP="00966809">
            <w:pPr>
              <w:widowControl w:val="0"/>
            </w:pPr>
            <w:r w:rsidRPr="00D31D98">
              <w:rPr>
                <w:szCs w:val="24"/>
              </w:rPr>
              <w:t>Pokazati učenicima zabavnu stranu STEM područja</w:t>
            </w:r>
          </w:p>
        </w:tc>
      </w:tr>
      <w:tr w:rsidR="001865F2" w:rsidRPr="00D31D98" w14:paraId="41DFEBE9" w14:textId="77777777" w:rsidTr="00966809">
        <w:trPr>
          <w:cantSplit/>
        </w:trPr>
        <w:tc>
          <w:tcPr>
            <w:tcW w:w="2381" w:type="dxa"/>
            <w:vAlign w:val="center"/>
          </w:tcPr>
          <w:p w14:paraId="25CA1DAE"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55E15DFF" w14:textId="77777777" w:rsidR="001865F2" w:rsidRPr="00D31D98" w:rsidRDefault="001865F2" w:rsidP="00966809">
            <w:pPr>
              <w:widowControl w:val="0"/>
            </w:pPr>
            <w:r w:rsidRPr="00D31D98">
              <w:rPr>
                <w:szCs w:val="24"/>
              </w:rPr>
              <w:t>Održavanje radionica na međunarodnom festivalu. Studeni 2026.</w:t>
            </w:r>
          </w:p>
        </w:tc>
      </w:tr>
      <w:tr w:rsidR="001865F2" w:rsidRPr="00D31D98" w14:paraId="2456DCDE" w14:textId="77777777" w:rsidTr="00966809">
        <w:trPr>
          <w:cantSplit/>
        </w:trPr>
        <w:tc>
          <w:tcPr>
            <w:tcW w:w="2381" w:type="dxa"/>
            <w:vAlign w:val="center"/>
          </w:tcPr>
          <w:p w14:paraId="466A0F2E"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6DD520C3" w14:textId="77777777" w:rsidR="001865F2" w:rsidRPr="00D31D98" w:rsidRDefault="001865F2" w:rsidP="00966809">
            <w:pPr>
              <w:widowControl w:val="0"/>
            </w:pPr>
            <w:r w:rsidRPr="00D31D98">
              <w:rPr>
                <w:szCs w:val="24"/>
              </w:rPr>
              <w:t>Prezentirani pogled iz drugog kuta na STEM područje.</w:t>
            </w:r>
          </w:p>
        </w:tc>
      </w:tr>
      <w:tr w:rsidR="001865F2" w:rsidRPr="00D31D98" w14:paraId="5EC3F822" w14:textId="77777777" w:rsidTr="00966809">
        <w:trPr>
          <w:cantSplit/>
        </w:trPr>
        <w:tc>
          <w:tcPr>
            <w:tcW w:w="2381" w:type="dxa"/>
            <w:vAlign w:val="center"/>
          </w:tcPr>
          <w:p w14:paraId="3363E639"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1A83EDAE"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C.4/5.3. Interes. Učenik iskazuje interes za različita područja, preuzima odgovornost za svoje učenje i ustraje u učenju.</w:t>
            </w:r>
          </w:p>
          <w:p w14:paraId="5241DEF0"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C.4/5.2. Slika o sebi kao učeniku. Učenik iskazuje pozitivna i visoka očekivanja i vjeruje u svoj uspjeh u učenju.</w:t>
            </w:r>
          </w:p>
          <w:p w14:paraId="441275E7"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A.4/5.4. Kritičko mišljenje. Učenik samostalno kritički promišlja i vrednuje ideje.</w:t>
            </w:r>
          </w:p>
          <w:p w14:paraId="1341FB28" w14:textId="77777777" w:rsidR="001865F2" w:rsidRPr="00D31D98" w:rsidRDefault="001865F2" w:rsidP="00966809">
            <w:pPr>
              <w:widowControl w:val="0"/>
            </w:pPr>
            <w:r w:rsidRPr="00D31D98">
              <w:rPr>
                <w:szCs w:val="24"/>
              </w:rPr>
              <w:t>pod C.4.1. i 4.2. Sudjeluje u projektu ili proizvodnji od ideje do realizacije (nadovezuje se i uključuje elemente očekivanja iz 3. ciklusa)</w:t>
            </w:r>
          </w:p>
          <w:p w14:paraId="654CF802" w14:textId="77777777" w:rsidR="001865F2" w:rsidRPr="00D31D98" w:rsidRDefault="001865F2" w:rsidP="00966809">
            <w:pPr>
              <w:widowControl w:val="0"/>
            </w:pPr>
            <w:r w:rsidRPr="00D31D98">
              <w:rPr>
                <w:szCs w:val="24"/>
              </w:rPr>
              <w:t>pod A.4.1. Primjenjuje inovativna i kreativna rješenja</w:t>
            </w:r>
          </w:p>
          <w:p w14:paraId="54D353B2"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D 4.3. Učenik predočava, stvara i dijeli ideje i sadržaje o složenoj temi s pomoću IKT-a.</w:t>
            </w:r>
          </w:p>
          <w:p w14:paraId="4A3EADE1"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4.2. Suradnički uči i radi u timu.</w:t>
            </w:r>
          </w:p>
          <w:p w14:paraId="61A15EE3" w14:textId="77777777" w:rsidR="001865F2" w:rsidRPr="00D31D98" w:rsidRDefault="001865F2" w:rsidP="00966809">
            <w:pPr>
              <w:widowControl w:val="0"/>
            </w:pPr>
            <w:proofErr w:type="spellStart"/>
            <w:r w:rsidRPr="00D31D98">
              <w:rPr>
                <w:szCs w:val="24"/>
              </w:rPr>
              <w:t>zdr</w:t>
            </w:r>
            <w:proofErr w:type="spellEnd"/>
            <w:r w:rsidRPr="00D31D98">
              <w:rPr>
                <w:szCs w:val="24"/>
              </w:rPr>
              <w:t xml:space="preserve"> B.4.1.A Odabire primjerene odnose i komunikaciju.</w:t>
            </w:r>
          </w:p>
          <w:p w14:paraId="06C2159E" w14:textId="77777777" w:rsidR="001865F2" w:rsidRPr="00D31D98" w:rsidRDefault="001865F2" w:rsidP="00966809">
            <w:pPr>
              <w:widowControl w:val="0"/>
            </w:pPr>
            <w:proofErr w:type="spellStart"/>
            <w:r w:rsidRPr="00D31D98">
              <w:rPr>
                <w:szCs w:val="24"/>
              </w:rPr>
              <w:t>zdr</w:t>
            </w:r>
            <w:proofErr w:type="spellEnd"/>
            <w:r w:rsidRPr="00D31D98">
              <w:rPr>
                <w:szCs w:val="24"/>
              </w:rPr>
              <w:t xml:space="preserve"> B.4.1.B Razvija tolerantan odnos prema drugima .</w:t>
            </w:r>
          </w:p>
        </w:tc>
      </w:tr>
    </w:tbl>
    <w:p w14:paraId="1F1310D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96D989B" w14:textId="77777777" w:rsidTr="00966809">
        <w:trPr>
          <w:cantSplit/>
        </w:trPr>
        <w:tc>
          <w:tcPr>
            <w:tcW w:w="2381" w:type="dxa"/>
            <w:vAlign w:val="center"/>
          </w:tcPr>
          <w:p w14:paraId="397A9FF7"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0578A9E" w14:textId="77777777" w:rsidR="001865F2" w:rsidRPr="00D31D98" w:rsidRDefault="001865F2" w:rsidP="00966809">
            <w:pPr>
              <w:keepNext/>
              <w:widowControl w:val="0"/>
              <w:rPr>
                <w:b/>
              </w:rPr>
            </w:pPr>
            <w:r w:rsidRPr="00D31D98">
              <w:rPr>
                <w:b/>
                <w:bCs/>
                <w:szCs w:val="24"/>
              </w:rPr>
              <w:t>Znanstveni piknik 2026.</w:t>
            </w:r>
          </w:p>
        </w:tc>
      </w:tr>
      <w:tr w:rsidR="001865F2" w:rsidRPr="00D31D98" w14:paraId="4EA2A4DA" w14:textId="77777777" w:rsidTr="00966809">
        <w:trPr>
          <w:cantSplit/>
        </w:trPr>
        <w:tc>
          <w:tcPr>
            <w:tcW w:w="2381" w:type="dxa"/>
            <w:vAlign w:val="center"/>
          </w:tcPr>
          <w:p w14:paraId="6C84378A"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2753A30B" w14:textId="77777777" w:rsidR="001865F2" w:rsidRPr="00D31D98" w:rsidRDefault="001865F2" w:rsidP="00966809">
            <w:pPr>
              <w:widowControl w:val="0"/>
            </w:pPr>
            <w:r w:rsidRPr="00D31D98">
              <w:rPr>
                <w:szCs w:val="24"/>
              </w:rPr>
              <w:t>3.a,d,e; 4.e</w:t>
            </w:r>
          </w:p>
        </w:tc>
      </w:tr>
      <w:tr w:rsidR="001865F2" w:rsidRPr="00D31D98" w14:paraId="2108CD1E" w14:textId="77777777" w:rsidTr="00966809">
        <w:trPr>
          <w:cantSplit/>
        </w:trPr>
        <w:tc>
          <w:tcPr>
            <w:tcW w:w="2381" w:type="dxa"/>
            <w:vAlign w:val="center"/>
          </w:tcPr>
          <w:p w14:paraId="509B2074"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6A38D323" w14:textId="77777777" w:rsidR="001865F2" w:rsidRPr="00D31D98" w:rsidRDefault="001865F2" w:rsidP="00966809">
            <w:pPr>
              <w:widowControl w:val="0"/>
            </w:pPr>
            <w:r w:rsidRPr="00D31D98">
              <w:rPr>
                <w:szCs w:val="24"/>
              </w:rPr>
              <w:t xml:space="preserve">Snježana Novaković, prof., Doris </w:t>
            </w:r>
            <w:proofErr w:type="spellStart"/>
            <w:r w:rsidRPr="00D31D98">
              <w:rPr>
                <w:szCs w:val="24"/>
              </w:rPr>
              <w:t>Portner</w:t>
            </w:r>
            <w:proofErr w:type="spellEnd"/>
            <w:r w:rsidRPr="00D31D98">
              <w:rPr>
                <w:szCs w:val="24"/>
              </w:rPr>
              <w:t>, prof.</w:t>
            </w:r>
          </w:p>
        </w:tc>
      </w:tr>
      <w:tr w:rsidR="001865F2" w:rsidRPr="00D31D98" w14:paraId="2FFE9E13" w14:textId="77777777" w:rsidTr="00966809">
        <w:trPr>
          <w:cantSplit/>
        </w:trPr>
        <w:tc>
          <w:tcPr>
            <w:tcW w:w="2381" w:type="dxa"/>
            <w:vAlign w:val="center"/>
          </w:tcPr>
          <w:p w14:paraId="69B1C4D9"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63D9A793" w14:textId="77777777" w:rsidR="001865F2" w:rsidRPr="00D31D98" w:rsidRDefault="001865F2" w:rsidP="00966809">
            <w:pPr>
              <w:widowControl w:val="0"/>
            </w:pPr>
            <w:r w:rsidRPr="00D31D98">
              <w:rPr>
                <w:szCs w:val="24"/>
              </w:rPr>
              <w:t>Zabavnije učenje o znanosti te pomoć u boljem razumijevanju znanosti i njene uloge u svakodnevnom životu.</w:t>
            </w:r>
          </w:p>
        </w:tc>
      </w:tr>
      <w:tr w:rsidR="001865F2" w:rsidRPr="00D31D98" w14:paraId="33C2F912" w14:textId="77777777" w:rsidTr="00966809">
        <w:trPr>
          <w:cantSplit/>
        </w:trPr>
        <w:tc>
          <w:tcPr>
            <w:tcW w:w="2381" w:type="dxa"/>
            <w:vAlign w:val="center"/>
          </w:tcPr>
          <w:p w14:paraId="5603196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FF2E188" w14:textId="77777777" w:rsidR="001865F2" w:rsidRPr="00D31D98" w:rsidRDefault="001865F2" w:rsidP="00966809">
            <w:pPr>
              <w:widowControl w:val="0"/>
            </w:pPr>
            <w:r w:rsidRPr="00D31D98">
              <w:rPr>
                <w:szCs w:val="24"/>
              </w:rPr>
              <w:t>Neformalno druženje uz interaktivne znanstveno-edukativne pokuse, znanstveni show program.</w:t>
            </w:r>
          </w:p>
        </w:tc>
      </w:tr>
      <w:tr w:rsidR="001865F2" w:rsidRPr="00D31D98" w14:paraId="2CAB9431" w14:textId="77777777" w:rsidTr="00966809">
        <w:trPr>
          <w:cantSplit/>
        </w:trPr>
        <w:tc>
          <w:tcPr>
            <w:tcW w:w="2381" w:type="dxa"/>
            <w:vAlign w:val="center"/>
          </w:tcPr>
          <w:p w14:paraId="59D9F922"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1A378623" w14:textId="77777777" w:rsidR="001865F2" w:rsidRPr="00D31D98" w:rsidRDefault="001865F2" w:rsidP="00966809">
            <w:pPr>
              <w:widowControl w:val="0"/>
            </w:pPr>
            <w:r w:rsidRPr="00D31D98">
              <w:rPr>
                <w:szCs w:val="24"/>
              </w:rPr>
              <w:t>Učenički projekt - sudjelovanje na  “Znanstvenom pikniku” s radionicama.</w:t>
            </w:r>
          </w:p>
          <w:p w14:paraId="5F21BF0F" w14:textId="77777777" w:rsidR="001865F2" w:rsidRPr="00D31D98" w:rsidRDefault="001865F2" w:rsidP="00966809">
            <w:pPr>
              <w:widowControl w:val="0"/>
            </w:pPr>
            <w:r w:rsidRPr="00D31D98">
              <w:rPr>
                <w:szCs w:val="24"/>
              </w:rPr>
              <w:t>30.09.10.2026. – 02.10.2026.</w:t>
            </w:r>
          </w:p>
        </w:tc>
      </w:tr>
      <w:tr w:rsidR="001865F2" w:rsidRPr="00D31D98" w14:paraId="33B669BB" w14:textId="77777777" w:rsidTr="00966809">
        <w:trPr>
          <w:cantSplit/>
        </w:trPr>
        <w:tc>
          <w:tcPr>
            <w:tcW w:w="2381" w:type="dxa"/>
            <w:vAlign w:val="center"/>
          </w:tcPr>
          <w:p w14:paraId="4D60EB4D"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1A2FB819" w14:textId="77777777" w:rsidR="001865F2" w:rsidRPr="00D31D98" w:rsidRDefault="001865F2" w:rsidP="00966809">
            <w:pPr>
              <w:widowControl w:val="0"/>
            </w:pPr>
            <w:r w:rsidRPr="00D31D98">
              <w:rPr>
                <w:szCs w:val="24"/>
              </w:rPr>
              <w:t>Vrednovanje će se očitovati prema zainteresiranosti posjetitelja „Znanstvenog piknika“.</w:t>
            </w:r>
          </w:p>
        </w:tc>
      </w:tr>
      <w:tr w:rsidR="001865F2" w:rsidRPr="00D31D98" w14:paraId="07832364" w14:textId="77777777" w:rsidTr="00966809">
        <w:trPr>
          <w:cantSplit/>
        </w:trPr>
        <w:tc>
          <w:tcPr>
            <w:tcW w:w="2381" w:type="dxa"/>
            <w:vAlign w:val="center"/>
          </w:tcPr>
          <w:p w14:paraId="7802EBD2" w14:textId="77777777" w:rsidR="001865F2" w:rsidRPr="00D31D98" w:rsidRDefault="001865F2" w:rsidP="00966809">
            <w:pPr>
              <w:widowControl w:val="0"/>
              <w:rPr>
                <w:b/>
              </w:rPr>
            </w:pPr>
            <w:proofErr w:type="spellStart"/>
            <w:r w:rsidRPr="00D31D98">
              <w:rPr>
                <w:b/>
                <w:bCs/>
                <w:szCs w:val="24"/>
              </w:rPr>
              <w:lastRenderedPageBreak/>
              <w:t>Međupredmetne</w:t>
            </w:r>
            <w:proofErr w:type="spellEnd"/>
            <w:r w:rsidRPr="00D31D98">
              <w:rPr>
                <w:b/>
                <w:bCs/>
                <w:szCs w:val="24"/>
              </w:rPr>
              <w:t xml:space="preserve"> teme</w:t>
            </w:r>
          </w:p>
        </w:tc>
        <w:tc>
          <w:tcPr>
            <w:tcW w:w="6690" w:type="dxa"/>
            <w:vAlign w:val="center"/>
          </w:tcPr>
          <w:p w14:paraId="231DBCAB"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A.4/5.3. Kreativno mišljenje. Učenik kreativno djeluje u različitim područjima učenja, kritički promišlja i vrednuje ideje.</w:t>
            </w:r>
          </w:p>
          <w:p w14:paraId="46DBBCD2" w14:textId="77777777" w:rsidR="001865F2" w:rsidRPr="00D31D98" w:rsidRDefault="001865F2" w:rsidP="00966809">
            <w:pPr>
              <w:widowControl w:val="0"/>
            </w:pPr>
            <w:r w:rsidRPr="00D31D98">
              <w:rPr>
                <w:szCs w:val="24"/>
              </w:rPr>
              <w:t>pod A.4.1. Primjenjuje inovativna i kreativna rješenja</w:t>
            </w:r>
          </w:p>
          <w:p w14:paraId="76E78FD0"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A 4.3. Učenik stvara pozitivne digitalne tragove vodeći se načelom </w:t>
            </w:r>
            <w:proofErr w:type="spellStart"/>
            <w:r w:rsidRPr="00D31D98">
              <w:rPr>
                <w:szCs w:val="24"/>
              </w:rPr>
              <w:t>sigurnosti.osr</w:t>
            </w:r>
            <w:proofErr w:type="spellEnd"/>
            <w:r w:rsidRPr="00D31D98">
              <w:rPr>
                <w:szCs w:val="24"/>
              </w:rPr>
              <w:t xml:space="preserve"> A 4.3. Razvija osobne potencijale.</w:t>
            </w:r>
          </w:p>
          <w:p w14:paraId="2C85225D"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4.3. Preuzima odgovornost za svoje ponašanje.</w:t>
            </w:r>
          </w:p>
          <w:p w14:paraId="0A8410BF"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4.2. Suradnički uči i radi u timu.</w:t>
            </w:r>
          </w:p>
        </w:tc>
      </w:tr>
    </w:tbl>
    <w:p w14:paraId="4CF1690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5F093B5" w14:textId="77777777" w:rsidTr="00966809">
        <w:trPr>
          <w:cantSplit/>
        </w:trPr>
        <w:tc>
          <w:tcPr>
            <w:tcW w:w="2381" w:type="dxa"/>
            <w:vAlign w:val="center"/>
          </w:tcPr>
          <w:p w14:paraId="6457FAA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E36C357" w14:textId="77777777" w:rsidR="001865F2" w:rsidRPr="00D31D98" w:rsidRDefault="001865F2" w:rsidP="00966809">
            <w:pPr>
              <w:keepNext/>
              <w:widowControl w:val="0"/>
              <w:rPr>
                <w:b/>
              </w:rPr>
            </w:pPr>
            <w:r w:rsidRPr="00D31D98">
              <w:rPr>
                <w:b/>
                <w:bCs/>
                <w:szCs w:val="24"/>
              </w:rPr>
              <w:t>5. LABUS sajam na FERIT-u Osijek</w:t>
            </w:r>
          </w:p>
        </w:tc>
      </w:tr>
      <w:tr w:rsidR="001865F2" w:rsidRPr="00D31D98" w14:paraId="5061F6FF" w14:textId="77777777" w:rsidTr="00966809">
        <w:trPr>
          <w:cantSplit/>
        </w:trPr>
        <w:tc>
          <w:tcPr>
            <w:tcW w:w="2381" w:type="dxa"/>
            <w:vAlign w:val="center"/>
          </w:tcPr>
          <w:p w14:paraId="695F5BF2"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0A5740EA" w14:textId="77777777" w:rsidR="001865F2" w:rsidRPr="00D31D98" w:rsidRDefault="001865F2" w:rsidP="00966809">
            <w:pPr>
              <w:widowControl w:val="0"/>
            </w:pPr>
            <w:r w:rsidRPr="00D31D98">
              <w:rPr>
                <w:szCs w:val="24"/>
              </w:rPr>
              <w:t>Učenici 3.e i 3.d I. gimnazije Osijek</w:t>
            </w:r>
          </w:p>
        </w:tc>
      </w:tr>
      <w:tr w:rsidR="001865F2" w:rsidRPr="00D31D98" w14:paraId="2C23CD87" w14:textId="77777777" w:rsidTr="00966809">
        <w:trPr>
          <w:cantSplit/>
        </w:trPr>
        <w:tc>
          <w:tcPr>
            <w:tcW w:w="2381" w:type="dxa"/>
            <w:vAlign w:val="center"/>
          </w:tcPr>
          <w:p w14:paraId="594D71FF"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0B1B29EB" w14:textId="77777777" w:rsidR="001865F2" w:rsidRPr="00D31D98" w:rsidRDefault="001865F2" w:rsidP="00966809">
            <w:pPr>
              <w:widowControl w:val="0"/>
            </w:pPr>
            <w:r w:rsidRPr="00D31D98">
              <w:rPr>
                <w:szCs w:val="24"/>
              </w:rPr>
              <w:t>Snježana Novaković</w:t>
            </w:r>
          </w:p>
        </w:tc>
      </w:tr>
      <w:tr w:rsidR="001865F2" w:rsidRPr="00D31D98" w14:paraId="42DF1CB4" w14:textId="77777777" w:rsidTr="00966809">
        <w:trPr>
          <w:cantSplit/>
        </w:trPr>
        <w:tc>
          <w:tcPr>
            <w:tcW w:w="2381" w:type="dxa"/>
            <w:vAlign w:val="center"/>
          </w:tcPr>
          <w:p w14:paraId="74906D83"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63C620A4" w14:textId="77777777" w:rsidR="001865F2" w:rsidRPr="00D31D98" w:rsidRDefault="001865F2" w:rsidP="00966809">
            <w:pPr>
              <w:widowControl w:val="0"/>
            </w:pPr>
            <w:r w:rsidRPr="00D31D98">
              <w:rPr>
                <w:szCs w:val="24"/>
              </w:rPr>
              <w:t>Popularizacija STEM područja</w:t>
            </w:r>
          </w:p>
        </w:tc>
      </w:tr>
      <w:tr w:rsidR="001865F2" w:rsidRPr="00D31D98" w14:paraId="1B05000F" w14:textId="77777777" w:rsidTr="00966809">
        <w:trPr>
          <w:cantSplit/>
        </w:trPr>
        <w:tc>
          <w:tcPr>
            <w:tcW w:w="2381" w:type="dxa"/>
            <w:vAlign w:val="center"/>
          </w:tcPr>
          <w:p w14:paraId="045CF92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DCF7694" w14:textId="77777777" w:rsidR="001865F2" w:rsidRPr="00D31D98" w:rsidRDefault="001865F2" w:rsidP="00966809">
            <w:pPr>
              <w:widowControl w:val="0"/>
            </w:pPr>
            <w:r w:rsidRPr="00D31D98">
              <w:rPr>
                <w:szCs w:val="24"/>
              </w:rPr>
              <w:t>Izvođenje radionice s ciljem primjene naučenoga.</w:t>
            </w:r>
          </w:p>
        </w:tc>
      </w:tr>
      <w:tr w:rsidR="001865F2" w:rsidRPr="00D31D98" w14:paraId="3FA26734" w14:textId="77777777" w:rsidTr="00966809">
        <w:trPr>
          <w:cantSplit/>
        </w:trPr>
        <w:tc>
          <w:tcPr>
            <w:tcW w:w="2381" w:type="dxa"/>
            <w:vAlign w:val="center"/>
          </w:tcPr>
          <w:p w14:paraId="29DFEF55"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0EED45FB" w14:textId="77777777" w:rsidR="001865F2" w:rsidRPr="00D31D98" w:rsidRDefault="001865F2" w:rsidP="00966809">
            <w:pPr>
              <w:widowControl w:val="0"/>
            </w:pPr>
            <w:r w:rsidRPr="00D31D98">
              <w:rPr>
                <w:szCs w:val="24"/>
              </w:rPr>
              <w:t>Sudjelovanje u radionicama, 17.09.2026. FERIT-a Osijek (K. Trpimira 2B).</w:t>
            </w:r>
          </w:p>
        </w:tc>
      </w:tr>
      <w:tr w:rsidR="001865F2" w:rsidRPr="00D31D98" w14:paraId="4EFF5AE8" w14:textId="77777777" w:rsidTr="00966809">
        <w:trPr>
          <w:cantSplit/>
        </w:trPr>
        <w:tc>
          <w:tcPr>
            <w:tcW w:w="2381" w:type="dxa"/>
            <w:vAlign w:val="center"/>
          </w:tcPr>
          <w:p w14:paraId="545E187F"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38DE9B7A" w14:textId="77777777" w:rsidR="001865F2" w:rsidRPr="00D31D98" w:rsidRDefault="001865F2" w:rsidP="00966809">
            <w:pPr>
              <w:widowControl w:val="0"/>
            </w:pPr>
            <w:r w:rsidRPr="00D31D98">
              <w:rPr>
                <w:szCs w:val="24"/>
              </w:rPr>
              <w:t>Opisno praćenje</w:t>
            </w:r>
          </w:p>
        </w:tc>
      </w:tr>
      <w:tr w:rsidR="001865F2" w:rsidRPr="00D31D98" w14:paraId="19F07761" w14:textId="77777777" w:rsidTr="00966809">
        <w:trPr>
          <w:cantSplit/>
        </w:trPr>
        <w:tc>
          <w:tcPr>
            <w:tcW w:w="2381" w:type="dxa"/>
            <w:vAlign w:val="center"/>
          </w:tcPr>
          <w:p w14:paraId="354F49FA"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3DD5D18A"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D.4/5.2. Suradnja s drugima. Učenik ostvaruje dobru komunikaciju s drugima, uspješno surađuje u različitim situacijama i spreman je zatražiti i ponuditi pomoć.</w:t>
            </w:r>
          </w:p>
          <w:p w14:paraId="4ED46D2E"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A.4/5.3. Kreativno mišljenje. Učenik kreativno djeluje u različitim područjima učenja.</w:t>
            </w:r>
          </w:p>
          <w:p w14:paraId="466D5394"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A.4/5.4. Kritičko mišljenje. Učenik samostalno kritički promišlja i vrednuje ideje.</w:t>
            </w:r>
          </w:p>
          <w:p w14:paraId="6B2C34BF"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D 4.3. Učenik predočava, stvara i dijeli ideje i sadržaje o složenoj temi s pomoću IKT-a.</w:t>
            </w:r>
          </w:p>
        </w:tc>
      </w:tr>
    </w:tbl>
    <w:p w14:paraId="39207E9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0985CD4" w14:textId="77777777" w:rsidTr="00966809">
        <w:trPr>
          <w:cantSplit/>
        </w:trPr>
        <w:tc>
          <w:tcPr>
            <w:tcW w:w="2381" w:type="dxa"/>
            <w:vAlign w:val="center"/>
          </w:tcPr>
          <w:p w14:paraId="2EA5ED41"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E8BB480" w14:textId="77777777" w:rsidR="001865F2" w:rsidRPr="00D31D98" w:rsidRDefault="001865F2" w:rsidP="00966809">
            <w:pPr>
              <w:keepNext/>
              <w:widowControl w:val="0"/>
              <w:rPr>
                <w:b/>
              </w:rPr>
            </w:pPr>
            <w:r w:rsidRPr="00D31D98">
              <w:rPr>
                <w:b/>
                <w:bCs/>
                <w:szCs w:val="24"/>
              </w:rPr>
              <w:t>TEHNICOOLUM 2026.</w:t>
            </w:r>
          </w:p>
        </w:tc>
      </w:tr>
      <w:tr w:rsidR="001865F2" w:rsidRPr="00D31D98" w14:paraId="62CB7753" w14:textId="77777777" w:rsidTr="00966809">
        <w:trPr>
          <w:cantSplit/>
        </w:trPr>
        <w:tc>
          <w:tcPr>
            <w:tcW w:w="2381" w:type="dxa"/>
            <w:vAlign w:val="center"/>
          </w:tcPr>
          <w:p w14:paraId="302E120D"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727738D0" w14:textId="77777777" w:rsidR="001865F2" w:rsidRPr="00D31D98" w:rsidRDefault="001865F2" w:rsidP="00966809">
            <w:pPr>
              <w:widowControl w:val="0"/>
            </w:pPr>
            <w:r w:rsidRPr="00D31D98">
              <w:rPr>
                <w:szCs w:val="24"/>
              </w:rPr>
              <w:t>3.a,b,c,d,e; 4.e; 1.g</w:t>
            </w:r>
          </w:p>
        </w:tc>
      </w:tr>
      <w:tr w:rsidR="001865F2" w:rsidRPr="00D31D98" w14:paraId="586E56A9" w14:textId="77777777" w:rsidTr="00966809">
        <w:trPr>
          <w:cantSplit/>
        </w:trPr>
        <w:tc>
          <w:tcPr>
            <w:tcW w:w="2381" w:type="dxa"/>
            <w:vAlign w:val="center"/>
          </w:tcPr>
          <w:p w14:paraId="32AD9D6B"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497CEBC9" w14:textId="77777777" w:rsidR="001865F2" w:rsidRPr="00D31D98" w:rsidRDefault="001865F2" w:rsidP="00966809">
            <w:pPr>
              <w:widowControl w:val="0"/>
            </w:pPr>
            <w:r w:rsidRPr="00D31D98">
              <w:rPr>
                <w:szCs w:val="24"/>
              </w:rPr>
              <w:t xml:space="preserve">Snježana Novaković, </w:t>
            </w:r>
            <w:proofErr w:type="spellStart"/>
            <w:r w:rsidRPr="00D31D98">
              <w:rPr>
                <w:szCs w:val="24"/>
              </w:rPr>
              <w:t>prof</w:t>
            </w:r>
            <w:proofErr w:type="spellEnd"/>
            <w:r w:rsidRPr="00D31D98">
              <w:rPr>
                <w:szCs w:val="24"/>
              </w:rPr>
              <w:t xml:space="preserve">.,Doris </w:t>
            </w:r>
            <w:proofErr w:type="spellStart"/>
            <w:r w:rsidRPr="00D31D98">
              <w:rPr>
                <w:szCs w:val="24"/>
              </w:rPr>
              <w:t>Portner</w:t>
            </w:r>
            <w:proofErr w:type="spellEnd"/>
            <w:r w:rsidRPr="00D31D98">
              <w:rPr>
                <w:szCs w:val="24"/>
              </w:rPr>
              <w:t xml:space="preserve">, </w:t>
            </w:r>
            <w:proofErr w:type="spellStart"/>
            <w:r w:rsidRPr="00D31D98">
              <w:rPr>
                <w:szCs w:val="24"/>
              </w:rPr>
              <w:t>prof</w:t>
            </w:r>
            <w:proofErr w:type="spellEnd"/>
            <w:r w:rsidRPr="00D31D98">
              <w:rPr>
                <w:szCs w:val="24"/>
              </w:rPr>
              <w:t xml:space="preserve">, Ljiljana Kovačević, prof., Tamara </w:t>
            </w:r>
            <w:proofErr w:type="spellStart"/>
            <w:r w:rsidRPr="00D31D98">
              <w:rPr>
                <w:szCs w:val="24"/>
              </w:rPr>
              <w:t>Gracek-Kardoš</w:t>
            </w:r>
            <w:proofErr w:type="spellEnd"/>
            <w:r w:rsidRPr="00D31D98">
              <w:rPr>
                <w:szCs w:val="24"/>
              </w:rPr>
              <w:t>, prof.,</w:t>
            </w:r>
          </w:p>
        </w:tc>
      </w:tr>
      <w:tr w:rsidR="001865F2" w:rsidRPr="00D31D98" w14:paraId="4A87CFA7" w14:textId="77777777" w:rsidTr="00966809">
        <w:trPr>
          <w:cantSplit/>
        </w:trPr>
        <w:tc>
          <w:tcPr>
            <w:tcW w:w="2381" w:type="dxa"/>
            <w:vAlign w:val="center"/>
          </w:tcPr>
          <w:p w14:paraId="1BFF66AA"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3012565C" w14:textId="77777777" w:rsidR="001865F2" w:rsidRPr="00D31D98" w:rsidRDefault="001865F2" w:rsidP="00966809">
            <w:pPr>
              <w:widowControl w:val="0"/>
            </w:pPr>
            <w:r w:rsidRPr="00D31D98">
              <w:rPr>
                <w:szCs w:val="24"/>
              </w:rPr>
              <w:t>Zabavnije učenje o znanosti te pomoć u boljem razumijevanju znanosti i njene uloge u svakodnevnom životu.</w:t>
            </w:r>
          </w:p>
        </w:tc>
      </w:tr>
      <w:tr w:rsidR="001865F2" w:rsidRPr="00D31D98" w14:paraId="39FC5A42" w14:textId="77777777" w:rsidTr="00966809">
        <w:trPr>
          <w:cantSplit/>
        </w:trPr>
        <w:tc>
          <w:tcPr>
            <w:tcW w:w="2381" w:type="dxa"/>
            <w:vAlign w:val="center"/>
          </w:tcPr>
          <w:p w14:paraId="57361767"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12CAD2C" w14:textId="77777777" w:rsidR="001865F2" w:rsidRPr="00D31D98" w:rsidRDefault="001865F2" w:rsidP="00966809">
            <w:pPr>
              <w:widowControl w:val="0"/>
            </w:pPr>
            <w:r w:rsidRPr="00D31D98">
              <w:rPr>
                <w:szCs w:val="24"/>
              </w:rPr>
              <w:t>Neformalno druženje uz interaktivne znanstveno-edukativne pokuse, znanstveni show program.</w:t>
            </w:r>
          </w:p>
        </w:tc>
      </w:tr>
      <w:tr w:rsidR="001865F2" w:rsidRPr="00D31D98" w14:paraId="5AB597F9" w14:textId="77777777" w:rsidTr="00966809">
        <w:trPr>
          <w:cantSplit/>
        </w:trPr>
        <w:tc>
          <w:tcPr>
            <w:tcW w:w="2381" w:type="dxa"/>
            <w:vAlign w:val="center"/>
          </w:tcPr>
          <w:p w14:paraId="211F77AF"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4F3F4905" w14:textId="77777777" w:rsidR="001865F2" w:rsidRPr="00D31D98" w:rsidRDefault="001865F2" w:rsidP="00966809">
            <w:pPr>
              <w:widowControl w:val="0"/>
            </w:pPr>
            <w:r w:rsidRPr="00D31D98">
              <w:rPr>
                <w:szCs w:val="24"/>
              </w:rPr>
              <w:t>Učenički projekt - sudjelovanje na  “ TEHNICOOLUM  2026” s radionicama.</w:t>
            </w:r>
          </w:p>
          <w:p w14:paraId="49E1137E" w14:textId="77777777" w:rsidR="001865F2" w:rsidRPr="00D31D98" w:rsidRDefault="001865F2" w:rsidP="00966809">
            <w:pPr>
              <w:widowControl w:val="0"/>
            </w:pPr>
            <w:r w:rsidRPr="00D31D98">
              <w:rPr>
                <w:szCs w:val="24"/>
              </w:rPr>
              <w:t>23. i 24. listopada 2026.</w:t>
            </w:r>
          </w:p>
        </w:tc>
      </w:tr>
      <w:tr w:rsidR="001865F2" w:rsidRPr="00D31D98" w14:paraId="11D693E0" w14:textId="77777777" w:rsidTr="00966809">
        <w:trPr>
          <w:cantSplit/>
        </w:trPr>
        <w:tc>
          <w:tcPr>
            <w:tcW w:w="2381" w:type="dxa"/>
            <w:vAlign w:val="center"/>
          </w:tcPr>
          <w:p w14:paraId="03940513" w14:textId="77777777" w:rsidR="001865F2" w:rsidRPr="00D31D98" w:rsidRDefault="001865F2" w:rsidP="00966809">
            <w:pPr>
              <w:widowControl w:val="0"/>
              <w:rPr>
                <w:b/>
              </w:rPr>
            </w:pPr>
            <w:r w:rsidRPr="00D31D98">
              <w:rPr>
                <w:b/>
                <w:bCs/>
                <w:szCs w:val="24"/>
              </w:rPr>
              <w:lastRenderedPageBreak/>
              <w:t>Način vrednovanja i način korištenja rezultata vrednovanja</w:t>
            </w:r>
          </w:p>
        </w:tc>
        <w:tc>
          <w:tcPr>
            <w:tcW w:w="6690" w:type="dxa"/>
            <w:vAlign w:val="center"/>
          </w:tcPr>
          <w:p w14:paraId="609366AB" w14:textId="77777777" w:rsidR="001865F2" w:rsidRPr="00D31D98" w:rsidRDefault="001865F2" w:rsidP="00966809">
            <w:pPr>
              <w:widowControl w:val="0"/>
            </w:pPr>
            <w:r w:rsidRPr="00D31D98">
              <w:rPr>
                <w:szCs w:val="24"/>
              </w:rPr>
              <w:t>Vrednovanje će se očitovati prema zainteresiranosti posjetitelja “ TEHNICOOLUM  2026”.</w:t>
            </w:r>
          </w:p>
        </w:tc>
      </w:tr>
      <w:tr w:rsidR="001865F2" w:rsidRPr="00D31D98" w14:paraId="17E20A95" w14:textId="77777777" w:rsidTr="00966809">
        <w:trPr>
          <w:cantSplit/>
        </w:trPr>
        <w:tc>
          <w:tcPr>
            <w:tcW w:w="2381" w:type="dxa"/>
            <w:vAlign w:val="center"/>
          </w:tcPr>
          <w:p w14:paraId="6FF3C579" w14:textId="77777777" w:rsidR="001865F2" w:rsidRPr="00D31D98" w:rsidRDefault="001865F2" w:rsidP="00966809">
            <w:pPr>
              <w:widowControl w:val="0"/>
              <w:rPr>
                <w:b/>
              </w:rPr>
            </w:pPr>
            <w:proofErr w:type="spellStart"/>
            <w:r w:rsidRPr="00D31D98">
              <w:rPr>
                <w:b/>
                <w:bCs/>
                <w:szCs w:val="24"/>
              </w:rPr>
              <w:t>Međupredmetne</w:t>
            </w:r>
            <w:proofErr w:type="spellEnd"/>
            <w:r w:rsidRPr="00D31D98">
              <w:rPr>
                <w:b/>
                <w:bCs/>
                <w:szCs w:val="24"/>
              </w:rPr>
              <w:t xml:space="preserve"> teme</w:t>
            </w:r>
          </w:p>
        </w:tc>
        <w:tc>
          <w:tcPr>
            <w:tcW w:w="6690" w:type="dxa"/>
            <w:vAlign w:val="center"/>
          </w:tcPr>
          <w:p w14:paraId="75EBAFA2"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A.4/5.1. Upravljanje informacijama. Učenik samostalno traži nove informacije iz različitih izvora, transformira ih u novo znanje i uspješno primjenjuje pri rješavanju problema.</w:t>
            </w:r>
          </w:p>
          <w:p w14:paraId="6DBDE3A4"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A.4/5.3. Kreativno mišljenje. Učenik kreativno djeluje u različitim područjima učenja.</w:t>
            </w:r>
          </w:p>
          <w:p w14:paraId="28D30C48"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A.4/5.4. Kritičko mišljenje. Učenik samostalno kritički promišlja i vrednuje ideje.</w:t>
            </w:r>
          </w:p>
          <w:p w14:paraId="438AE9D1" w14:textId="77777777" w:rsidR="001865F2" w:rsidRPr="00D31D98" w:rsidRDefault="001865F2" w:rsidP="00966809">
            <w:pPr>
              <w:widowControl w:val="0"/>
            </w:pPr>
            <w:r w:rsidRPr="00D31D98">
              <w:rPr>
                <w:szCs w:val="24"/>
              </w:rPr>
              <w:t>pod A.4.1. Primjenjuje inovativna i kreativna rješenja</w:t>
            </w:r>
          </w:p>
          <w:p w14:paraId="4338D197"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A 4.3. Učenik stvara pozitivne digitalne tragove vodeći se načelom sigurnosti.</w:t>
            </w:r>
          </w:p>
          <w:p w14:paraId="75CD5F73"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A 4.3. Razvija osobne potencijale.</w:t>
            </w:r>
          </w:p>
          <w:p w14:paraId="62D3B78F"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4.3. Preuzima odgovornost za svoje ponašanje.</w:t>
            </w:r>
          </w:p>
          <w:p w14:paraId="6F35E1A8" w14:textId="77777777" w:rsidR="001865F2" w:rsidRPr="00D31D98" w:rsidRDefault="001865F2" w:rsidP="00966809">
            <w:pPr>
              <w:widowControl w:val="0"/>
            </w:pPr>
            <w:proofErr w:type="spellStart"/>
            <w:r w:rsidRPr="00D31D98">
              <w:rPr>
                <w:szCs w:val="24"/>
              </w:rPr>
              <w:t>osr</w:t>
            </w:r>
            <w:proofErr w:type="spellEnd"/>
            <w:r w:rsidRPr="00D31D98">
              <w:rPr>
                <w:szCs w:val="24"/>
              </w:rPr>
              <w:t xml:space="preserve"> B 4.2. Suradnički uči i radi u timu.</w:t>
            </w:r>
          </w:p>
          <w:p w14:paraId="011EDBC7" w14:textId="77777777" w:rsidR="001865F2" w:rsidRPr="00D31D98" w:rsidRDefault="001865F2" w:rsidP="00966809">
            <w:pPr>
              <w:widowControl w:val="0"/>
            </w:pPr>
            <w:r w:rsidRPr="00D31D98">
              <w:rPr>
                <w:szCs w:val="24"/>
              </w:rPr>
              <w:t>pod C.4.1. i 4.2. Sudjeluje u projektu ili proizvodnji od ideje do realizacije (nadovezuje se i uključuje elemente očekivanja iz 3. ciklusa)</w:t>
            </w:r>
          </w:p>
        </w:tc>
      </w:tr>
    </w:tbl>
    <w:p w14:paraId="55BCACD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32A0A80" w14:textId="77777777" w:rsidTr="00966809">
        <w:trPr>
          <w:cantSplit/>
        </w:trPr>
        <w:tc>
          <w:tcPr>
            <w:tcW w:w="2381" w:type="dxa"/>
            <w:vAlign w:val="center"/>
          </w:tcPr>
          <w:p w14:paraId="423F16E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95F2C10" w14:textId="77777777" w:rsidR="001865F2" w:rsidRPr="00D31D98" w:rsidRDefault="001865F2" w:rsidP="00966809">
            <w:pPr>
              <w:keepNext/>
              <w:widowControl w:val="0"/>
              <w:rPr>
                <w:b/>
              </w:rPr>
            </w:pPr>
            <w:r w:rsidRPr="00D31D98">
              <w:rPr>
                <w:b/>
                <w:bCs/>
                <w:szCs w:val="24"/>
              </w:rPr>
              <w:t>IZVANUČIONIČKA NASTAVA  -  FESTIVAL ZNANOSTI</w:t>
            </w:r>
          </w:p>
        </w:tc>
      </w:tr>
      <w:tr w:rsidR="001865F2" w:rsidRPr="00D31D98" w14:paraId="480750FA" w14:textId="77777777" w:rsidTr="00966809">
        <w:trPr>
          <w:cantSplit/>
        </w:trPr>
        <w:tc>
          <w:tcPr>
            <w:tcW w:w="2381" w:type="dxa"/>
            <w:vAlign w:val="center"/>
          </w:tcPr>
          <w:p w14:paraId="1EE19C2E" w14:textId="77777777" w:rsidR="001865F2" w:rsidRPr="00D31D98" w:rsidRDefault="001865F2" w:rsidP="00966809">
            <w:pPr>
              <w:widowControl w:val="0"/>
              <w:rPr>
                <w:b/>
              </w:rPr>
            </w:pPr>
            <w:r w:rsidRPr="00D31D98">
              <w:rPr>
                <w:b/>
                <w:bCs/>
                <w:szCs w:val="24"/>
              </w:rPr>
              <w:t>Ciljevi</w:t>
            </w:r>
          </w:p>
        </w:tc>
        <w:tc>
          <w:tcPr>
            <w:tcW w:w="6690" w:type="dxa"/>
            <w:vAlign w:val="center"/>
          </w:tcPr>
          <w:p w14:paraId="503155B8" w14:textId="77777777" w:rsidR="001865F2" w:rsidRPr="00D31D98" w:rsidRDefault="001865F2" w:rsidP="00966809">
            <w:pPr>
              <w:widowControl w:val="0"/>
            </w:pPr>
            <w:r w:rsidRPr="00D31D98">
              <w:rPr>
                <w:szCs w:val="24"/>
              </w:rPr>
              <w:t>Upoznati učenike sa znanstvenim metodama i postignućima.</w:t>
            </w:r>
          </w:p>
          <w:p w14:paraId="0FB258DA" w14:textId="77777777" w:rsidR="001865F2" w:rsidRPr="00D31D98" w:rsidRDefault="001865F2" w:rsidP="00966809">
            <w:pPr>
              <w:widowControl w:val="0"/>
            </w:pPr>
            <w:r w:rsidRPr="00D31D98">
              <w:rPr>
                <w:szCs w:val="24"/>
              </w:rPr>
              <w:t>Povezati biologiju sa ostalim znanstvenim disciplinama.</w:t>
            </w:r>
          </w:p>
        </w:tc>
      </w:tr>
      <w:tr w:rsidR="001865F2" w:rsidRPr="00D31D98" w14:paraId="7F247D8C" w14:textId="77777777" w:rsidTr="00966809">
        <w:trPr>
          <w:cantSplit/>
        </w:trPr>
        <w:tc>
          <w:tcPr>
            <w:tcW w:w="2381" w:type="dxa"/>
            <w:vAlign w:val="center"/>
          </w:tcPr>
          <w:p w14:paraId="5BBA5FFC"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801263C" w14:textId="77777777" w:rsidR="001865F2" w:rsidRPr="00D31D98" w:rsidRDefault="001865F2" w:rsidP="00966809">
            <w:pPr>
              <w:widowControl w:val="0"/>
            </w:pPr>
            <w:r w:rsidRPr="00D31D98">
              <w:rPr>
                <w:szCs w:val="24"/>
              </w:rPr>
              <w:t>Zainteresirati učenike za prirodne znanosti te poticati interes učenika za upis na prirodoslovne i tehničke fakultete. Pokazati učenicima zabavnu stranu STEM područja.</w:t>
            </w:r>
          </w:p>
        </w:tc>
      </w:tr>
      <w:tr w:rsidR="001865F2" w:rsidRPr="00D31D98" w14:paraId="1CEDE9E7" w14:textId="77777777" w:rsidTr="00966809">
        <w:trPr>
          <w:cantSplit/>
        </w:trPr>
        <w:tc>
          <w:tcPr>
            <w:tcW w:w="2381" w:type="dxa"/>
            <w:vAlign w:val="center"/>
          </w:tcPr>
          <w:p w14:paraId="35F15514"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659A56E"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382C132D"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0DE87141"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294D7E2A"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035457EC" w14:textId="77777777" w:rsidTr="00966809">
        <w:trPr>
          <w:cantSplit/>
        </w:trPr>
        <w:tc>
          <w:tcPr>
            <w:tcW w:w="2381" w:type="dxa"/>
            <w:vAlign w:val="center"/>
          </w:tcPr>
          <w:p w14:paraId="6E32F1D2"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373FA41" w14:textId="77777777" w:rsidR="001865F2" w:rsidRPr="00D31D98" w:rsidRDefault="001865F2" w:rsidP="00966809">
            <w:pPr>
              <w:widowControl w:val="0"/>
            </w:pPr>
            <w:r w:rsidRPr="00D31D98">
              <w:rPr>
                <w:szCs w:val="24"/>
              </w:rPr>
              <w:t>Sudjelovanje na predavanjima i radionicama organiziranim tijekom održavanja Festivala znanosti.</w:t>
            </w:r>
          </w:p>
        </w:tc>
      </w:tr>
      <w:tr w:rsidR="001865F2" w:rsidRPr="00D31D98" w14:paraId="3010B26C" w14:textId="77777777" w:rsidTr="00966809">
        <w:trPr>
          <w:cantSplit/>
        </w:trPr>
        <w:tc>
          <w:tcPr>
            <w:tcW w:w="2381" w:type="dxa"/>
            <w:vAlign w:val="center"/>
          </w:tcPr>
          <w:p w14:paraId="55BDB713"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A253289" w14:textId="77777777" w:rsidR="001865F2" w:rsidRPr="00D31D98" w:rsidRDefault="001865F2" w:rsidP="00966809">
            <w:pPr>
              <w:widowControl w:val="0"/>
            </w:pPr>
            <w:r w:rsidRPr="00D31D98">
              <w:rPr>
                <w:szCs w:val="24"/>
              </w:rPr>
              <w:t>Travanj 2027.</w:t>
            </w:r>
          </w:p>
        </w:tc>
      </w:tr>
      <w:tr w:rsidR="001865F2" w:rsidRPr="00D31D98" w14:paraId="41901EAE" w14:textId="77777777" w:rsidTr="00966809">
        <w:trPr>
          <w:cantSplit/>
        </w:trPr>
        <w:tc>
          <w:tcPr>
            <w:tcW w:w="2381" w:type="dxa"/>
            <w:vAlign w:val="center"/>
          </w:tcPr>
          <w:p w14:paraId="0B99AE5B" w14:textId="77777777" w:rsidR="001865F2" w:rsidRPr="00D31D98" w:rsidRDefault="001865F2" w:rsidP="00966809">
            <w:pPr>
              <w:widowControl w:val="0"/>
              <w:rPr>
                <w:b/>
              </w:rPr>
            </w:pPr>
            <w:r w:rsidRPr="00D31D98">
              <w:rPr>
                <w:b/>
                <w:bCs/>
                <w:szCs w:val="24"/>
              </w:rPr>
              <w:t>Troškovnik</w:t>
            </w:r>
          </w:p>
        </w:tc>
        <w:tc>
          <w:tcPr>
            <w:tcW w:w="6690" w:type="dxa"/>
            <w:vAlign w:val="center"/>
          </w:tcPr>
          <w:p w14:paraId="21C299B9" w14:textId="77777777" w:rsidR="001865F2" w:rsidRPr="00D31D98" w:rsidRDefault="001865F2" w:rsidP="00966809">
            <w:pPr>
              <w:widowControl w:val="0"/>
            </w:pPr>
            <w:r w:rsidRPr="00D31D98">
              <w:rPr>
                <w:szCs w:val="24"/>
              </w:rPr>
              <w:t>/</w:t>
            </w:r>
          </w:p>
        </w:tc>
      </w:tr>
      <w:tr w:rsidR="001865F2" w:rsidRPr="00D31D98" w14:paraId="32E83A7D" w14:textId="77777777" w:rsidTr="00966809">
        <w:trPr>
          <w:cantSplit/>
        </w:trPr>
        <w:tc>
          <w:tcPr>
            <w:tcW w:w="2381" w:type="dxa"/>
            <w:vAlign w:val="center"/>
          </w:tcPr>
          <w:p w14:paraId="50F5D63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22725F8" w14:textId="77777777" w:rsidR="001865F2" w:rsidRPr="00D31D98" w:rsidRDefault="001865F2" w:rsidP="00966809">
            <w:pPr>
              <w:widowControl w:val="0"/>
            </w:pPr>
            <w:r w:rsidRPr="00D31D98">
              <w:rPr>
                <w:szCs w:val="24"/>
              </w:rPr>
              <w:t>Nije predviđeno (projekt je namijenjen učenicima dodatne nastave i onim učenicima koji žele).</w:t>
            </w:r>
          </w:p>
        </w:tc>
      </w:tr>
    </w:tbl>
    <w:p w14:paraId="1218AB60"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0E8B770" w14:textId="77777777" w:rsidTr="00966809">
        <w:trPr>
          <w:cantSplit/>
        </w:trPr>
        <w:tc>
          <w:tcPr>
            <w:tcW w:w="2381" w:type="dxa"/>
            <w:vAlign w:val="center"/>
          </w:tcPr>
          <w:p w14:paraId="577343D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7BFD5667" w14:textId="77777777" w:rsidR="001865F2" w:rsidRPr="00D31D98" w:rsidRDefault="001865F2" w:rsidP="00966809">
            <w:pPr>
              <w:keepNext/>
              <w:widowControl w:val="0"/>
              <w:rPr>
                <w:b/>
              </w:rPr>
            </w:pPr>
            <w:r w:rsidRPr="00D31D98">
              <w:rPr>
                <w:b/>
                <w:bCs/>
                <w:szCs w:val="24"/>
              </w:rPr>
              <w:t>IZVANUČIONIČKA NASTAVA  -  NOĆ ZNANOSTI NA PTF-u</w:t>
            </w:r>
          </w:p>
        </w:tc>
      </w:tr>
      <w:tr w:rsidR="001865F2" w:rsidRPr="00D31D98" w14:paraId="7D03B60C" w14:textId="77777777" w:rsidTr="00966809">
        <w:trPr>
          <w:cantSplit/>
        </w:trPr>
        <w:tc>
          <w:tcPr>
            <w:tcW w:w="2381" w:type="dxa"/>
            <w:vAlign w:val="center"/>
          </w:tcPr>
          <w:p w14:paraId="3AD20DA4" w14:textId="77777777" w:rsidR="001865F2" w:rsidRPr="00D31D98" w:rsidRDefault="001865F2" w:rsidP="00966809">
            <w:pPr>
              <w:widowControl w:val="0"/>
              <w:rPr>
                <w:b/>
              </w:rPr>
            </w:pPr>
            <w:r w:rsidRPr="00D31D98">
              <w:rPr>
                <w:b/>
                <w:bCs/>
                <w:szCs w:val="24"/>
              </w:rPr>
              <w:t>Ciljevi</w:t>
            </w:r>
          </w:p>
        </w:tc>
        <w:tc>
          <w:tcPr>
            <w:tcW w:w="6690" w:type="dxa"/>
            <w:vAlign w:val="center"/>
          </w:tcPr>
          <w:p w14:paraId="27623122" w14:textId="77777777" w:rsidR="001865F2" w:rsidRPr="00D31D98" w:rsidRDefault="001865F2" w:rsidP="00966809">
            <w:pPr>
              <w:widowControl w:val="0"/>
            </w:pPr>
            <w:r w:rsidRPr="00D31D98">
              <w:rPr>
                <w:szCs w:val="24"/>
              </w:rPr>
              <w:t>Upoznati učenike sa znanstvenim metodama i osnovama laboratorijskog rada.</w:t>
            </w:r>
          </w:p>
        </w:tc>
      </w:tr>
      <w:tr w:rsidR="001865F2" w:rsidRPr="00D31D98" w14:paraId="03A306D3" w14:textId="77777777" w:rsidTr="00966809">
        <w:trPr>
          <w:cantSplit/>
        </w:trPr>
        <w:tc>
          <w:tcPr>
            <w:tcW w:w="2381" w:type="dxa"/>
            <w:vAlign w:val="center"/>
          </w:tcPr>
          <w:p w14:paraId="126BDC41"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4EED60AF" w14:textId="77777777" w:rsidR="001865F2" w:rsidRPr="00D31D98" w:rsidRDefault="001865F2" w:rsidP="00966809">
            <w:pPr>
              <w:widowControl w:val="0"/>
            </w:pPr>
            <w:r w:rsidRPr="00D31D98">
              <w:rPr>
                <w:szCs w:val="24"/>
              </w:rPr>
              <w:t>Zainteresirati učenike za prirodne znanosti te poticati interes učenika za upis na prirodoslovne i tehničke fakultete. Pokazati učenicima zabavnu stranu STEM područja.</w:t>
            </w:r>
          </w:p>
        </w:tc>
      </w:tr>
      <w:tr w:rsidR="001865F2" w:rsidRPr="00D31D98" w14:paraId="609355AD" w14:textId="77777777" w:rsidTr="00966809">
        <w:trPr>
          <w:cantSplit/>
        </w:trPr>
        <w:tc>
          <w:tcPr>
            <w:tcW w:w="2381" w:type="dxa"/>
            <w:vAlign w:val="center"/>
          </w:tcPr>
          <w:p w14:paraId="204979B0"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DCE0EC8"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2519F130"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6F4692CE"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017AD6E9"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20A81AFC" w14:textId="77777777" w:rsidTr="00966809">
        <w:trPr>
          <w:cantSplit/>
        </w:trPr>
        <w:tc>
          <w:tcPr>
            <w:tcW w:w="2381" w:type="dxa"/>
            <w:vAlign w:val="center"/>
          </w:tcPr>
          <w:p w14:paraId="0F4AAE0F"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F043D15" w14:textId="77777777" w:rsidR="001865F2" w:rsidRPr="00D31D98" w:rsidRDefault="001865F2" w:rsidP="00966809">
            <w:pPr>
              <w:widowControl w:val="0"/>
            </w:pPr>
            <w:r w:rsidRPr="00D31D98">
              <w:rPr>
                <w:szCs w:val="24"/>
              </w:rPr>
              <w:t>Sudjelovanje na predavanjima i radionicama organiziranim tijekom održavanja Noći znanosti koje sadržajno prate GIK nastavnog predmeta biologije.</w:t>
            </w:r>
          </w:p>
        </w:tc>
      </w:tr>
      <w:tr w:rsidR="001865F2" w:rsidRPr="00D31D98" w14:paraId="02536186" w14:textId="77777777" w:rsidTr="00966809">
        <w:trPr>
          <w:cantSplit/>
        </w:trPr>
        <w:tc>
          <w:tcPr>
            <w:tcW w:w="2381" w:type="dxa"/>
            <w:vAlign w:val="center"/>
          </w:tcPr>
          <w:p w14:paraId="6C1FEC8B"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FC276C7" w14:textId="77777777" w:rsidR="001865F2" w:rsidRPr="00D31D98" w:rsidRDefault="001865F2" w:rsidP="00966809">
            <w:pPr>
              <w:widowControl w:val="0"/>
            </w:pPr>
            <w:r w:rsidRPr="00D31D98">
              <w:rPr>
                <w:szCs w:val="24"/>
              </w:rPr>
              <w:t>Veljača 2027.</w:t>
            </w:r>
          </w:p>
        </w:tc>
      </w:tr>
      <w:tr w:rsidR="001865F2" w:rsidRPr="00D31D98" w14:paraId="1C2DC75F" w14:textId="77777777" w:rsidTr="00966809">
        <w:trPr>
          <w:cantSplit/>
        </w:trPr>
        <w:tc>
          <w:tcPr>
            <w:tcW w:w="2381" w:type="dxa"/>
            <w:vAlign w:val="center"/>
          </w:tcPr>
          <w:p w14:paraId="53D1121E" w14:textId="77777777" w:rsidR="001865F2" w:rsidRPr="00D31D98" w:rsidRDefault="001865F2" w:rsidP="00966809">
            <w:pPr>
              <w:widowControl w:val="0"/>
              <w:rPr>
                <w:b/>
              </w:rPr>
            </w:pPr>
            <w:r w:rsidRPr="00D31D98">
              <w:rPr>
                <w:b/>
                <w:bCs/>
                <w:szCs w:val="24"/>
              </w:rPr>
              <w:t>Troškovnik</w:t>
            </w:r>
          </w:p>
        </w:tc>
        <w:tc>
          <w:tcPr>
            <w:tcW w:w="6690" w:type="dxa"/>
            <w:vAlign w:val="center"/>
          </w:tcPr>
          <w:p w14:paraId="16B0EAD6" w14:textId="77777777" w:rsidR="001865F2" w:rsidRPr="00D31D98" w:rsidRDefault="001865F2" w:rsidP="00966809">
            <w:pPr>
              <w:widowControl w:val="0"/>
            </w:pPr>
            <w:r w:rsidRPr="00D31D98">
              <w:rPr>
                <w:szCs w:val="24"/>
              </w:rPr>
              <w:t>/</w:t>
            </w:r>
          </w:p>
        </w:tc>
      </w:tr>
      <w:tr w:rsidR="001865F2" w:rsidRPr="00D31D98" w14:paraId="0076801B" w14:textId="77777777" w:rsidTr="00966809">
        <w:trPr>
          <w:cantSplit/>
        </w:trPr>
        <w:tc>
          <w:tcPr>
            <w:tcW w:w="2381" w:type="dxa"/>
            <w:vAlign w:val="center"/>
          </w:tcPr>
          <w:p w14:paraId="234640C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592F239F" w14:textId="77777777" w:rsidR="001865F2" w:rsidRPr="00D31D98" w:rsidRDefault="001865F2" w:rsidP="00966809">
            <w:pPr>
              <w:widowControl w:val="0"/>
            </w:pPr>
            <w:r w:rsidRPr="00D31D98">
              <w:rPr>
                <w:szCs w:val="24"/>
              </w:rPr>
              <w:t>Opisno praćenje.</w:t>
            </w:r>
          </w:p>
        </w:tc>
      </w:tr>
    </w:tbl>
    <w:p w14:paraId="5D1D2A2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602F30E" w14:textId="77777777" w:rsidTr="00966809">
        <w:trPr>
          <w:cantSplit/>
        </w:trPr>
        <w:tc>
          <w:tcPr>
            <w:tcW w:w="2381" w:type="dxa"/>
            <w:vAlign w:val="center"/>
          </w:tcPr>
          <w:p w14:paraId="42E709AA"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46A887D" w14:textId="77777777" w:rsidR="001865F2" w:rsidRPr="00D31D98" w:rsidRDefault="001865F2" w:rsidP="00966809">
            <w:pPr>
              <w:keepNext/>
              <w:widowControl w:val="0"/>
              <w:rPr>
                <w:b/>
              </w:rPr>
            </w:pPr>
            <w:r w:rsidRPr="00D31D98">
              <w:rPr>
                <w:b/>
                <w:bCs/>
                <w:szCs w:val="24"/>
              </w:rPr>
              <w:t>IZVANUČIONIČKA NASTAVA  -  TJEDAN MOZGA</w:t>
            </w:r>
          </w:p>
        </w:tc>
      </w:tr>
      <w:tr w:rsidR="001865F2" w:rsidRPr="00D31D98" w14:paraId="75515203" w14:textId="77777777" w:rsidTr="00966809">
        <w:trPr>
          <w:cantSplit/>
        </w:trPr>
        <w:tc>
          <w:tcPr>
            <w:tcW w:w="2381" w:type="dxa"/>
            <w:vAlign w:val="center"/>
          </w:tcPr>
          <w:p w14:paraId="6A336382" w14:textId="77777777" w:rsidR="001865F2" w:rsidRPr="00D31D98" w:rsidRDefault="001865F2" w:rsidP="00966809">
            <w:pPr>
              <w:widowControl w:val="0"/>
              <w:rPr>
                <w:b/>
              </w:rPr>
            </w:pPr>
            <w:r w:rsidRPr="00D31D98">
              <w:rPr>
                <w:b/>
                <w:bCs/>
                <w:szCs w:val="24"/>
              </w:rPr>
              <w:t>Ciljevi</w:t>
            </w:r>
          </w:p>
        </w:tc>
        <w:tc>
          <w:tcPr>
            <w:tcW w:w="6690" w:type="dxa"/>
            <w:vAlign w:val="center"/>
          </w:tcPr>
          <w:p w14:paraId="507D6325" w14:textId="77777777" w:rsidR="001865F2" w:rsidRPr="00D31D98" w:rsidRDefault="001865F2" w:rsidP="00966809">
            <w:pPr>
              <w:widowControl w:val="0"/>
            </w:pPr>
            <w:r w:rsidRPr="00D31D98">
              <w:rPr>
                <w:szCs w:val="24"/>
              </w:rPr>
              <w:t>Upoznati učenike sa značenjem istraživanja mozga u 21. Stoljeću- Stoljeću uma. Promocija znanja o mozgu i bolestima mozga.</w:t>
            </w:r>
          </w:p>
        </w:tc>
      </w:tr>
      <w:tr w:rsidR="001865F2" w:rsidRPr="00D31D98" w14:paraId="5C603D19" w14:textId="77777777" w:rsidTr="00966809">
        <w:trPr>
          <w:cantSplit/>
        </w:trPr>
        <w:tc>
          <w:tcPr>
            <w:tcW w:w="2381" w:type="dxa"/>
            <w:vAlign w:val="center"/>
          </w:tcPr>
          <w:p w14:paraId="4BC4398C"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1E07E76" w14:textId="77777777" w:rsidR="001865F2" w:rsidRPr="00D31D98" w:rsidRDefault="001865F2" w:rsidP="00966809">
            <w:pPr>
              <w:widowControl w:val="0"/>
            </w:pPr>
            <w:r w:rsidRPr="00D31D98">
              <w:rPr>
                <w:szCs w:val="24"/>
              </w:rPr>
              <w:t>Upoznati učenike sa tajnama mozga te povezati pravilno funkcioniranje mozga sa zdravim životnim stilom i prehranom.</w:t>
            </w:r>
          </w:p>
        </w:tc>
      </w:tr>
      <w:tr w:rsidR="001865F2" w:rsidRPr="00D31D98" w14:paraId="0A096DEC" w14:textId="77777777" w:rsidTr="00966809">
        <w:trPr>
          <w:cantSplit/>
        </w:trPr>
        <w:tc>
          <w:tcPr>
            <w:tcW w:w="2381" w:type="dxa"/>
            <w:vAlign w:val="center"/>
          </w:tcPr>
          <w:p w14:paraId="7314C5D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EF5C5AE" w14:textId="77777777" w:rsidR="001865F2" w:rsidRPr="00D31D98" w:rsidRDefault="001865F2" w:rsidP="00966809">
            <w:pPr>
              <w:widowControl w:val="0"/>
            </w:pPr>
            <w:r w:rsidRPr="00D31D98">
              <w:rPr>
                <w:szCs w:val="24"/>
              </w:rPr>
              <w:t xml:space="preserve">Dragica </w:t>
            </w:r>
            <w:proofErr w:type="spellStart"/>
            <w:r w:rsidRPr="00D31D98">
              <w:rPr>
                <w:szCs w:val="24"/>
              </w:rPr>
              <w:t>Predrijevac</w:t>
            </w:r>
            <w:proofErr w:type="spellEnd"/>
            <w:r w:rsidRPr="00D31D98">
              <w:rPr>
                <w:szCs w:val="24"/>
              </w:rPr>
              <w:t>, prof.</w:t>
            </w:r>
          </w:p>
          <w:p w14:paraId="35AD8DA3" w14:textId="77777777" w:rsidR="001865F2" w:rsidRPr="00D31D98" w:rsidRDefault="001865F2" w:rsidP="00966809">
            <w:pPr>
              <w:widowControl w:val="0"/>
            </w:pPr>
            <w:r w:rsidRPr="00D31D98">
              <w:rPr>
                <w:szCs w:val="24"/>
              </w:rPr>
              <w:t xml:space="preserve">Maja </w:t>
            </w:r>
            <w:proofErr w:type="spellStart"/>
            <w:r w:rsidRPr="00D31D98">
              <w:rPr>
                <w:szCs w:val="24"/>
              </w:rPr>
              <w:t>Abramić</w:t>
            </w:r>
            <w:proofErr w:type="spellEnd"/>
            <w:r w:rsidRPr="00D31D98">
              <w:rPr>
                <w:szCs w:val="24"/>
              </w:rPr>
              <w:t>-Peterlić, prof.</w:t>
            </w:r>
          </w:p>
          <w:p w14:paraId="5E1F6F91"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77080735" w14:textId="77777777" w:rsidR="001865F2" w:rsidRPr="00D31D98" w:rsidRDefault="001865F2" w:rsidP="00966809">
            <w:pPr>
              <w:widowControl w:val="0"/>
            </w:pPr>
            <w:r w:rsidRPr="00D31D98">
              <w:rPr>
                <w:szCs w:val="24"/>
              </w:rPr>
              <w:t xml:space="preserve">Branka </w:t>
            </w:r>
            <w:proofErr w:type="spellStart"/>
            <w:r w:rsidRPr="00D31D98">
              <w:rPr>
                <w:szCs w:val="24"/>
              </w:rPr>
              <w:t>Viljanac</w:t>
            </w:r>
            <w:proofErr w:type="spellEnd"/>
            <w:r w:rsidRPr="00D31D98">
              <w:rPr>
                <w:szCs w:val="24"/>
              </w:rPr>
              <w:t>, prof.</w:t>
            </w:r>
          </w:p>
        </w:tc>
      </w:tr>
      <w:tr w:rsidR="001865F2" w:rsidRPr="00D31D98" w14:paraId="7078B470" w14:textId="77777777" w:rsidTr="00966809">
        <w:trPr>
          <w:cantSplit/>
        </w:trPr>
        <w:tc>
          <w:tcPr>
            <w:tcW w:w="2381" w:type="dxa"/>
            <w:vAlign w:val="center"/>
          </w:tcPr>
          <w:p w14:paraId="26CABF57"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B1B46D2" w14:textId="77777777" w:rsidR="001865F2" w:rsidRPr="00D31D98" w:rsidRDefault="001865F2" w:rsidP="00966809">
            <w:pPr>
              <w:widowControl w:val="0"/>
            </w:pPr>
            <w:r w:rsidRPr="00D31D98">
              <w:rPr>
                <w:szCs w:val="24"/>
              </w:rPr>
              <w:t>Sudjelovanje na predavanjima i radionicama organiziranim tijekom održavanja Tjedna mozga.</w:t>
            </w:r>
          </w:p>
        </w:tc>
      </w:tr>
      <w:tr w:rsidR="001865F2" w:rsidRPr="00D31D98" w14:paraId="435AA45B" w14:textId="77777777" w:rsidTr="00966809">
        <w:trPr>
          <w:cantSplit/>
        </w:trPr>
        <w:tc>
          <w:tcPr>
            <w:tcW w:w="2381" w:type="dxa"/>
            <w:vAlign w:val="center"/>
          </w:tcPr>
          <w:p w14:paraId="61AF17D5"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5323CFE" w14:textId="77777777" w:rsidR="001865F2" w:rsidRPr="00D31D98" w:rsidRDefault="001865F2" w:rsidP="00966809">
            <w:pPr>
              <w:widowControl w:val="0"/>
            </w:pPr>
            <w:r w:rsidRPr="00D31D98">
              <w:rPr>
                <w:szCs w:val="24"/>
              </w:rPr>
              <w:t>Ožujak 2027.</w:t>
            </w:r>
          </w:p>
        </w:tc>
      </w:tr>
      <w:tr w:rsidR="001865F2" w:rsidRPr="00D31D98" w14:paraId="6D7A321C" w14:textId="77777777" w:rsidTr="00966809">
        <w:trPr>
          <w:cantSplit/>
        </w:trPr>
        <w:tc>
          <w:tcPr>
            <w:tcW w:w="2381" w:type="dxa"/>
            <w:vAlign w:val="center"/>
          </w:tcPr>
          <w:p w14:paraId="076006DC" w14:textId="77777777" w:rsidR="001865F2" w:rsidRPr="00D31D98" w:rsidRDefault="001865F2" w:rsidP="00966809">
            <w:pPr>
              <w:widowControl w:val="0"/>
              <w:rPr>
                <w:b/>
              </w:rPr>
            </w:pPr>
            <w:r w:rsidRPr="00D31D98">
              <w:rPr>
                <w:b/>
                <w:bCs/>
                <w:szCs w:val="24"/>
              </w:rPr>
              <w:t>Troškovnik</w:t>
            </w:r>
          </w:p>
        </w:tc>
        <w:tc>
          <w:tcPr>
            <w:tcW w:w="6690" w:type="dxa"/>
            <w:vAlign w:val="center"/>
          </w:tcPr>
          <w:p w14:paraId="09F3EA8F" w14:textId="77777777" w:rsidR="001865F2" w:rsidRPr="00D31D98" w:rsidRDefault="001865F2" w:rsidP="00966809">
            <w:pPr>
              <w:widowControl w:val="0"/>
            </w:pPr>
            <w:r w:rsidRPr="00D31D98">
              <w:rPr>
                <w:szCs w:val="24"/>
              </w:rPr>
              <w:t>/</w:t>
            </w:r>
          </w:p>
        </w:tc>
      </w:tr>
      <w:tr w:rsidR="001865F2" w:rsidRPr="00D31D98" w14:paraId="3A873C37" w14:textId="77777777" w:rsidTr="00966809">
        <w:trPr>
          <w:cantSplit/>
        </w:trPr>
        <w:tc>
          <w:tcPr>
            <w:tcW w:w="2381" w:type="dxa"/>
            <w:vAlign w:val="center"/>
          </w:tcPr>
          <w:p w14:paraId="03E144ED"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741DE92C" w14:textId="77777777" w:rsidR="001865F2" w:rsidRPr="00D31D98" w:rsidRDefault="001865F2" w:rsidP="00966809">
            <w:pPr>
              <w:widowControl w:val="0"/>
            </w:pPr>
            <w:r w:rsidRPr="00D31D98">
              <w:rPr>
                <w:szCs w:val="24"/>
              </w:rPr>
              <w:t>Opisno praćenje.</w:t>
            </w:r>
          </w:p>
        </w:tc>
      </w:tr>
    </w:tbl>
    <w:p w14:paraId="711DCDF0" w14:textId="77777777" w:rsidR="001865F2" w:rsidRPr="00D31D98" w:rsidRDefault="001865F2" w:rsidP="001865F2">
      <w:pPr>
        <w:spacing w:after="0"/>
      </w:pPr>
    </w:p>
    <w:p w14:paraId="1F7266BA" w14:textId="77777777" w:rsidR="001865F2" w:rsidRPr="00D31D98" w:rsidRDefault="001865F2" w:rsidP="001865F2">
      <w:pPr>
        <w:spacing w:after="120"/>
      </w:pPr>
      <w:r w:rsidRPr="00D31D98">
        <w:rPr>
          <w:szCs w:val="24"/>
        </w:rPr>
        <w:t>U korelaciji s ostalim srodnim nastavnim predmetima (biologija, fizika, geografija i dr.) obilježavat će se nadnevci vezani uz prirodu, Zemlju, ekologiju, evoluciju i ljudsko zdravlje.</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9071"/>
      </w:tblGrid>
      <w:tr w:rsidR="001865F2" w:rsidRPr="00D31D98" w14:paraId="26067D26" w14:textId="77777777" w:rsidTr="00966809">
        <w:tc>
          <w:tcPr>
            <w:tcW w:w="9071" w:type="dxa"/>
            <w:vAlign w:val="center"/>
          </w:tcPr>
          <w:p w14:paraId="02DBAED6" w14:textId="77777777" w:rsidR="001865F2" w:rsidRPr="00D31D98" w:rsidRDefault="001865F2" w:rsidP="00966809">
            <w:pPr>
              <w:keepNext/>
              <w:widowControl w:val="0"/>
            </w:pPr>
            <w:r w:rsidRPr="00D31D98">
              <w:rPr>
                <w:szCs w:val="24"/>
              </w:rPr>
              <w:t>➢ 22. 03. ------ SVJETSKI DAN VODA</w:t>
            </w:r>
          </w:p>
          <w:p w14:paraId="40CF033C" w14:textId="77777777" w:rsidR="001865F2" w:rsidRPr="00D31D98" w:rsidRDefault="001865F2" w:rsidP="00966809">
            <w:pPr>
              <w:keepNext/>
              <w:widowControl w:val="0"/>
            </w:pPr>
            <w:r w:rsidRPr="00D31D98">
              <w:rPr>
                <w:szCs w:val="24"/>
              </w:rPr>
              <w:t>➢ 22. 04. ------ DAN PLANETA ZEMLJE</w:t>
            </w:r>
          </w:p>
          <w:p w14:paraId="60BBF72E" w14:textId="77777777" w:rsidR="001865F2" w:rsidRPr="00D31D98" w:rsidRDefault="001865F2" w:rsidP="00966809">
            <w:pPr>
              <w:keepNext/>
              <w:widowControl w:val="0"/>
            </w:pPr>
            <w:r w:rsidRPr="00D31D98">
              <w:rPr>
                <w:szCs w:val="24"/>
              </w:rPr>
              <w:t>➢ 05. 06. ------ SVJETSKI DAN ZAŠTITE OKOLIŠA</w:t>
            </w:r>
          </w:p>
        </w:tc>
      </w:tr>
      <w:tr w:rsidR="001865F2" w:rsidRPr="00D31D98" w14:paraId="50A0940C" w14:textId="77777777" w:rsidTr="00966809">
        <w:tc>
          <w:tcPr>
            <w:tcW w:w="9071" w:type="dxa"/>
            <w:vAlign w:val="center"/>
          </w:tcPr>
          <w:p w14:paraId="61FBE1AF" w14:textId="77777777" w:rsidR="001865F2" w:rsidRPr="00D31D98" w:rsidRDefault="001865F2" w:rsidP="00966809">
            <w:pPr>
              <w:widowControl w:val="0"/>
            </w:pPr>
            <w:r w:rsidRPr="00D31D98">
              <w:rPr>
                <w:szCs w:val="24"/>
              </w:rPr>
              <w:t>➢ U korelaciji s ostalim srodnim nastavnim predmetima (kemija, fizika, geografija,…) obilježavanje nadnevaka vezanih za prirodu, Zemlju, ekologiju, evoluciju, ljudsko zdravlje....( dan nepušenja, dan borbe protiv AIDS-a, dan borbe protiv raka, dan Crvenog križa, dan planeta Zemlje.........)</w:t>
            </w:r>
          </w:p>
          <w:p w14:paraId="170DF056" w14:textId="77777777" w:rsidR="001865F2" w:rsidRPr="00D31D98" w:rsidRDefault="001865F2" w:rsidP="00966809">
            <w:pPr>
              <w:widowControl w:val="0"/>
            </w:pPr>
            <w:r w:rsidRPr="00D31D98">
              <w:rPr>
                <w:szCs w:val="24"/>
              </w:rPr>
              <w:t>➢ Izrada plakata, fotografija, shema, crteža u okviru redovne nastave</w:t>
            </w:r>
          </w:p>
          <w:p w14:paraId="0CC9CD17" w14:textId="77777777" w:rsidR="001865F2" w:rsidRPr="00D31D98" w:rsidRDefault="001865F2" w:rsidP="00966809">
            <w:pPr>
              <w:widowControl w:val="0"/>
            </w:pPr>
            <w:r w:rsidRPr="00D31D98">
              <w:rPr>
                <w:szCs w:val="24"/>
              </w:rPr>
              <w:lastRenderedPageBreak/>
              <w:t>➢ U provedbi sudjeluju učenici na dobrovoljnoj bazi</w:t>
            </w:r>
          </w:p>
          <w:p w14:paraId="34CDA786" w14:textId="77777777" w:rsidR="001865F2" w:rsidRPr="00D31D98" w:rsidRDefault="001865F2" w:rsidP="00966809">
            <w:pPr>
              <w:widowControl w:val="0"/>
            </w:pPr>
            <w:r w:rsidRPr="00D31D98">
              <w:rPr>
                <w:szCs w:val="24"/>
              </w:rPr>
              <w:t>➢ Obilježavanje nadnevaka integrirati u nastavne sadržaje, u korelaciji sa srodnim nastavnim predmetima</w:t>
            </w:r>
          </w:p>
        </w:tc>
      </w:tr>
    </w:tbl>
    <w:p w14:paraId="3B5C7E6E"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878BD59" w14:textId="77777777" w:rsidTr="00966809">
        <w:trPr>
          <w:cantSplit/>
        </w:trPr>
        <w:tc>
          <w:tcPr>
            <w:tcW w:w="2381" w:type="dxa"/>
            <w:vAlign w:val="center"/>
          </w:tcPr>
          <w:p w14:paraId="666B1547"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51C4466" w14:textId="77777777" w:rsidR="001865F2" w:rsidRPr="00D31D98" w:rsidRDefault="001865F2" w:rsidP="00966809">
            <w:pPr>
              <w:keepNext/>
              <w:widowControl w:val="0"/>
              <w:rPr>
                <w:b/>
              </w:rPr>
            </w:pPr>
            <w:r w:rsidRPr="00D31D98">
              <w:rPr>
                <w:b/>
                <w:bCs/>
                <w:szCs w:val="24"/>
              </w:rPr>
              <w:t>Festival znanosti</w:t>
            </w:r>
          </w:p>
        </w:tc>
      </w:tr>
      <w:tr w:rsidR="001865F2" w:rsidRPr="00D31D98" w14:paraId="0779F3EB" w14:textId="77777777" w:rsidTr="00966809">
        <w:trPr>
          <w:cantSplit/>
        </w:trPr>
        <w:tc>
          <w:tcPr>
            <w:tcW w:w="2381" w:type="dxa"/>
            <w:vAlign w:val="center"/>
          </w:tcPr>
          <w:p w14:paraId="6B04ACF6" w14:textId="77777777" w:rsidR="001865F2" w:rsidRPr="00D31D98" w:rsidRDefault="001865F2" w:rsidP="00966809">
            <w:pPr>
              <w:widowControl w:val="0"/>
              <w:rPr>
                <w:b/>
              </w:rPr>
            </w:pPr>
            <w:r w:rsidRPr="00D31D98">
              <w:rPr>
                <w:b/>
                <w:bCs/>
                <w:szCs w:val="24"/>
              </w:rPr>
              <w:t>Ciljevi</w:t>
            </w:r>
          </w:p>
        </w:tc>
        <w:tc>
          <w:tcPr>
            <w:tcW w:w="6690" w:type="dxa"/>
            <w:vAlign w:val="center"/>
          </w:tcPr>
          <w:p w14:paraId="2D6C4AF6" w14:textId="77777777" w:rsidR="001865F2" w:rsidRPr="00D31D98" w:rsidRDefault="001865F2" w:rsidP="00966809">
            <w:pPr>
              <w:widowControl w:val="0"/>
            </w:pPr>
            <w:r w:rsidRPr="00D31D98">
              <w:rPr>
                <w:szCs w:val="24"/>
              </w:rPr>
              <w:t>Upoznati učenike sa znanstvenim metodama i postignućima.</w:t>
            </w:r>
          </w:p>
          <w:p w14:paraId="2E8480EE" w14:textId="77777777" w:rsidR="001865F2" w:rsidRPr="00D31D98" w:rsidRDefault="001865F2" w:rsidP="00966809">
            <w:pPr>
              <w:widowControl w:val="0"/>
            </w:pPr>
            <w:r w:rsidRPr="00D31D98">
              <w:rPr>
                <w:szCs w:val="24"/>
              </w:rPr>
              <w:t>Povezati kemiju sa ostalim znanstvenim disciplinama.</w:t>
            </w:r>
          </w:p>
          <w:p w14:paraId="2C5301D4" w14:textId="77777777" w:rsidR="001865F2" w:rsidRPr="00D31D98" w:rsidRDefault="001865F2" w:rsidP="00966809">
            <w:pPr>
              <w:widowControl w:val="0"/>
            </w:pPr>
            <w:r w:rsidRPr="00D31D98">
              <w:rPr>
                <w:szCs w:val="24"/>
              </w:rPr>
              <w:t>Popularizacija STEM područja.</w:t>
            </w:r>
          </w:p>
        </w:tc>
      </w:tr>
      <w:tr w:rsidR="001865F2" w:rsidRPr="00D31D98" w14:paraId="443A0976" w14:textId="77777777" w:rsidTr="00966809">
        <w:trPr>
          <w:cantSplit/>
        </w:trPr>
        <w:tc>
          <w:tcPr>
            <w:tcW w:w="2381" w:type="dxa"/>
            <w:vAlign w:val="center"/>
          </w:tcPr>
          <w:p w14:paraId="6C8F1FF0"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9C9226A" w14:textId="77777777" w:rsidR="001865F2" w:rsidRPr="00D31D98" w:rsidRDefault="001865F2" w:rsidP="00966809">
            <w:pPr>
              <w:widowControl w:val="0"/>
            </w:pPr>
            <w:r w:rsidRPr="00D31D98">
              <w:rPr>
                <w:szCs w:val="24"/>
              </w:rPr>
              <w:t>Zainteresirati učenike za prirodne znanosti te poticati interes učenika za upis na prirodoslovne i tehničke fakultete.</w:t>
            </w:r>
          </w:p>
        </w:tc>
      </w:tr>
      <w:tr w:rsidR="001865F2" w:rsidRPr="00D31D98" w14:paraId="560E49C0" w14:textId="77777777" w:rsidTr="00966809">
        <w:trPr>
          <w:cantSplit/>
        </w:trPr>
        <w:tc>
          <w:tcPr>
            <w:tcW w:w="2381" w:type="dxa"/>
            <w:vAlign w:val="center"/>
          </w:tcPr>
          <w:p w14:paraId="0189BC4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C07A890" w14:textId="77777777" w:rsidR="001865F2" w:rsidRPr="00D31D98" w:rsidRDefault="001865F2" w:rsidP="00966809">
            <w:pPr>
              <w:widowControl w:val="0"/>
            </w:pPr>
            <w:r w:rsidRPr="00D31D98">
              <w:rPr>
                <w:szCs w:val="24"/>
              </w:rPr>
              <w:t xml:space="preserve">Mirta </w:t>
            </w:r>
            <w:proofErr w:type="spellStart"/>
            <w:r w:rsidRPr="00D31D98">
              <w:rPr>
                <w:szCs w:val="24"/>
              </w:rPr>
              <w:t>Engelhart</w:t>
            </w:r>
            <w:proofErr w:type="spellEnd"/>
            <w:r w:rsidRPr="00D31D98">
              <w:rPr>
                <w:szCs w:val="24"/>
              </w:rPr>
              <w:t>, prof.</w:t>
            </w:r>
          </w:p>
          <w:p w14:paraId="6CDA5076"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0E4DB465" w14:textId="77777777" w:rsidR="001865F2" w:rsidRPr="00D31D98" w:rsidRDefault="001865F2" w:rsidP="00966809">
            <w:pPr>
              <w:widowControl w:val="0"/>
            </w:pPr>
            <w:r w:rsidRPr="00D31D98">
              <w:rPr>
                <w:szCs w:val="24"/>
              </w:rPr>
              <w:t>Ljiljana Kovačević, prof.</w:t>
            </w:r>
          </w:p>
        </w:tc>
      </w:tr>
      <w:tr w:rsidR="001865F2" w:rsidRPr="00D31D98" w14:paraId="455820B1" w14:textId="77777777" w:rsidTr="00966809">
        <w:trPr>
          <w:cantSplit/>
        </w:trPr>
        <w:tc>
          <w:tcPr>
            <w:tcW w:w="2381" w:type="dxa"/>
            <w:vAlign w:val="center"/>
          </w:tcPr>
          <w:p w14:paraId="7D303A64"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E3D00E5" w14:textId="77777777" w:rsidR="001865F2" w:rsidRPr="00D31D98" w:rsidRDefault="001865F2" w:rsidP="00966809">
            <w:pPr>
              <w:widowControl w:val="0"/>
            </w:pPr>
            <w:r w:rsidRPr="00D31D98">
              <w:rPr>
                <w:szCs w:val="24"/>
              </w:rPr>
              <w:t>Sudjelovanje na predavanjima i radionicama organiziranim tijekom održavanja Festivala znanosti na Prehrambeno-tehnološkom fakultetu Osijek i Odjelu za kemiju.</w:t>
            </w:r>
          </w:p>
        </w:tc>
      </w:tr>
      <w:tr w:rsidR="001865F2" w:rsidRPr="00D31D98" w14:paraId="22F916C7" w14:textId="77777777" w:rsidTr="00966809">
        <w:trPr>
          <w:cantSplit/>
        </w:trPr>
        <w:tc>
          <w:tcPr>
            <w:tcW w:w="2381" w:type="dxa"/>
            <w:vAlign w:val="center"/>
          </w:tcPr>
          <w:p w14:paraId="60EAF56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30D6293F" w14:textId="77777777" w:rsidR="001865F2" w:rsidRPr="00D31D98" w:rsidRDefault="001865F2" w:rsidP="00966809">
            <w:pPr>
              <w:widowControl w:val="0"/>
            </w:pPr>
            <w:r w:rsidRPr="00D31D98">
              <w:rPr>
                <w:szCs w:val="24"/>
              </w:rPr>
              <w:t>travanj 2027.</w:t>
            </w:r>
          </w:p>
        </w:tc>
      </w:tr>
      <w:tr w:rsidR="001865F2" w:rsidRPr="00D31D98" w14:paraId="765E26B5" w14:textId="77777777" w:rsidTr="00966809">
        <w:trPr>
          <w:cantSplit/>
        </w:trPr>
        <w:tc>
          <w:tcPr>
            <w:tcW w:w="2381" w:type="dxa"/>
            <w:vAlign w:val="center"/>
          </w:tcPr>
          <w:p w14:paraId="48EB8F4F" w14:textId="77777777" w:rsidR="001865F2" w:rsidRPr="00D31D98" w:rsidRDefault="001865F2" w:rsidP="00966809">
            <w:pPr>
              <w:widowControl w:val="0"/>
              <w:rPr>
                <w:b/>
              </w:rPr>
            </w:pPr>
            <w:r w:rsidRPr="00D31D98">
              <w:rPr>
                <w:b/>
                <w:bCs/>
                <w:szCs w:val="24"/>
              </w:rPr>
              <w:t>Troškovnik</w:t>
            </w:r>
          </w:p>
        </w:tc>
        <w:tc>
          <w:tcPr>
            <w:tcW w:w="6690" w:type="dxa"/>
            <w:vAlign w:val="center"/>
          </w:tcPr>
          <w:p w14:paraId="0FE59A53" w14:textId="77777777" w:rsidR="001865F2" w:rsidRPr="00D31D98" w:rsidRDefault="001865F2" w:rsidP="00966809">
            <w:pPr>
              <w:widowControl w:val="0"/>
            </w:pPr>
            <w:r w:rsidRPr="00D31D98">
              <w:rPr>
                <w:szCs w:val="24"/>
              </w:rPr>
              <w:t>nema</w:t>
            </w:r>
          </w:p>
        </w:tc>
      </w:tr>
      <w:tr w:rsidR="001865F2" w:rsidRPr="00D31D98" w14:paraId="76999DB7" w14:textId="77777777" w:rsidTr="00966809">
        <w:trPr>
          <w:cantSplit/>
        </w:trPr>
        <w:tc>
          <w:tcPr>
            <w:tcW w:w="2381" w:type="dxa"/>
            <w:vAlign w:val="center"/>
          </w:tcPr>
          <w:p w14:paraId="14FFF5AD"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A80B481" w14:textId="77777777" w:rsidR="001865F2" w:rsidRPr="00D31D98" w:rsidRDefault="001865F2" w:rsidP="00966809">
            <w:pPr>
              <w:widowControl w:val="0"/>
            </w:pPr>
            <w:r w:rsidRPr="00D31D98">
              <w:rPr>
                <w:szCs w:val="24"/>
              </w:rPr>
              <w:t>Nije predviđeno (projekt je namijenjen učenicima dodatne nastave i učenicima koji žele sudjelovati u projektu).</w:t>
            </w:r>
          </w:p>
        </w:tc>
      </w:tr>
    </w:tbl>
    <w:p w14:paraId="7E44620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AE074A9" w14:textId="77777777" w:rsidTr="00966809">
        <w:trPr>
          <w:cantSplit/>
        </w:trPr>
        <w:tc>
          <w:tcPr>
            <w:tcW w:w="2381" w:type="dxa"/>
            <w:vAlign w:val="center"/>
          </w:tcPr>
          <w:p w14:paraId="20726E35"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0FAA6DE" w14:textId="77777777" w:rsidR="001865F2" w:rsidRPr="00D31D98" w:rsidRDefault="001865F2" w:rsidP="00966809">
            <w:pPr>
              <w:keepNext/>
              <w:widowControl w:val="0"/>
              <w:rPr>
                <w:b/>
              </w:rPr>
            </w:pPr>
            <w:r w:rsidRPr="00D31D98">
              <w:rPr>
                <w:b/>
                <w:bCs/>
                <w:szCs w:val="24"/>
              </w:rPr>
              <w:t>Labus sajam na FERIT-u Osijek</w:t>
            </w:r>
          </w:p>
        </w:tc>
      </w:tr>
      <w:tr w:rsidR="001865F2" w:rsidRPr="00D31D98" w14:paraId="0FD62825" w14:textId="77777777" w:rsidTr="00966809">
        <w:trPr>
          <w:cantSplit/>
        </w:trPr>
        <w:tc>
          <w:tcPr>
            <w:tcW w:w="2381" w:type="dxa"/>
            <w:vAlign w:val="center"/>
          </w:tcPr>
          <w:p w14:paraId="5FE81AFC" w14:textId="77777777" w:rsidR="001865F2" w:rsidRPr="00D31D98" w:rsidRDefault="001865F2" w:rsidP="00966809">
            <w:pPr>
              <w:widowControl w:val="0"/>
              <w:rPr>
                <w:b/>
              </w:rPr>
            </w:pPr>
            <w:r w:rsidRPr="00D31D98">
              <w:rPr>
                <w:b/>
                <w:bCs/>
                <w:szCs w:val="24"/>
              </w:rPr>
              <w:t>Ciljevi</w:t>
            </w:r>
          </w:p>
        </w:tc>
        <w:tc>
          <w:tcPr>
            <w:tcW w:w="6690" w:type="dxa"/>
            <w:vAlign w:val="center"/>
          </w:tcPr>
          <w:p w14:paraId="66601A19" w14:textId="77777777" w:rsidR="001865F2" w:rsidRPr="00D31D98" w:rsidRDefault="001865F2" w:rsidP="00966809">
            <w:pPr>
              <w:widowControl w:val="0"/>
            </w:pPr>
            <w:r w:rsidRPr="00D31D98">
              <w:rPr>
                <w:szCs w:val="24"/>
              </w:rPr>
              <w:t>Popularizacija STEM područja</w:t>
            </w:r>
          </w:p>
        </w:tc>
      </w:tr>
      <w:tr w:rsidR="001865F2" w:rsidRPr="00D31D98" w14:paraId="74AA0149" w14:textId="77777777" w:rsidTr="00966809">
        <w:trPr>
          <w:cantSplit/>
        </w:trPr>
        <w:tc>
          <w:tcPr>
            <w:tcW w:w="2381" w:type="dxa"/>
            <w:vAlign w:val="center"/>
          </w:tcPr>
          <w:p w14:paraId="25CEDEF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C4CAD88" w14:textId="77777777" w:rsidR="001865F2" w:rsidRPr="00D31D98" w:rsidRDefault="001865F2" w:rsidP="00966809">
            <w:pPr>
              <w:widowControl w:val="0"/>
            </w:pPr>
            <w:r w:rsidRPr="00D31D98">
              <w:rPr>
                <w:szCs w:val="24"/>
              </w:rPr>
              <w:t xml:space="preserve">Izvođenje pojedinačnih laboratorijskih vježbi koje se uklapaju u nastavni plan i </w:t>
            </w:r>
            <w:proofErr w:type="spellStart"/>
            <w:r w:rsidRPr="00D31D98">
              <w:rPr>
                <w:szCs w:val="24"/>
              </w:rPr>
              <w:t>program,u</w:t>
            </w:r>
            <w:proofErr w:type="spellEnd"/>
            <w:r w:rsidRPr="00D31D98">
              <w:rPr>
                <w:szCs w:val="24"/>
              </w:rPr>
              <w:t xml:space="preserve"> dogovorenim terminima  na FERIT-u Osijek.</w:t>
            </w:r>
          </w:p>
        </w:tc>
      </w:tr>
      <w:tr w:rsidR="001865F2" w:rsidRPr="00D31D98" w14:paraId="5CBC22B0" w14:textId="77777777" w:rsidTr="00966809">
        <w:trPr>
          <w:cantSplit/>
        </w:trPr>
        <w:tc>
          <w:tcPr>
            <w:tcW w:w="2381" w:type="dxa"/>
            <w:vAlign w:val="center"/>
          </w:tcPr>
          <w:p w14:paraId="3900474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5ABB4F13" w14:textId="77777777" w:rsidR="001865F2" w:rsidRPr="00D31D98" w:rsidRDefault="001865F2" w:rsidP="00966809">
            <w:pPr>
              <w:widowControl w:val="0"/>
            </w:pPr>
            <w:r w:rsidRPr="00D31D98">
              <w:rPr>
                <w:szCs w:val="24"/>
              </w:rPr>
              <w:t>Snježana Novaković, prof.</w:t>
            </w:r>
          </w:p>
          <w:p w14:paraId="5ED57566" w14:textId="77777777" w:rsidR="001865F2" w:rsidRPr="00D31D98" w:rsidRDefault="001865F2" w:rsidP="00966809">
            <w:pPr>
              <w:widowControl w:val="0"/>
            </w:pPr>
            <w:r w:rsidRPr="00D31D98">
              <w:rPr>
                <w:szCs w:val="24"/>
              </w:rPr>
              <w:t xml:space="preserve">Doris </w:t>
            </w:r>
            <w:proofErr w:type="spellStart"/>
            <w:r w:rsidRPr="00D31D98">
              <w:rPr>
                <w:szCs w:val="24"/>
              </w:rPr>
              <w:t>Portner</w:t>
            </w:r>
            <w:proofErr w:type="spellEnd"/>
            <w:r w:rsidRPr="00D31D98">
              <w:rPr>
                <w:szCs w:val="24"/>
              </w:rPr>
              <w:t>, prof.</w:t>
            </w:r>
          </w:p>
          <w:p w14:paraId="3E05C0AB"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7DBD2833" w14:textId="77777777" w:rsidR="001865F2" w:rsidRPr="00D31D98" w:rsidRDefault="001865F2" w:rsidP="00966809">
            <w:pPr>
              <w:widowControl w:val="0"/>
            </w:pPr>
            <w:r w:rsidRPr="00D31D98">
              <w:rPr>
                <w:szCs w:val="24"/>
              </w:rPr>
              <w:t>Ljiljana Kovačević, prof.</w:t>
            </w:r>
          </w:p>
        </w:tc>
      </w:tr>
      <w:tr w:rsidR="001865F2" w:rsidRPr="00D31D98" w14:paraId="7F41A1F8" w14:textId="77777777" w:rsidTr="00966809">
        <w:trPr>
          <w:cantSplit/>
        </w:trPr>
        <w:tc>
          <w:tcPr>
            <w:tcW w:w="2381" w:type="dxa"/>
            <w:vAlign w:val="center"/>
          </w:tcPr>
          <w:p w14:paraId="388BA503"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0462D38" w14:textId="77777777" w:rsidR="001865F2" w:rsidRPr="00D31D98" w:rsidRDefault="001865F2" w:rsidP="00966809">
            <w:pPr>
              <w:widowControl w:val="0"/>
            </w:pPr>
            <w:r w:rsidRPr="00D31D98">
              <w:rPr>
                <w:szCs w:val="24"/>
              </w:rPr>
              <w:t>Poludnevne ili cjelodnevne radionice koje uključuju  ˝pakete˝ laboratorijskih vježbi</w:t>
            </w:r>
          </w:p>
        </w:tc>
      </w:tr>
      <w:tr w:rsidR="001865F2" w:rsidRPr="00D31D98" w14:paraId="3B41C475" w14:textId="77777777" w:rsidTr="00966809">
        <w:trPr>
          <w:cantSplit/>
        </w:trPr>
        <w:tc>
          <w:tcPr>
            <w:tcW w:w="2381" w:type="dxa"/>
            <w:vAlign w:val="center"/>
          </w:tcPr>
          <w:p w14:paraId="13EFA520"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B9E842E" w14:textId="77777777" w:rsidR="001865F2" w:rsidRPr="00D31D98" w:rsidRDefault="001865F2" w:rsidP="00966809">
            <w:pPr>
              <w:widowControl w:val="0"/>
            </w:pPr>
            <w:r w:rsidRPr="00D31D98">
              <w:rPr>
                <w:szCs w:val="24"/>
              </w:rPr>
              <w:t>tijekom nastavne godine 2026./2027.</w:t>
            </w:r>
          </w:p>
        </w:tc>
      </w:tr>
      <w:tr w:rsidR="001865F2" w:rsidRPr="00D31D98" w14:paraId="08F6949A" w14:textId="77777777" w:rsidTr="00966809">
        <w:trPr>
          <w:cantSplit/>
        </w:trPr>
        <w:tc>
          <w:tcPr>
            <w:tcW w:w="2381" w:type="dxa"/>
            <w:vAlign w:val="center"/>
          </w:tcPr>
          <w:p w14:paraId="651A9E22" w14:textId="77777777" w:rsidR="001865F2" w:rsidRPr="00D31D98" w:rsidRDefault="001865F2" w:rsidP="00966809">
            <w:pPr>
              <w:widowControl w:val="0"/>
              <w:rPr>
                <w:b/>
              </w:rPr>
            </w:pPr>
            <w:r w:rsidRPr="00D31D98">
              <w:rPr>
                <w:b/>
                <w:bCs/>
                <w:szCs w:val="24"/>
              </w:rPr>
              <w:t>Troškovnik</w:t>
            </w:r>
          </w:p>
        </w:tc>
        <w:tc>
          <w:tcPr>
            <w:tcW w:w="6690" w:type="dxa"/>
            <w:vAlign w:val="center"/>
          </w:tcPr>
          <w:p w14:paraId="49317231" w14:textId="77777777" w:rsidR="001865F2" w:rsidRPr="00D31D98" w:rsidRDefault="001865F2" w:rsidP="00966809">
            <w:pPr>
              <w:widowControl w:val="0"/>
            </w:pPr>
            <w:r w:rsidRPr="00D31D98">
              <w:rPr>
                <w:szCs w:val="24"/>
              </w:rPr>
              <w:t>nema</w:t>
            </w:r>
          </w:p>
        </w:tc>
      </w:tr>
      <w:tr w:rsidR="001865F2" w:rsidRPr="00D31D98" w14:paraId="6EBCF2D1" w14:textId="77777777" w:rsidTr="00966809">
        <w:trPr>
          <w:cantSplit/>
        </w:trPr>
        <w:tc>
          <w:tcPr>
            <w:tcW w:w="2381" w:type="dxa"/>
            <w:vAlign w:val="center"/>
          </w:tcPr>
          <w:p w14:paraId="76AF8067"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5DDF2EB" w14:textId="77777777" w:rsidR="001865F2" w:rsidRPr="00D31D98" w:rsidRDefault="001865F2" w:rsidP="00966809">
            <w:pPr>
              <w:widowControl w:val="0"/>
            </w:pPr>
            <w:r w:rsidRPr="00D31D98">
              <w:rPr>
                <w:szCs w:val="24"/>
              </w:rPr>
              <w:t>opisno praćenje</w:t>
            </w:r>
          </w:p>
        </w:tc>
      </w:tr>
    </w:tbl>
    <w:p w14:paraId="61BC26C6"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99EBA3E" w14:textId="77777777" w:rsidTr="00966809">
        <w:trPr>
          <w:cantSplit/>
        </w:trPr>
        <w:tc>
          <w:tcPr>
            <w:tcW w:w="2381" w:type="dxa"/>
            <w:vAlign w:val="center"/>
          </w:tcPr>
          <w:p w14:paraId="0A2854AC" w14:textId="77777777" w:rsidR="001865F2" w:rsidRPr="00D31D98" w:rsidRDefault="001865F2" w:rsidP="00966809">
            <w:pPr>
              <w:keepNext/>
              <w:widowControl w:val="0"/>
              <w:rPr>
                <w:b/>
              </w:rPr>
            </w:pPr>
            <w:r w:rsidRPr="00D31D98">
              <w:rPr>
                <w:b/>
                <w:bCs/>
                <w:szCs w:val="24"/>
              </w:rPr>
              <w:lastRenderedPageBreak/>
              <w:t>IZVANNASTAVNE AKTIVNOSTI</w:t>
            </w:r>
          </w:p>
        </w:tc>
        <w:tc>
          <w:tcPr>
            <w:tcW w:w="6690" w:type="dxa"/>
            <w:vAlign w:val="center"/>
          </w:tcPr>
          <w:p w14:paraId="4844FCB0" w14:textId="77777777" w:rsidR="001865F2" w:rsidRPr="00D31D98" w:rsidRDefault="001865F2" w:rsidP="00966809">
            <w:pPr>
              <w:keepNext/>
              <w:widowControl w:val="0"/>
              <w:rPr>
                <w:b/>
              </w:rPr>
            </w:pPr>
            <w:r w:rsidRPr="00D31D98">
              <w:rPr>
                <w:b/>
                <w:bCs/>
                <w:szCs w:val="24"/>
              </w:rPr>
              <w:t>VJERONAUČNA OLIMPIJADA</w:t>
            </w:r>
          </w:p>
        </w:tc>
      </w:tr>
      <w:tr w:rsidR="001865F2" w:rsidRPr="00D31D98" w14:paraId="7D7814B0" w14:textId="77777777" w:rsidTr="00966809">
        <w:trPr>
          <w:cantSplit/>
        </w:trPr>
        <w:tc>
          <w:tcPr>
            <w:tcW w:w="2381" w:type="dxa"/>
            <w:vAlign w:val="center"/>
          </w:tcPr>
          <w:p w14:paraId="795B88E1" w14:textId="77777777" w:rsidR="001865F2" w:rsidRPr="00D31D98" w:rsidRDefault="001865F2" w:rsidP="00966809">
            <w:pPr>
              <w:widowControl w:val="0"/>
              <w:rPr>
                <w:b/>
              </w:rPr>
            </w:pPr>
            <w:r w:rsidRPr="00D31D98">
              <w:rPr>
                <w:b/>
                <w:bCs/>
                <w:szCs w:val="24"/>
              </w:rPr>
              <w:t>Ciljevi i aktivnosti</w:t>
            </w:r>
          </w:p>
        </w:tc>
        <w:tc>
          <w:tcPr>
            <w:tcW w:w="6690" w:type="dxa"/>
            <w:vAlign w:val="center"/>
          </w:tcPr>
          <w:p w14:paraId="479F0DF5" w14:textId="77777777" w:rsidR="001865F2" w:rsidRPr="00D31D98" w:rsidRDefault="001865F2" w:rsidP="00966809">
            <w:pPr>
              <w:widowControl w:val="0"/>
            </w:pPr>
            <w:r w:rsidRPr="00D31D98">
              <w:rPr>
                <w:szCs w:val="24"/>
              </w:rPr>
              <w:t>➢ pripremiti učenike za natjecanje na vjeronaučnoj olimpijadi</w:t>
            </w:r>
          </w:p>
          <w:p w14:paraId="3BE75156" w14:textId="77777777" w:rsidR="001865F2" w:rsidRPr="00D31D98" w:rsidRDefault="001865F2" w:rsidP="00966809">
            <w:pPr>
              <w:widowControl w:val="0"/>
            </w:pPr>
            <w:r w:rsidRPr="00D31D98">
              <w:rPr>
                <w:szCs w:val="24"/>
              </w:rPr>
              <w:t>➢ potaknuti učenike na bolje shvaćanje osnovnih pojmova koje traži tema za natjecanje</w:t>
            </w:r>
          </w:p>
          <w:p w14:paraId="34282836" w14:textId="77777777" w:rsidR="001865F2" w:rsidRPr="00D31D98" w:rsidRDefault="001865F2" w:rsidP="00966809">
            <w:pPr>
              <w:widowControl w:val="0"/>
            </w:pPr>
            <w:r w:rsidRPr="00D31D98">
              <w:rPr>
                <w:szCs w:val="24"/>
              </w:rPr>
              <w:t>➢ susret s drugim učenicima iz raznih krajeva Nadbiskupije</w:t>
            </w:r>
          </w:p>
          <w:p w14:paraId="039B5C8A" w14:textId="77777777" w:rsidR="001865F2" w:rsidRPr="00D31D98" w:rsidRDefault="001865F2" w:rsidP="00966809">
            <w:pPr>
              <w:widowControl w:val="0"/>
            </w:pPr>
            <w:r w:rsidRPr="00D31D98">
              <w:rPr>
                <w:szCs w:val="24"/>
              </w:rPr>
              <w:t>➢ dublje savladavanje određene vjeronaučne teme</w:t>
            </w:r>
          </w:p>
          <w:p w14:paraId="7A39C118" w14:textId="77777777" w:rsidR="001865F2" w:rsidRPr="00D31D98" w:rsidRDefault="001865F2" w:rsidP="00966809">
            <w:pPr>
              <w:widowControl w:val="0"/>
            </w:pPr>
            <w:r w:rsidRPr="00D31D98">
              <w:rPr>
                <w:szCs w:val="24"/>
              </w:rPr>
              <w:t>➢ uklopiti temu u širi vjeronaučni kontekst</w:t>
            </w:r>
          </w:p>
          <w:p w14:paraId="14B1A0F2" w14:textId="77777777" w:rsidR="001865F2" w:rsidRPr="00D31D98" w:rsidRDefault="001865F2" w:rsidP="00966809">
            <w:pPr>
              <w:widowControl w:val="0"/>
            </w:pPr>
            <w:r w:rsidRPr="00D31D98">
              <w:rPr>
                <w:szCs w:val="24"/>
              </w:rPr>
              <w:t>➢ uklopiti temu u životni i vjernički kontekst</w:t>
            </w:r>
          </w:p>
        </w:tc>
      </w:tr>
      <w:tr w:rsidR="001865F2" w:rsidRPr="00D31D98" w14:paraId="4D3744D7" w14:textId="77777777" w:rsidTr="00966809">
        <w:trPr>
          <w:cantSplit/>
        </w:trPr>
        <w:tc>
          <w:tcPr>
            <w:tcW w:w="2381" w:type="dxa"/>
            <w:vAlign w:val="center"/>
          </w:tcPr>
          <w:p w14:paraId="02BEADA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818DA79" w14:textId="77777777" w:rsidR="001865F2" w:rsidRPr="00D31D98" w:rsidRDefault="001865F2" w:rsidP="00966809">
            <w:pPr>
              <w:widowControl w:val="0"/>
            </w:pPr>
            <w:r w:rsidRPr="00D31D98">
              <w:rPr>
                <w:szCs w:val="24"/>
              </w:rPr>
              <w:t>➢ sudjelovanje na Nadbiskupijskom natjecanju iz vjeronauka</w:t>
            </w:r>
          </w:p>
          <w:p w14:paraId="1C824900" w14:textId="77777777" w:rsidR="001865F2" w:rsidRPr="00D31D98" w:rsidRDefault="001865F2" w:rsidP="00966809">
            <w:pPr>
              <w:widowControl w:val="0"/>
            </w:pPr>
            <w:r w:rsidRPr="00D31D98">
              <w:rPr>
                <w:szCs w:val="24"/>
              </w:rPr>
              <w:t>➢ savladavanje traženih pojmova i sadržaja</w:t>
            </w:r>
          </w:p>
        </w:tc>
      </w:tr>
      <w:tr w:rsidR="001865F2" w:rsidRPr="00D31D98" w14:paraId="611E5770" w14:textId="77777777" w:rsidTr="00966809">
        <w:trPr>
          <w:cantSplit/>
        </w:trPr>
        <w:tc>
          <w:tcPr>
            <w:tcW w:w="2381" w:type="dxa"/>
            <w:vAlign w:val="center"/>
          </w:tcPr>
          <w:p w14:paraId="5C58BCA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534A369F" w14:textId="77777777" w:rsidR="001865F2" w:rsidRPr="00D31D98" w:rsidRDefault="001865F2" w:rsidP="00966809">
            <w:pPr>
              <w:widowControl w:val="0"/>
            </w:pPr>
            <w:r w:rsidRPr="00D31D98">
              <w:rPr>
                <w:szCs w:val="24"/>
              </w:rPr>
              <w:t>➢ profesor iz vjeronauka i učenici</w:t>
            </w:r>
          </w:p>
        </w:tc>
      </w:tr>
      <w:tr w:rsidR="001865F2" w:rsidRPr="00D31D98" w14:paraId="61FFE9E0" w14:textId="77777777" w:rsidTr="00966809">
        <w:trPr>
          <w:cantSplit/>
        </w:trPr>
        <w:tc>
          <w:tcPr>
            <w:tcW w:w="2381" w:type="dxa"/>
            <w:vAlign w:val="center"/>
          </w:tcPr>
          <w:p w14:paraId="640D502F"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6DC9F583" w14:textId="77777777" w:rsidR="001865F2" w:rsidRPr="00D31D98" w:rsidRDefault="001865F2" w:rsidP="00966809">
            <w:pPr>
              <w:widowControl w:val="0"/>
            </w:pPr>
            <w:r w:rsidRPr="00D31D98">
              <w:rPr>
                <w:szCs w:val="24"/>
              </w:rPr>
              <w:t>➢ rad s materijalima koje odredi organizator natjecanja</w:t>
            </w:r>
          </w:p>
          <w:p w14:paraId="77DC85A4" w14:textId="77777777" w:rsidR="001865F2" w:rsidRPr="00D31D98" w:rsidRDefault="001865F2" w:rsidP="00966809">
            <w:pPr>
              <w:widowControl w:val="0"/>
            </w:pPr>
            <w:r w:rsidRPr="00D31D98">
              <w:rPr>
                <w:szCs w:val="24"/>
              </w:rPr>
              <w:t>➢ skupni i individualni rad s učenicima na pripremi za školsko i Nadbiskupijsko natjecanje</w:t>
            </w:r>
          </w:p>
        </w:tc>
      </w:tr>
      <w:tr w:rsidR="001865F2" w:rsidRPr="00D31D98" w14:paraId="6A4CAB2F" w14:textId="77777777" w:rsidTr="00966809">
        <w:trPr>
          <w:cantSplit/>
        </w:trPr>
        <w:tc>
          <w:tcPr>
            <w:tcW w:w="2381" w:type="dxa"/>
            <w:vAlign w:val="center"/>
          </w:tcPr>
          <w:p w14:paraId="31BC159C"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1795D658" w14:textId="77777777" w:rsidR="001865F2" w:rsidRPr="00D31D98" w:rsidRDefault="001865F2" w:rsidP="00966809">
            <w:pPr>
              <w:widowControl w:val="0"/>
            </w:pPr>
            <w:r w:rsidRPr="00D31D98">
              <w:rPr>
                <w:szCs w:val="24"/>
              </w:rPr>
              <w:t>➢ od listopada 2026. do ožujka 2027.</w:t>
            </w:r>
          </w:p>
        </w:tc>
      </w:tr>
      <w:tr w:rsidR="001865F2" w:rsidRPr="00D31D98" w14:paraId="5D842D2F" w14:textId="77777777" w:rsidTr="00966809">
        <w:trPr>
          <w:cantSplit/>
        </w:trPr>
        <w:tc>
          <w:tcPr>
            <w:tcW w:w="2381" w:type="dxa"/>
            <w:vAlign w:val="center"/>
          </w:tcPr>
          <w:p w14:paraId="1A501347" w14:textId="77777777" w:rsidR="001865F2" w:rsidRPr="00D31D98" w:rsidRDefault="001865F2" w:rsidP="00966809">
            <w:pPr>
              <w:widowControl w:val="0"/>
              <w:rPr>
                <w:b/>
              </w:rPr>
            </w:pPr>
            <w:r w:rsidRPr="00D31D98">
              <w:rPr>
                <w:b/>
                <w:bCs/>
                <w:szCs w:val="24"/>
              </w:rPr>
              <w:t>Detaljan troškovnik aktivnosti</w:t>
            </w:r>
          </w:p>
        </w:tc>
        <w:tc>
          <w:tcPr>
            <w:tcW w:w="6690" w:type="dxa"/>
            <w:vAlign w:val="center"/>
          </w:tcPr>
          <w:p w14:paraId="0D003F2C" w14:textId="77777777" w:rsidR="001865F2" w:rsidRPr="00D31D98" w:rsidRDefault="001865F2" w:rsidP="00966809">
            <w:pPr>
              <w:widowControl w:val="0"/>
            </w:pPr>
            <w:r w:rsidRPr="00D31D98">
              <w:rPr>
                <w:szCs w:val="24"/>
              </w:rPr>
              <w:t>➢ cijena autobusne karte po učeniku do mjesta u kojemu će se održavati natjecanje</w:t>
            </w:r>
          </w:p>
        </w:tc>
      </w:tr>
      <w:tr w:rsidR="001865F2" w:rsidRPr="00D31D98" w14:paraId="510169D6" w14:textId="77777777" w:rsidTr="00966809">
        <w:trPr>
          <w:cantSplit/>
        </w:trPr>
        <w:tc>
          <w:tcPr>
            <w:tcW w:w="2381" w:type="dxa"/>
            <w:vAlign w:val="center"/>
          </w:tcPr>
          <w:p w14:paraId="32C658BD"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7E471D61" w14:textId="77777777" w:rsidR="001865F2" w:rsidRPr="00D31D98" w:rsidRDefault="001865F2" w:rsidP="00966809">
            <w:pPr>
              <w:widowControl w:val="0"/>
            </w:pPr>
            <w:r w:rsidRPr="00D31D98">
              <w:rPr>
                <w:szCs w:val="24"/>
              </w:rPr>
              <w:t>➢ stečeno znanje i materijale koristiti u daljnjem radu u školi</w:t>
            </w:r>
          </w:p>
          <w:p w14:paraId="093F0076" w14:textId="77777777" w:rsidR="001865F2" w:rsidRPr="00D31D98" w:rsidRDefault="001865F2" w:rsidP="00966809">
            <w:pPr>
              <w:widowControl w:val="0"/>
            </w:pPr>
            <w:r w:rsidRPr="00D31D98">
              <w:rPr>
                <w:szCs w:val="24"/>
              </w:rPr>
              <w:t>➢ korištenje u nastavi i natjecanjima</w:t>
            </w:r>
          </w:p>
        </w:tc>
      </w:tr>
    </w:tbl>
    <w:p w14:paraId="3E460EB5" w14:textId="77777777" w:rsidR="001865F2" w:rsidRPr="00D31D98" w:rsidRDefault="001865F2" w:rsidP="001865F2">
      <w:pPr>
        <w:spacing w:after="0"/>
      </w:pPr>
    </w:p>
    <w:p w14:paraId="20AF1909" w14:textId="77777777" w:rsidR="001865F2" w:rsidRPr="00D31D98" w:rsidRDefault="001865F2" w:rsidP="001865F2">
      <w:pPr>
        <w:keepNext/>
        <w:keepLines/>
        <w:pageBreakBefore/>
        <w:spacing w:before="240" w:after="120"/>
        <w:rPr>
          <w:sz w:val="44"/>
          <w:szCs w:val="44"/>
        </w:rPr>
      </w:pPr>
      <w:r w:rsidRPr="00D31D98">
        <w:rPr>
          <w:b/>
          <w:sz w:val="32"/>
          <w:szCs w:val="32"/>
        </w:rPr>
        <w:lastRenderedPageBreak/>
        <w:t>10. IZVANNASTAVNE I DODATNE AKTIVNOSTI</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79EC331" w14:textId="77777777" w:rsidTr="00966809">
        <w:trPr>
          <w:cantSplit/>
        </w:trPr>
        <w:tc>
          <w:tcPr>
            <w:tcW w:w="2381" w:type="dxa"/>
            <w:vAlign w:val="center"/>
          </w:tcPr>
          <w:p w14:paraId="78603B98"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EDB2172" w14:textId="77777777" w:rsidR="001865F2" w:rsidRPr="00D31D98" w:rsidRDefault="001865F2" w:rsidP="00966809">
            <w:pPr>
              <w:keepNext/>
              <w:widowControl w:val="0"/>
              <w:rPr>
                <w:b/>
              </w:rPr>
            </w:pPr>
            <w:r w:rsidRPr="00D31D98">
              <w:rPr>
                <w:b/>
                <w:bCs/>
                <w:szCs w:val="24"/>
              </w:rPr>
              <w:t>IZVANNASTAVNE AKTIVNOSTI – RECITATORSKA  ILI LITERARNA SKUPINA TE DRAMSKA SKUPINA, sve skupine ovise o interesu učenika</w:t>
            </w:r>
          </w:p>
        </w:tc>
      </w:tr>
      <w:tr w:rsidR="001865F2" w:rsidRPr="00D31D98" w14:paraId="420528FC" w14:textId="77777777" w:rsidTr="00966809">
        <w:trPr>
          <w:cantSplit/>
        </w:trPr>
        <w:tc>
          <w:tcPr>
            <w:tcW w:w="2381" w:type="dxa"/>
            <w:vAlign w:val="center"/>
          </w:tcPr>
          <w:p w14:paraId="00B31229" w14:textId="77777777" w:rsidR="001865F2" w:rsidRPr="00D31D98" w:rsidRDefault="001865F2" w:rsidP="00966809">
            <w:pPr>
              <w:widowControl w:val="0"/>
              <w:rPr>
                <w:b/>
              </w:rPr>
            </w:pPr>
            <w:r w:rsidRPr="00D31D98">
              <w:rPr>
                <w:b/>
                <w:bCs/>
                <w:szCs w:val="24"/>
              </w:rPr>
              <w:t>Ishodi aktivnosti</w:t>
            </w:r>
          </w:p>
        </w:tc>
        <w:tc>
          <w:tcPr>
            <w:tcW w:w="6690" w:type="dxa"/>
            <w:vAlign w:val="center"/>
          </w:tcPr>
          <w:p w14:paraId="70CC5CD3" w14:textId="77777777" w:rsidR="001865F2" w:rsidRPr="00D31D98" w:rsidRDefault="001865F2" w:rsidP="00966809">
            <w:pPr>
              <w:widowControl w:val="0"/>
            </w:pPr>
            <w:r w:rsidRPr="00D31D98">
              <w:rPr>
                <w:szCs w:val="24"/>
              </w:rPr>
              <w:t>➢ razvijanje mašte, stvaralaštva i kreativnosti</w:t>
            </w:r>
          </w:p>
          <w:p w14:paraId="6B11F1C1" w14:textId="77777777" w:rsidR="001865F2" w:rsidRPr="00D31D98" w:rsidRDefault="001865F2" w:rsidP="00966809">
            <w:pPr>
              <w:widowControl w:val="0"/>
            </w:pPr>
            <w:r w:rsidRPr="00D31D98">
              <w:rPr>
                <w:szCs w:val="24"/>
              </w:rPr>
              <w:t>➢ razvijanje suradnje i odgovornosti</w:t>
            </w:r>
          </w:p>
          <w:p w14:paraId="2A745C18" w14:textId="77777777" w:rsidR="001865F2" w:rsidRPr="00D31D98" w:rsidRDefault="001865F2" w:rsidP="00966809">
            <w:pPr>
              <w:widowControl w:val="0"/>
            </w:pPr>
            <w:r w:rsidRPr="00D31D98">
              <w:rPr>
                <w:szCs w:val="24"/>
              </w:rPr>
              <w:t>➢ razvijanje humanih, moralnih uvjerenja i razumijevanje međuljudskih odnosa</w:t>
            </w:r>
          </w:p>
          <w:p w14:paraId="4CFDDC9C" w14:textId="77777777" w:rsidR="001865F2" w:rsidRPr="00D31D98" w:rsidRDefault="001865F2" w:rsidP="00966809">
            <w:pPr>
              <w:widowControl w:val="0"/>
            </w:pPr>
            <w:r w:rsidRPr="00D31D98">
              <w:rPr>
                <w:szCs w:val="24"/>
              </w:rPr>
              <w:t>➢ povezivanje različitih načina umjetničkog izražavanja</w:t>
            </w:r>
          </w:p>
        </w:tc>
      </w:tr>
      <w:tr w:rsidR="001865F2" w:rsidRPr="00D31D98" w14:paraId="752CAAD9" w14:textId="77777777" w:rsidTr="00966809">
        <w:trPr>
          <w:cantSplit/>
        </w:trPr>
        <w:tc>
          <w:tcPr>
            <w:tcW w:w="2381" w:type="dxa"/>
            <w:vAlign w:val="center"/>
          </w:tcPr>
          <w:p w14:paraId="5B021CF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B1F271E" w14:textId="77777777" w:rsidR="001865F2" w:rsidRPr="00D31D98" w:rsidRDefault="001865F2" w:rsidP="00966809">
            <w:pPr>
              <w:widowControl w:val="0"/>
            </w:pPr>
            <w:r w:rsidRPr="00D31D98">
              <w:rPr>
                <w:szCs w:val="24"/>
              </w:rPr>
              <w:t>➢ promicanje kulture izražavanja i izgradnja imidža škole</w:t>
            </w:r>
          </w:p>
        </w:tc>
      </w:tr>
      <w:tr w:rsidR="001865F2" w:rsidRPr="00D31D98" w14:paraId="7FA349E5" w14:textId="77777777" w:rsidTr="00966809">
        <w:trPr>
          <w:cantSplit/>
        </w:trPr>
        <w:tc>
          <w:tcPr>
            <w:tcW w:w="2381" w:type="dxa"/>
            <w:vAlign w:val="center"/>
          </w:tcPr>
          <w:p w14:paraId="4DA337E6"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9A45025" w14:textId="77777777" w:rsidR="001865F2" w:rsidRPr="00D31D98" w:rsidRDefault="001865F2" w:rsidP="00966809">
            <w:pPr>
              <w:widowControl w:val="0"/>
            </w:pPr>
            <w:r w:rsidRPr="00D31D98">
              <w:rPr>
                <w:szCs w:val="24"/>
              </w:rPr>
              <w:t>➢ svi profesori hrvatskoga jezika</w:t>
            </w:r>
          </w:p>
        </w:tc>
      </w:tr>
      <w:tr w:rsidR="001865F2" w:rsidRPr="00D31D98" w14:paraId="737C2CBD" w14:textId="77777777" w:rsidTr="00966809">
        <w:trPr>
          <w:cantSplit/>
        </w:trPr>
        <w:tc>
          <w:tcPr>
            <w:tcW w:w="2381" w:type="dxa"/>
            <w:vAlign w:val="center"/>
          </w:tcPr>
          <w:p w14:paraId="3656C7B5" w14:textId="77777777" w:rsidR="001865F2" w:rsidRPr="00D31D98" w:rsidRDefault="001865F2" w:rsidP="00966809">
            <w:pPr>
              <w:widowControl w:val="0"/>
              <w:rPr>
                <w:b/>
              </w:rPr>
            </w:pPr>
            <w:r w:rsidRPr="00D31D98">
              <w:rPr>
                <w:b/>
                <w:bCs/>
                <w:szCs w:val="24"/>
              </w:rPr>
              <w:t>Način realizacije aktivnosti</w:t>
            </w:r>
          </w:p>
        </w:tc>
        <w:tc>
          <w:tcPr>
            <w:tcW w:w="6690" w:type="dxa"/>
            <w:vAlign w:val="center"/>
          </w:tcPr>
          <w:p w14:paraId="3A384BC9" w14:textId="77777777" w:rsidR="001865F2" w:rsidRPr="00D31D98" w:rsidRDefault="001865F2" w:rsidP="00966809">
            <w:pPr>
              <w:widowControl w:val="0"/>
            </w:pPr>
            <w:r w:rsidRPr="00D31D98">
              <w:rPr>
                <w:szCs w:val="24"/>
              </w:rPr>
              <w:t>➢ projektni rad s učenicima – prikupljanje ideja, razrada ideja, odabir sudionika u izvedbama, odabir materijala i podjela zadataka - što pisati, koji tekst odabrati za prikaz na sceni, usustavljivanje pripovjednih tehnika, govorne vježbe i pravilna artikulacija, umjetničko čitanje, analiza vrhunskih djela hrvatske i svjetske književnosti</w:t>
            </w:r>
          </w:p>
          <w:p w14:paraId="1CC0407A" w14:textId="77777777" w:rsidR="001865F2" w:rsidRPr="00D31D98" w:rsidRDefault="001865F2" w:rsidP="00966809">
            <w:pPr>
              <w:widowControl w:val="0"/>
            </w:pPr>
            <w:r w:rsidRPr="00D31D98">
              <w:rPr>
                <w:szCs w:val="24"/>
              </w:rPr>
              <w:t>➢ redoviti mjesečni sastanci izvan redovne nastave</w:t>
            </w:r>
          </w:p>
          <w:p w14:paraId="167655B9" w14:textId="77777777" w:rsidR="001865F2" w:rsidRPr="00D31D98" w:rsidRDefault="001865F2" w:rsidP="00966809">
            <w:pPr>
              <w:widowControl w:val="0"/>
            </w:pPr>
            <w:r w:rsidRPr="00D31D98">
              <w:rPr>
                <w:szCs w:val="24"/>
              </w:rPr>
              <w:t>➢ intenzivan rad na pojedinačnim radovima prilagođen temama predviđenim planom i programom te prilagođen prilikama i vremenu koje učenici mogu i žele odvojiti za stvaralački rad</w:t>
            </w:r>
          </w:p>
          <w:p w14:paraId="54C36609" w14:textId="77777777" w:rsidR="001865F2" w:rsidRPr="00D31D98" w:rsidRDefault="001865F2" w:rsidP="00966809">
            <w:pPr>
              <w:widowControl w:val="0"/>
            </w:pPr>
            <w:r w:rsidRPr="00D31D98">
              <w:rPr>
                <w:szCs w:val="24"/>
              </w:rPr>
              <w:t>➢ vježbanje dramskih metoda kako bi se suzbio strah od pozornice i razvila dječja kreativnost i snalaženje na sceni (forum-teatar, vruća stolica, igranje uloga, vježbe improvizacije, pantomima)</w:t>
            </w:r>
          </w:p>
          <w:p w14:paraId="672E3A37" w14:textId="77777777" w:rsidR="001865F2" w:rsidRPr="00D31D98" w:rsidRDefault="001865F2" w:rsidP="00966809">
            <w:pPr>
              <w:widowControl w:val="0"/>
            </w:pPr>
            <w:r w:rsidRPr="00D31D98">
              <w:rPr>
                <w:szCs w:val="24"/>
              </w:rPr>
              <w:t>➢ zidne novine obilježavat će značajne događaje tijekom školske godine</w:t>
            </w:r>
          </w:p>
        </w:tc>
      </w:tr>
      <w:tr w:rsidR="001865F2" w:rsidRPr="00D31D98" w14:paraId="68FF348E" w14:textId="77777777" w:rsidTr="00966809">
        <w:trPr>
          <w:cantSplit/>
        </w:trPr>
        <w:tc>
          <w:tcPr>
            <w:tcW w:w="2381" w:type="dxa"/>
            <w:vAlign w:val="center"/>
          </w:tcPr>
          <w:p w14:paraId="7DCD49EA"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47998E91" w14:textId="77777777" w:rsidR="001865F2" w:rsidRPr="00D31D98" w:rsidRDefault="001865F2" w:rsidP="00966809">
            <w:pPr>
              <w:widowControl w:val="0"/>
            </w:pPr>
            <w:r w:rsidRPr="00D31D98">
              <w:rPr>
                <w:szCs w:val="24"/>
              </w:rPr>
              <w:t>➢ tijekom školske godine 2026./2027.</w:t>
            </w:r>
          </w:p>
        </w:tc>
      </w:tr>
      <w:tr w:rsidR="001865F2" w:rsidRPr="00D31D98" w14:paraId="311E2B5A" w14:textId="77777777" w:rsidTr="00966809">
        <w:trPr>
          <w:cantSplit/>
        </w:trPr>
        <w:tc>
          <w:tcPr>
            <w:tcW w:w="2381" w:type="dxa"/>
            <w:vAlign w:val="center"/>
          </w:tcPr>
          <w:p w14:paraId="21900A4C"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2DE7CFDD" w14:textId="77777777" w:rsidR="001865F2" w:rsidRPr="00D31D98" w:rsidRDefault="001865F2" w:rsidP="00966809">
            <w:pPr>
              <w:widowControl w:val="0"/>
            </w:pPr>
            <w:r w:rsidRPr="00D31D98">
              <w:rPr>
                <w:szCs w:val="24"/>
              </w:rPr>
              <w:t>➢ nema predviđenih troškova. Ako nešto bude bilo, predat ćemo.</w:t>
            </w:r>
          </w:p>
        </w:tc>
      </w:tr>
      <w:tr w:rsidR="001865F2" w:rsidRPr="00D31D98" w14:paraId="46E82A80" w14:textId="77777777" w:rsidTr="00966809">
        <w:trPr>
          <w:cantSplit/>
        </w:trPr>
        <w:tc>
          <w:tcPr>
            <w:tcW w:w="2381" w:type="dxa"/>
            <w:vAlign w:val="center"/>
          </w:tcPr>
          <w:p w14:paraId="6D71DBE8"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440E46AC" w14:textId="77777777" w:rsidR="001865F2" w:rsidRPr="00D31D98" w:rsidRDefault="001865F2" w:rsidP="00966809">
            <w:pPr>
              <w:widowControl w:val="0"/>
            </w:pPr>
            <w:r w:rsidRPr="00D31D98">
              <w:rPr>
                <w:szCs w:val="24"/>
              </w:rPr>
              <w:t>➢ pohvale, priznanja</w:t>
            </w:r>
          </w:p>
          <w:p w14:paraId="72BA03D5" w14:textId="77777777" w:rsidR="001865F2" w:rsidRPr="00D31D98" w:rsidRDefault="001865F2" w:rsidP="00966809">
            <w:pPr>
              <w:widowControl w:val="0"/>
            </w:pPr>
            <w:r w:rsidRPr="00D31D98">
              <w:rPr>
                <w:szCs w:val="24"/>
              </w:rPr>
              <w:t>➢ poticajne ocjene iz hrvatskoga jezika</w:t>
            </w:r>
          </w:p>
          <w:p w14:paraId="6531E9EE" w14:textId="77777777" w:rsidR="001865F2" w:rsidRPr="00D31D98" w:rsidRDefault="001865F2" w:rsidP="00966809">
            <w:pPr>
              <w:widowControl w:val="0"/>
            </w:pPr>
            <w:r w:rsidRPr="00D31D98">
              <w:rPr>
                <w:szCs w:val="24"/>
              </w:rPr>
              <w:t>➢ poticaj za daljnje razvijanje izražajnih i stvaralačkih sposobnosti</w:t>
            </w:r>
          </w:p>
        </w:tc>
      </w:tr>
    </w:tbl>
    <w:p w14:paraId="53B33E93"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EA97777" w14:textId="77777777" w:rsidTr="00966809">
        <w:trPr>
          <w:cantSplit/>
        </w:trPr>
        <w:tc>
          <w:tcPr>
            <w:tcW w:w="2381" w:type="dxa"/>
            <w:vAlign w:val="center"/>
          </w:tcPr>
          <w:p w14:paraId="1E747195"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74363558" w14:textId="77777777" w:rsidR="001865F2" w:rsidRPr="00D31D98" w:rsidRDefault="00966809" w:rsidP="00966809">
            <w:pPr>
              <w:keepNext/>
              <w:widowControl w:val="0"/>
              <w:rPr>
                <w:b/>
              </w:rPr>
            </w:pPr>
            <w:r>
              <w:rPr>
                <w:b/>
                <w:bCs/>
                <w:szCs w:val="24"/>
              </w:rPr>
              <w:t xml:space="preserve">Dodatna nastava - </w:t>
            </w:r>
            <w:r w:rsidR="001865F2" w:rsidRPr="00D31D98">
              <w:rPr>
                <w:b/>
                <w:bCs/>
                <w:szCs w:val="24"/>
              </w:rPr>
              <w:t>kemija</w:t>
            </w:r>
          </w:p>
        </w:tc>
      </w:tr>
      <w:tr w:rsidR="001865F2" w:rsidRPr="00D31D98" w14:paraId="6A7B8C61" w14:textId="77777777" w:rsidTr="00966809">
        <w:trPr>
          <w:cantSplit/>
        </w:trPr>
        <w:tc>
          <w:tcPr>
            <w:tcW w:w="2381" w:type="dxa"/>
            <w:vAlign w:val="center"/>
          </w:tcPr>
          <w:p w14:paraId="2658EBDF" w14:textId="77777777" w:rsidR="001865F2" w:rsidRPr="00D31D98" w:rsidRDefault="001865F2" w:rsidP="00966809">
            <w:pPr>
              <w:widowControl w:val="0"/>
              <w:rPr>
                <w:b/>
              </w:rPr>
            </w:pPr>
            <w:r w:rsidRPr="00D31D98">
              <w:rPr>
                <w:b/>
                <w:bCs/>
                <w:szCs w:val="24"/>
              </w:rPr>
              <w:t>Ciljevi</w:t>
            </w:r>
          </w:p>
        </w:tc>
        <w:tc>
          <w:tcPr>
            <w:tcW w:w="6690" w:type="dxa"/>
            <w:vAlign w:val="center"/>
          </w:tcPr>
          <w:p w14:paraId="3C5D831C" w14:textId="77777777" w:rsidR="001865F2" w:rsidRPr="00D31D98" w:rsidRDefault="001865F2" w:rsidP="00966809">
            <w:pPr>
              <w:widowControl w:val="0"/>
            </w:pPr>
            <w:r w:rsidRPr="00D31D98">
              <w:rPr>
                <w:szCs w:val="24"/>
              </w:rPr>
              <w:t>Osnovna znanja iz kemije proširiti prema potrebama, za natjecanja učenika. Razvijati samostalnost i kreativnost kod rješavanja problemskih zadataka.  Poticati interes i samopouzdanje učenika, te razvijati sposobnosti i navike redovitog izvršavanja nastavnih obveza. Razvijati kod učenika ekološku svijest. Priprema za natjecanje iz kemije.</w:t>
            </w:r>
          </w:p>
        </w:tc>
      </w:tr>
      <w:tr w:rsidR="001865F2" w:rsidRPr="00D31D98" w14:paraId="1D64256D" w14:textId="77777777" w:rsidTr="00966809">
        <w:trPr>
          <w:cantSplit/>
        </w:trPr>
        <w:tc>
          <w:tcPr>
            <w:tcW w:w="2381" w:type="dxa"/>
            <w:vAlign w:val="center"/>
          </w:tcPr>
          <w:p w14:paraId="20C562D2"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4F6CD640" w14:textId="77777777" w:rsidR="001865F2" w:rsidRPr="00D31D98" w:rsidRDefault="001865F2" w:rsidP="00966809">
            <w:pPr>
              <w:widowControl w:val="0"/>
            </w:pPr>
            <w:r w:rsidRPr="00D31D98">
              <w:rPr>
                <w:szCs w:val="24"/>
              </w:rPr>
              <w:t>Za učenike prvog, drugog i trećeg razreda pri savladavanju dodatnih (izbornih) sadržaja, te priprema za natjecanje.</w:t>
            </w:r>
          </w:p>
        </w:tc>
      </w:tr>
      <w:tr w:rsidR="001865F2" w:rsidRPr="00D31D98" w14:paraId="02CABA5F" w14:textId="77777777" w:rsidTr="00966809">
        <w:trPr>
          <w:cantSplit/>
        </w:trPr>
        <w:tc>
          <w:tcPr>
            <w:tcW w:w="2381" w:type="dxa"/>
            <w:vAlign w:val="center"/>
          </w:tcPr>
          <w:p w14:paraId="25FC87B6"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3EF2509" w14:textId="77777777" w:rsidR="001865F2" w:rsidRPr="00D31D98" w:rsidRDefault="001865F2" w:rsidP="00966809">
            <w:pPr>
              <w:widowControl w:val="0"/>
            </w:pPr>
            <w:r w:rsidRPr="00D31D98">
              <w:rPr>
                <w:szCs w:val="24"/>
              </w:rPr>
              <w:t xml:space="preserve">Mirta </w:t>
            </w:r>
            <w:proofErr w:type="spellStart"/>
            <w:r w:rsidRPr="00D31D98">
              <w:rPr>
                <w:szCs w:val="24"/>
              </w:rPr>
              <w:t>Engelhart</w:t>
            </w:r>
            <w:proofErr w:type="spellEnd"/>
            <w:r w:rsidRPr="00D31D98">
              <w:rPr>
                <w:szCs w:val="24"/>
              </w:rPr>
              <w:t>, prof.</w:t>
            </w:r>
          </w:p>
          <w:p w14:paraId="686CB4E4" w14:textId="77777777" w:rsidR="001865F2" w:rsidRPr="00D31D98" w:rsidRDefault="001865F2" w:rsidP="00966809">
            <w:pPr>
              <w:widowControl w:val="0"/>
            </w:pPr>
            <w:r w:rsidRPr="00D31D98">
              <w:rPr>
                <w:szCs w:val="24"/>
              </w:rPr>
              <w:t xml:space="preserve">Tamara </w:t>
            </w:r>
            <w:proofErr w:type="spellStart"/>
            <w:r w:rsidRPr="00D31D98">
              <w:rPr>
                <w:szCs w:val="24"/>
              </w:rPr>
              <w:t>Gracek</w:t>
            </w:r>
            <w:proofErr w:type="spellEnd"/>
            <w:r w:rsidRPr="00D31D98">
              <w:rPr>
                <w:szCs w:val="24"/>
              </w:rPr>
              <w:t xml:space="preserve"> </w:t>
            </w:r>
            <w:proofErr w:type="spellStart"/>
            <w:r w:rsidRPr="00D31D98">
              <w:rPr>
                <w:szCs w:val="24"/>
              </w:rPr>
              <w:t>Kardoš</w:t>
            </w:r>
            <w:proofErr w:type="spellEnd"/>
            <w:r w:rsidRPr="00D31D98">
              <w:rPr>
                <w:szCs w:val="24"/>
              </w:rPr>
              <w:t>, prof.</w:t>
            </w:r>
          </w:p>
          <w:p w14:paraId="2D647AE0" w14:textId="77777777" w:rsidR="001865F2" w:rsidRPr="00D31D98" w:rsidRDefault="001865F2" w:rsidP="00966809">
            <w:pPr>
              <w:widowControl w:val="0"/>
            </w:pPr>
            <w:r w:rsidRPr="00D31D98">
              <w:rPr>
                <w:szCs w:val="24"/>
              </w:rPr>
              <w:t>Ljiljana Kovačević, prof.</w:t>
            </w:r>
          </w:p>
        </w:tc>
      </w:tr>
      <w:tr w:rsidR="001865F2" w:rsidRPr="00D31D98" w14:paraId="52F714F9" w14:textId="77777777" w:rsidTr="00966809">
        <w:trPr>
          <w:cantSplit/>
        </w:trPr>
        <w:tc>
          <w:tcPr>
            <w:tcW w:w="2381" w:type="dxa"/>
            <w:vAlign w:val="center"/>
          </w:tcPr>
          <w:p w14:paraId="365C7D91"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54A0038" w14:textId="77777777" w:rsidR="001865F2" w:rsidRPr="00D31D98" w:rsidRDefault="001865F2" w:rsidP="00966809">
            <w:pPr>
              <w:widowControl w:val="0"/>
            </w:pPr>
            <w:r w:rsidRPr="00D31D98">
              <w:rPr>
                <w:szCs w:val="24"/>
              </w:rPr>
              <w:t>jedan sat tjedno, rad u skupini</w:t>
            </w:r>
          </w:p>
        </w:tc>
      </w:tr>
      <w:tr w:rsidR="001865F2" w:rsidRPr="00D31D98" w14:paraId="7C5EDB11" w14:textId="77777777" w:rsidTr="00966809">
        <w:trPr>
          <w:cantSplit/>
        </w:trPr>
        <w:tc>
          <w:tcPr>
            <w:tcW w:w="2381" w:type="dxa"/>
            <w:vAlign w:val="center"/>
          </w:tcPr>
          <w:p w14:paraId="6BEC69D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7A692E9" w14:textId="77777777" w:rsidR="001865F2" w:rsidRPr="00D31D98" w:rsidRDefault="001865F2" w:rsidP="00966809">
            <w:pPr>
              <w:widowControl w:val="0"/>
            </w:pPr>
            <w:r w:rsidRPr="00D31D98">
              <w:rPr>
                <w:szCs w:val="24"/>
              </w:rPr>
              <w:t>listopad 2026. - lipanj 2027.</w:t>
            </w:r>
          </w:p>
        </w:tc>
      </w:tr>
      <w:tr w:rsidR="001865F2" w:rsidRPr="00D31D98" w14:paraId="7FA685D3" w14:textId="77777777" w:rsidTr="00966809">
        <w:trPr>
          <w:cantSplit/>
        </w:trPr>
        <w:tc>
          <w:tcPr>
            <w:tcW w:w="2381" w:type="dxa"/>
            <w:vAlign w:val="center"/>
          </w:tcPr>
          <w:p w14:paraId="5E0726FE" w14:textId="77777777" w:rsidR="001865F2" w:rsidRPr="00D31D98" w:rsidRDefault="001865F2" w:rsidP="00966809">
            <w:pPr>
              <w:widowControl w:val="0"/>
              <w:rPr>
                <w:b/>
              </w:rPr>
            </w:pPr>
            <w:r w:rsidRPr="00D31D98">
              <w:rPr>
                <w:b/>
                <w:bCs/>
                <w:szCs w:val="24"/>
              </w:rPr>
              <w:t>Troškovnik</w:t>
            </w:r>
          </w:p>
        </w:tc>
        <w:tc>
          <w:tcPr>
            <w:tcW w:w="6690" w:type="dxa"/>
            <w:vAlign w:val="center"/>
          </w:tcPr>
          <w:p w14:paraId="536FB603" w14:textId="77777777" w:rsidR="001865F2" w:rsidRPr="00D31D98" w:rsidRDefault="001865F2" w:rsidP="00966809">
            <w:pPr>
              <w:widowControl w:val="0"/>
            </w:pPr>
            <w:r w:rsidRPr="00D31D98">
              <w:rPr>
                <w:szCs w:val="24"/>
              </w:rPr>
              <w:t>troškovi pripreme nastave</w:t>
            </w:r>
          </w:p>
        </w:tc>
      </w:tr>
      <w:tr w:rsidR="001865F2" w:rsidRPr="00D31D98" w14:paraId="42289AEA" w14:textId="77777777" w:rsidTr="00966809">
        <w:trPr>
          <w:cantSplit/>
        </w:trPr>
        <w:tc>
          <w:tcPr>
            <w:tcW w:w="2381" w:type="dxa"/>
            <w:vAlign w:val="center"/>
          </w:tcPr>
          <w:p w14:paraId="3268EFB5"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7EC0B68F" w14:textId="77777777" w:rsidR="001865F2" w:rsidRPr="00D31D98" w:rsidRDefault="001865F2" w:rsidP="00966809">
            <w:pPr>
              <w:widowControl w:val="0"/>
            </w:pPr>
            <w:r w:rsidRPr="00D31D98">
              <w:rPr>
                <w:szCs w:val="24"/>
              </w:rPr>
              <w:t>Kontinuirano praćenje učeničkih postignuća. Sudjelovanje na školskom, županijskom i državnom natjecanju iz kemije.</w:t>
            </w:r>
          </w:p>
        </w:tc>
      </w:tr>
    </w:tbl>
    <w:p w14:paraId="2ACBCC5D" w14:textId="77777777" w:rsidR="001865F2" w:rsidRPr="00D31D98" w:rsidRDefault="001865F2" w:rsidP="001865F2">
      <w:pPr>
        <w:spacing w:after="0"/>
      </w:pPr>
    </w:p>
    <w:p w14:paraId="676BDEF4"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EE3467C" w14:textId="77777777" w:rsidTr="00966809">
        <w:trPr>
          <w:cantSplit/>
        </w:trPr>
        <w:tc>
          <w:tcPr>
            <w:tcW w:w="2381" w:type="dxa"/>
            <w:vAlign w:val="center"/>
          </w:tcPr>
          <w:p w14:paraId="3055284F"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DF8273B" w14:textId="77777777" w:rsidR="001865F2" w:rsidRPr="00D31D98" w:rsidRDefault="001865F2" w:rsidP="00966809">
            <w:pPr>
              <w:keepNext/>
              <w:widowControl w:val="0"/>
              <w:rPr>
                <w:b/>
                <w:bCs/>
                <w:szCs w:val="24"/>
              </w:rPr>
            </w:pPr>
            <w:proofErr w:type="spellStart"/>
            <w:r w:rsidRPr="00D31D98">
              <w:rPr>
                <w:b/>
                <w:bCs/>
                <w:i/>
                <w:iCs/>
                <w:szCs w:val="24"/>
              </w:rPr>
              <w:t>MemoryWalk</w:t>
            </w:r>
            <w:proofErr w:type="spellEnd"/>
            <w:r w:rsidRPr="00D31D98">
              <w:rPr>
                <w:b/>
                <w:bCs/>
                <w:szCs w:val="24"/>
              </w:rPr>
              <w:t xml:space="preserve"> -  čitanje spomenika</w:t>
            </w:r>
          </w:p>
          <w:p w14:paraId="4405D5AE" w14:textId="77777777" w:rsidR="001865F2" w:rsidRPr="00D31D98" w:rsidRDefault="001865F2" w:rsidP="001865F2">
            <w:pPr>
              <w:pStyle w:val="Odlomakpopisa"/>
              <w:keepNext/>
              <w:widowControl w:val="0"/>
              <w:numPr>
                <w:ilvl w:val="0"/>
                <w:numId w:val="29"/>
              </w:numPr>
              <w:ind w:left="255" w:hanging="142"/>
              <w:rPr>
                <w:b/>
                <w:bCs/>
                <w:szCs w:val="24"/>
              </w:rPr>
            </w:pPr>
            <w:r w:rsidRPr="00D31D98">
              <w:rPr>
                <w:b/>
                <w:bCs/>
                <w:szCs w:val="24"/>
              </w:rPr>
              <w:t xml:space="preserve">izrada petominutnog dokumentarnog video uratka </w:t>
            </w:r>
          </w:p>
        </w:tc>
      </w:tr>
      <w:tr w:rsidR="001865F2" w:rsidRPr="00D31D98" w14:paraId="7933455F" w14:textId="77777777" w:rsidTr="00966809">
        <w:trPr>
          <w:cantSplit/>
        </w:trPr>
        <w:tc>
          <w:tcPr>
            <w:tcW w:w="2381" w:type="dxa"/>
            <w:vAlign w:val="center"/>
          </w:tcPr>
          <w:p w14:paraId="6013C774" w14:textId="77777777" w:rsidR="001865F2" w:rsidRPr="00D31D98" w:rsidRDefault="001865F2" w:rsidP="00966809">
            <w:pPr>
              <w:widowControl w:val="0"/>
              <w:rPr>
                <w:b/>
              </w:rPr>
            </w:pPr>
            <w:r w:rsidRPr="00D31D98">
              <w:rPr>
                <w:b/>
                <w:bCs/>
                <w:szCs w:val="24"/>
              </w:rPr>
              <w:t>Ciljevi</w:t>
            </w:r>
          </w:p>
        </w:tc>
        <w:tc>
          <w:tcPr>
            <w:tcW w:w="6690" w:type="dxa"/>
            <w:vAlign w:val="center"/>
          </w:tcPr>
          <w:p w14:paraId="71D7A71F" w14:textId="77777777" w:rsidR="001865F2" w:rsidRPr="00D31D98" w:rsidRDefault="001865F2" w:rsidP="00966809">
            <w:pPr>
              <w:widowControl w:val="0"/>
              <w:rPr>
                <w:szCs w:val="24"/>
              </w:rPr>
            </w:pPr>
            <w:r w:rsidRPr="00D31D98">
              <w:rPr>
                <w:szCs w:val="24"/>
              </w:rPr>
              <w:t xml:space="preserve">Kreativnim, kritičkim i inovativnim vježbama učenici će povećati svijest </w:t>
            </w:r>
            <w:proofErr w:type="spellStart"/>
            <w:r w:rsidRPr="00D31D98">
              <w:rPr>
                <w:szCs w:val="24"/>
              </w:rPr>
              <w:t>opovijesnim</w:t>
            </w:r>
            <w:proofErr w:type="spellEnd"/>
            <w:r w:rsidRPr="00D31D98">
              <w:rPr>
                <w:szCs w:val="24"/>
              </w:rPr>
              <w:t xml:space="preserve"> i interkulturalnim temama, ali i svoje digitalne i socijalne kompetencije. </w:t>
            </w:r>
            <w:proofErr w:type="spellStart"/>
            <w:r w:rsidRPr="00D31D98">
              <w:rPr>
                <w:szCs w:val="24"/>
              </w:rPr>
              <w:t>Poredtoga</w:t>
            </w:r>
            <w:proofErr w:type="spellEnd"/>
            <w:r w:rsidRPr="00D31D98">
              <w:rPr>
                <w:szCs w:val="24"/>
              </w:rPr>
              <w:t xml:space="preserve">, razvit će osjećaj odgovornosti i osvijestiti svoju ulogu u procesu </w:t>
            </w:r>
            <w:proofErr w:type="spellStart"/>
            <w:r w:rsidRPr="00D31D98">
              <w:rPr>
                <w:szCs w:val="24"/>
              </w:rPr>
              <w:t>memorijalizacije</w:t>
            </w:r>
            <w:proofErr w:type="spellEnd"/>
            <w:r w:rsidRPr="00D31D98">
              <w:rPr>
                <w:szCs w:val="24"/>
              </w:rPr>
              <w:t>.</w:t>
            </w:r>
          </w:p>
        </w:tc>
      </w:tr>
      <w:tr w:rsidR="001865F2" w:rsidRPr="00D31D98" w14:paraId="374AB1AD" w14:textId="77777777" w:rsidTr="00966809">
        <w:trPr>
          <w:cantSplit/>
        </w:trPr>
        <w:tc>
          <w:tcPr>
            <w:tcW w:w="2381" w:type="dxa"/>
            <w:vAlign w:val="center"/>
          </w:tcPr>
          <w:p w14:paraId="3EF94A1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C9D3D6E" w14:textId="77777777" w:rsidR="001865F2" w:rsidRPr="00D31D98" w:rsidRDefault="001865F2" w:rsidP="00966809">
            <w:pPr>
              <w:widowControl w:val="0"/>
              <w:rPr>
                <w:szCs w:val="24"/>
              </w:rPr>
            </w:pPr>
            <w:r w:rsidRPr="00D31D98">
              <w:rPr>
                <w:szCs w:val="24"/>
              </w:rPr>
              <w:t xml:space="preserve">Spomenici kao objekt </w:t>
            </w:r>
            <w:proofErr w:type="spellStart"/>
            <w:r w:rsidRPr="00D31D98">
              <w:rPr>
                <w:szCs w:val="24"/>
              </w:rPr>
              <w:t>memoralizacije</w:t>
            </w:r>
            <w:proofErr w:type="spellEnd"/>
            <w:r w:rsidRPr="00D31D98">
              <w:rPr>
                <w:szCs w:val="24"/>
              </w:rPr>
              <w:t xml:space="preserve">– valorizacija i varijacija kolektivnog sjećanja ovisno o društvenim skupinama. Informirati učenike o ključnim povijesnim događajima i </w:t>
            </w:r>
            <w:proofErr w:type="spellStart"/>
            <w:r w:rsidRPr="00D31D98">
              <w:rPr>
                <w:szCs w:val="24"/>
              </w:rPr>
              <w:t>potaknutiih</w:t>
            </w:r>
            <w:proofErr w:type="spellEnd"/>
            <w:r w:rsidRPr="00D31D98">
              <w:rPr>
                <w:szCs w:val="24"/>
              </w:rPr>
              <w:t xml:space="preserve"> na iznošenje svoga mišljenja i stajališta o dominantnim ideologijama i </w:t>
            </w:r>
            <w:proofErr w:type="spellStart"/>
            <w:r w:rsidRPr="00D31D98">
              <w:rPr>
                <w:szCs w:val="24"/>
              </w:rPr>
              <w:t>pričamapostojećih</w:t>
            </w:r>
            <w:proofErr w:type="spellEnd"/>
            <w:r w:rsidRPr="00D31D98">
              <w:rPr>
                <w:szCs w:val="24"/>
              </w:rPr>
              <w:t xml:space="preserve"> spomenika, ali i onih, nepostojećih, koje bi tek trebalo izgraditi.</w:t>
            </w:r>
          </w:p>
        </w:tc>
      </w:tr>
      <w:tr w:rsidR="001865F2" w:rsidRPr="00D31D98" w14:paraId="589E6B10" w14:textId="77777777" w:rsidTr="00966809">
        <w:trPr>
          <w:cantSplit/>
        </w:trPr>
        <w:tc>
          <w:tcPr>
            <w:tcW w:w="2381" w:type="dxa"/>
            <w:vAlign w:val="center"/>
          </w:tcPr>
          <w:p w14:paraId="478F187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57AB1055" w14:textId="77777777" w:rsidR="001865F2" w:rsidRPr="00D31D98" w:rsidRDefault="001865F2" w:rsidP="00966809">
            <w:pPr>
              <w:widowControl w:val="0"/>
              <w:rPr>
                <w:szCs w:val="24"/>
              </w:rPr>
            </w:pPr>
            <w:r w:rsidRPr="00D31D98">
              <w:rPr>
                <w:szCs w:val="24"/>
              </w:rPr>
              <w:t>Učenici trećih razreda, nastavnica nastavnog predmeta sociologija</w:t>
            </w:r>
          </w:p>
        </w:tc>
      </w:tr>
      <w:tr w:rsidR="001865F2" w:rsidRPr="00D31D98" w14:paraId="2BAB55EC" w14:textId="77777777" w:rsidTr="00966809">
        <w:trPr>
          <w:cantSplit/>
        </w:trPr>
        <w:tc>
          <w:tcPr>
            <w:tcW w:w="2381" w:type="dxa"/>
            <w:vAlign w:val="center"/>
          </w:tcPr>
          <w:p w14:paraId="507E2B04"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3450901" w14:textId="77777777" w:rsidR="001865F2" w:rsidRPr="00D31D98" w:rsidRDefault="001865F2" w:rsidP="00966809">
            <w:pPr>
              <w:widowControl w:val="0"/>
              <w:rPr>
                <w:szCs w:val="24"/>
              </w:rPr>
            </w:pPr>
            <w:r w:rsidRPr="00D31D98">
              <w:rPr>
                <w:szCs w:val="24"/>
              </w:rPr>
              <w:t>Izvannastavna aktivnost – dobrovoljno sudjelovanje</w:t>
            </w:r>
          </w:p>
          <w:p w14:paraId="5A7728F4" w14:textId="77777777" w:rsidR="001865F2" w:rsidRPr="00D31D98" w:rsidRDefault="001865F2" w:rsidP="00966809">
            <w:pPr>
              <w:widowControl w:val="0"/>
              <w:rPr>
                <w:szCs w:val="24"/>
              </w:rPr>
            </w:pPr>
            <w:r w:rsidRPr="00D31D98">
              <w:rPr>
                <w:szCs w:val="24"/>
              </w:rPr>
              <w:t xml:space="preserve">Programski sadržaj radionice te metodički pristup odgovara uputama </w:t>
            </w:r>
            <w:proofErr w:type="spellStart"/>
            <w:r w:rsidRPr="00D31D98">
              <w:rPr>
                <w:i/>
                <w:iCs/>
                <w:szCs w:val="24"/>
              </w:rPr>
              <w:t>MemoryWalk</w:t>
            </w:r>
            <w:proofErr w:type="spellEnd"/>
            <w:r w:rsidRPr="00D31D98">
              <w:rPr>
                <w:i/>
                <w:iCs/>
                <w:szCs w:val="24"/>
              </w:rPr>
              <w:t xml:space="preserve"> – priručnik za nastavnike</w:t>
            </w:r>
            <w:r w:rsidRPr="00D31D98">
              <w:rPr>
                <w:szCs w:val="24"/>
              </w:rPr>
              <w:t xml:space="preserve">2015. </w:t>
            </w:r>
          </w:p>
          <w:p w14:paraId="286AFE52" w14:textId="77777777" w:rsidR="001865F2" w:rsidRPr="00D31D98" w:rsidRDefault="001865F2" w:rsidP="00966809">
            <w:pPr>
              <w:widowControl w:val="0"/>
              <w:rPr>
                <w:szCs w:val="24"/>
              </w:rPr>
            </w:pPr>
            <w:r w:rsidRPr="00D31D98">
              <w:rPr>
                <w:szCs w:val="24"/>
              </w:rPr>
              <w:t xml:space="preserve">Aktivnost se provodi u gradskom (javnom) prostoru. </w:t>
            </w:r>
          </w:p>
        </w:tc>
      </w:tr>
      <w:tr w:rsidR="001865F2" w:rsidRPr="00D31D98" w14:paraId="5358AE6B" w14:textId="77777777" w:rsidTr="00966809">
        <w:trPr>
          <w:cantSplit/>
        </w:trPr>
        <w:tc>
          <w:tcPr>
            <w:tcW w:w="2381" w:type="dxa"/>
            <w:vAlign w:val="center"/>
          </w:tcPr>
          <w:p w14:paraId="670C192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562E900A" w14:textId="77777777" w:rsidR="001865F2" w:rsidRPr="00D31D98" w:rsidRDefault="001865F2" w:rsidP="00966809">
            <w:pPr>
              <w:widowControl w:val="0"/>
              <w:rPr>
                <w:szCs w:val="24"/>
              </w:rPr>
            </w:pPr>
            <w:r w:rsidRPr="00D31D98">
              <w:rPr>
                <w:szCs w:val="24"/>
              </w:rPr>
              <w:t>Travanj 2027. godine</w:t>
            </w:r>
          </w:p>
        </w:tc>
      </w:tr>
      <w:tr w:rsidR="001865F2" w:rsidRPr="00D31D98" w14:paraId="6FB6C058" w14:textId="77777777" w:rsidTr="00966809">
        <w:trPr>
          <w:cantSplit/>
        </w:trPr>
        <w:tc>
          <w:tcPr>
            <w:tcW w:w="2381" w:type="dxa"/>
            <w:vAlign w:val="center"/>
          </w:tcPr>
          <w:p w14:paraId="0C281019" w14:textId="77777777" w:rsidR="001865F2" w:rsidRPr="00D31D98" w:rsidRDefault="001865F2" w:rsidP="00966809">
            <w:pPr>
              <w:widowControl w:val="0"/>
              <w:rPr>
                <w:b/>
              </w:rPr>
            </w:pPr>
            <w:r w:rsidRPr="00D31D98">
              <w:rPr>
                <w:b/>
                <w:bCs/>
                <w:szCs w:val="24"/>
              </w:rPr>
              <w:t>Troškovnik</w:t>
            </w:r>
          </w:p>
        </w:tc>
        <w:tc>
          <w:tcPr>
            <w:tcW w:w="6690" w:type="dxa"/>
            <w:vAlign w:val="center"/>
          </w:tcPr>
          <w:p w14:paraId="77FE3EA9" w14:textId="77777777" w:rsidR="001865F2" w:rsidRPr="00D31D98" w:rsidRDefault="001865F2" w:rsidP="00966809">
            <w:pPr>
              <w:widowControl w:val="0"/>
              <w:rPr>
                <w:szCs w:val="24"/>
              </w:rPr>
            </w:pPr>
            <w:r w:rsidRPr="00D31D98">
              <w:rPr>
                <w:szCs w:val="24"/>
              </w:rPr>
              <w:t xml:space="preserve">Nema </w:t>
            </w:r>
          </w:p>
        </w:tc>
      </w:tr>
      <w:tr w:rsidR="001865F2" w:rsidRPr="00D31D98" w14:paraId="78EC0A8D" w14:textId="77777777" w:rsidTr="00966809">
        <w:trPr>
          <w:cantSplit/>
        </w:trPr>
        <w:tc>
          <w:tcPr>
            <w:tcW w:w="2381" w:type="dxa"/>
            <w:vAlign w:val="center"/>
          </w:tcPr>
          <w:p w14:paraId="50FDDFFC"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686B5AB" w14:textId="77777777" w:rsidR="001865F2" w:rsidRPr="00D31D98" w:rsidRDefault="001865F2" w:rsidP="00966809">
            <w:pPr>
              <w:widowControl w:val="0"/>
              <w:rPr>
                <w:szCs w:val="24"/>
              </w:rPr>
            </w:pPr>
            <w:r w:rsidRPr="00D31D98">
              <w:rPr>
                <w:szCs w:val="24"/>
              </w:rPr>
              <w:t>Način vrednovanja  – vrednovanje kao učenje (provodi učenik)</w:t>
            </w:r>
          </w:p>
          <w:p w14:paraId="68F422E8" w14:textId="77777777" w:rsidR="001865F2" w:rsidRPr="00D31D98" w:rsidRDefault="001865F2" w:rsidP="00966809">
            <w:pPr>
              <w:widowControl w:val="0"/>
              <w:rPr>
                <w:szCs w:val="24"/>
              </w:rPr>
            </w:pPr>
            <w:r w:rsidRPr="00D31D98">
              <w:rPr>
                <w:szCs w:val="24"/>
              </w:rPr>
              <w:t>Način vrednovanja – vrednovanje naučenog (provodi nastavnica) – cjelokupan rezultat projekta (samostalno izrađen petominutni dokumentarni film) vrednuje se preko unaprijed utvrđenih kriterijskih alata za procjenu, tj. rubrika</w:t>
            </w:r>
          </w:p>
        </w:tc>
      </w:tr>
    </w:tbl>
    <w:p w14:paraId="125DAF1F" w14:textId="77777777" w:rsidR="001865F2" w:rsidRDefault="001865F2" w:rsidP="001865F2">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8"/>
        <w:gridCol w:w="6804"/>
      </w:tblGrid>
      <w:tr w:rsidR="00966809" w:rsidRPr="00966809" w14:paraId="23BD4DC8" w14:textId="77777777" w:rsidTr="00532C81">
        <w:trPr>
          <w:trHeight w:val="355"/>
        </w:trPr>
        <w:tc>
          <w:tcPr>
            <w:tcW w:w="2268" w:type="dxa"/>
            <w:shd w:val="clear" w:color="auto" w:fill="auto"/>
            <w:vAlign w:val="center"/>
            <w:hideMark/>
          </w:tcPr>
          <w:p w14:paraId="2F140151" w14:textId="77777777" w:rsidR="00966809" w:rsidRPr="00966809" w:rsidRDefault="00966809" w:rsidP="00966809">
            <w:pPr>
              <w:pStyle w:val="Citat"/>
              <w:rPr>
                <w:b/>
                <w:i w:val="0"/>
                <w:szCs w:val="24"/>
                <w:lang w:eastAsia="hr-HR"/>
              </w:rPr>
            </w:pPr>
            <w:r w:rsidRPr="00966809">
              <w:rPr>
                <w:b/>
                <w:i w:val="0"/>
                <w:szCs w:val="24"/>
                <w:lang w:eastAsia="hr-HR"/>
              </w:rPr>
              <w:t>AKTIVNOST </w:t>
            </w:r>
          </w:p>
        </w:tc>
        <w:tc>
          <w:tcPr>
            <w:tcW w:w="6804" w:type="dxa"/>
            <w:shd w:val="clear" w:color="auto" w:fill="auto"/>
            <w:vAlign w:val="center"/>
            <w:hideMark/>
          </w:tcPr>
          <w:p w14:paraId="2D835E16" w14:textId="77777777" w:rsidR="00966809" w:rsidRPr="00966809" w:rsidRDefault="00966809" w:rsidP="00966809">
            <w:pPr>
              <w:spacing w:after="0"/>
              <w:textAlignment w:val="baseline"/>
              <w:rPr>
                <w:b/>
                <w:bCs/>
                <w:szCs w:val="24"/>
              </w:rPr>
            </w:pPr>
            <w:r w:rsidRPr="00966809">
              <w:rPr>
                <w:b/>
                <w:bCs/>
                <w:szCs w:val="24"/>
              </w:rPr>
              <w:t xml:space="preserve">Kada se fantazija spoji s realnošću – </w:t>
            </w:r>
            <w:proofErr w:type="spellStart"/>
            <w:r w:rsidRPr="00966809">
              <w:rPr>
                <w:b/>
                <w:bCs/>
                <w:szCs w:val="24"/>
              </w:rPr>
              <w:t>DnD</w:t>
            </w:r>
            <w:proofErr w:type="spellEnd"/>
            <w:r w:rsidRPr="00966809">
              <w:rPr>
                <w:b/>
                <w:bCs/>
                <w:szCs w:val="24"/>
              </w:rPr>
              <w:t xml:space="preserve"> i fiktivni svjetovi</w:t>
            </w:r>
          </w:p>
        </w:tc>
      </w:tr>
      <w:tr w:rsidR="00966809" w:rsidRPr="00966809" w14:paraId="3E6D4408" w14:textId="77777777" w:rsidTr="00532C81">
        <w:trPr>
          <w:trHeight w:val="355"/>
        </w:trPr>
        <w:tc>
          <w:tcPr>
            <w:tcW w:w="2268" w:type="dxa"/>
            <w:shd w:val="clear" w:color="auto" w:fill="auto"/>
            <w:hideMark/>
          </w:tcPr>
          <w:p w14:paraId="305DB8B1" w14:textId="77777777" w:rsidR="00966809" w:rsidRPr="00966809" w:rsidRDefault="00966809" w:rsidP="00966809">
            <w:pPr>
              <w:spacing w:after="0"/>
              <w:textAlignment w:val="baseline"/>
              <w:rPr>
                <w:szCs w:val="24"/>
              </w:rPr>
            </w:pPr>
            <w:r w:rsidRPr="00966809">
              <w:rPr>
                <w:b/>
                <w:bCs/>
                <w:color w:val="000000"/>
                <w:szCs w:val="24"/>
              </w:rPr>
              <w:t>Ciljevi</w:t>
            </w:r>
            <w:r w:rsidRPr="00966809">
              <w:rPr>
                <w:color w:val="000000"/>
                <w:szCs w:val="24"/>
              </w:rPr>
              <w:t> </w:t>
            </w:r>
          </w:p>
        </w:tc>
        <w:tc>
          <w:tcPr>
            <w:tcW w:w="6804" w:type="dxa"/>
            <w:shd w:val="clear" w:color="auto" w:fill="auto"/>
            <w:hideMark/>
          </w:tcPr>
          <w:p w14:paraId="16831946" w14:textId="77777777" w:rsidR="00966809" w:rsidRPr="00966809" w:rsidRDefault="00966809" w:rsidP="00966809">
            <w:pPr>
              <w:spacing w:after="0"/>
              <w:textAlignment w:val="baseline"/>
              <w:rPr>
                <w:szCs w:val="24"/>
              </w:rPr>
            </w:pPr>
            <w:r w:rsidRPr="00966809">
              <w:rPr>
                <w:szCs w:val="24"/>
              </w:rPr>
              <w:t xml:space="preserve">Glavni cilj školskog projekta je populariziranje prirodne i društvene grupe predmeta s naglaskom na povijesti i geografiji kroz igranje društvene igre, ali i kreiranje fiktivnog svijeta u kojem će se igra </w:t>
            </w:r>
            <w:r w:rsidRPr="00966809">
              <w:rPr>
                <w:szCs w:val="24"/>
              </w:rPr>
              <w:lastRenderedPageBreak/>
              <w:t xml:space="preserve">odigravati. </w:t>
            </w:r>
            <w:r w:rsidRPr="00966809">
              <w:rPr>
                <w:szCs w:val="24"/>
              </w:rPr>
              <w:br/>
            </w:r>
            <w:r w:rsidRPr="00966809">
              <w:rPr>
                <w:szCs w:val="24"/>
              </w:rPr>
              <w:br/>
              <w:t>Kreiranje svijeta podrazumijeva uzimanje u obzir zakonitosti koje vladaju na našem planetu (npr. tektonika ploča, klimatologija, raspored kopna i mora, itd.), ali i društvenu zbilju i odnose među zajednicama (npr. povijest, sociologija,…)</w:t>
            </w:r>
          </w:p>
        </w:tc>
      </w:tr>
      <w:tr w:rsidR="00966809" w:rsidRPr="00966809" w14:paraId="18B10411" w14:textId="77777777" w:rsidTr="00532C81">
        <w:trPr>
          <w:trHeight w:val="355"/>
        </w:trPr>
        <w:tc>
          <w:tcPr>
            <w:tcW w:w="2268" w:type="dxa"/>
            <w:shd w:val="clear" w:color="auto" w:fill="auto"/>
            <w:hideMark/>
          </w:tcPr>
          <w:p w14:paraId="00D7CA31" w14:textId="77777777" w:rsidR="00966809" w:rsidRPr="00966809" w:rsidRDefault="00966809" w:rsidP="00966809">
            <w:pPr>
              <w:spacing w:after="0"/>
              <w:textAlignment w:val="baseline"/>
              <w:rPr>
                <w:szCs w:val="24"/>
              </w:rPr>
            </w:pPr>
            <w:r w:rsidRPr="00966809">
              <w:rPr>
                <w:b/>
                <w:bCs/>
                <w:color w:val="000000"/>
                <w:szCs w:val="24"/>
              </w:rPr>
              <w:lastRenderedPageBreak/>
              <w:t>Namjena aktivnosti</w:t>
            </w:r>
            <w:r w:rsidRPr="00966809">
              <w:rPr>
                <w:color w:val="000000"/>
                <w:szCs w:val="24"/>
              </w:rPr>
              <w:t> </w:t>
            </w:r>
          </w:p>
        </w:tc>
        <w:tc>
          <w:tcPr>
            <w:tcW w:w="6804" w:type="dxa"/>
            <w:shd w:val="clear" w:color="auto" w:fill="auto"/>
            <w:hideMark/>
          </w:tcPr>
          <w:p w14:paraId="717460C3" w14:textId="77777777" w:rsidR="00966809" w:rsidRPr="00966809" w:rsidRDefault="00966809" w:rsidP="00966809">
            <w:pPr>
              <w:spacing w:after="0"/>
              <w:textAlignment w:val="baseline"/>
              <w:rPr>
                <w:szCs w:val="24"/>
              </w:rPr>
            </w:pPr>
            <w:r w:rsidRPr="00966809">
              <w:rPr>
                <w:szCs w:val="24"/>
              </w:rPr>
              <w:t xml:space="preserve">Približavanje školskog gradiva i  tema učenicima kroz metodu </w:t>
            </w:r>
            <w:proofErr w:type="spellStart"/>
            <w:r w:rsidRPr="00966809">
              <w:rPr>
                <w:szCs w:val="24"/>
              </w:rPr>
              <w:t>igrifikacije</w:t>
            </w:r>
            <w:proofErr w:type="spellEnd"/>
            <w:r w:rsidRPr="00966809">
              <w:rPr>
                <w:szCs w:val="24"/>
              </w:rPr>
              <w:t xml:space="preserve">. Poticanje kreativnosti, mašte, razvijanje govorničke vještine i socijalne interakcije između učenika različitih razreda i dobi neke su od prednosti. Učenici uključeni u kreiranje svijeta jačaju vještine i znanja iz predmeta Geografija i Povijest, a igranjem igre (prema </w:t>
            </w:r>
            <w:proofErr w:type="spellStart"/>
            <w:r w:rsidRPr="00966809">
              <w:rPr>
                <w:szCs w:val="24"/>
              </w:rPr>
              <w:t>DnD</w:t>
            </w:r>
            <w:proofErr w:type="spellEnd"/>
            <w:r w:rsidRPr="00966809">
              <w:rPr>
                <w:szCs w:val="24"/>
              </w:rPr>
              <w:t xml:space="preserve"> pravilima) unutar tog svijeta uključuju i druge učenike koji se uživljuju u stvoreni svijet i zajedno ga istražuju te uočavaju geoprostor i društvo.</w:t>
            </w:r>
          </w:p>
        </w:tc>
      </w:tr>
      <w:tr w:rsidR="00966809" w:rsidRPr="00966809" w14:paraId="7E6EB517" w14:textId="77777777" w:rsidTr="00532C81">
        <w:trPr>
          <w:trHeight w:val="355"/>
        </w:trPr>
        <w:tc>
          <w:tcPr>
            <w:tcW w:w="2268" w:type="dxa"/>
            <w:shd w:val="clear" w:color="auto" w:fill="auto"/>
            <w:hideMark/>
          </w:tcPr>
          <w:p w14:paraId="59F5BC7E" w14:textId="77777777" w:rsidR="00966809" w:rsidRPr="00966809" w:rsidRDefault="00966809" w:rsidP="00966809">
            <w:pPr>
              <w:spacing w:after="0"/>
              <w:textAlignment w:val="baseline"/>
              <w:rPr>
                <w:szCs w:val="24"/>
              </w:rPr>
            </w:pPr>
            <w:r w:rsidRPr="00966809">
              <w:rPr>
                <w:b/>
                <w:bCs/>
                <w:color w:val="000000"/>
                <w:szCs w:val="24"/>
              </w:rPr>
              <w:t>Nositelji aktivnosti</w:t>
            </w:r>
            <w:r w:rsidRPr="00966809">
              <w:rPr>
                <w:color w:val="000000"/>
                <w:szCs w:val="24"/>
              </w:rPr>
              <w:t> </w:t>
            </w:r>
          </w:p>
        </w:tc>
        <w:tc>
          <w:tcPr>
            <w:tcW w:w="6804" w:type="dxa"/>
            <w:shd w:val="clear" w:color="auto" w:fill="auto"/>
            <w:hideMark/>
          </w:tcPr>
          <w:p w14:paraId="434D1014" w14:textId="77777777" w:rsidR="00966809" w:rsidRPr="00966809" w:rsidRDefault="00966809" w:rsidP="00966809">
            <w:pPr>
              <w:spacing w:after="0"/>
              <w:textAlignment w:val="baseline"/>
              <w:rPr>
                <w:szCs w:val="24"/>
              </w:rPr>
            </w:pPr>
            <w:r w:rsidRPr="00966809">
              <w:rPr>
                <w:szCs w:val="24"/>
              </w:rPr>
              <w:t>Matija Lucić, prof. i Filip Domaćinović, prof.</w:t>
            </w:r>
          </w:p>
        </w:tc>
      </w:tr>
      <w:tr w:rsidR="00966809" w:rsidRPr="00966809" w14:paraId="776C8162" w14:textId="77777777" w:rsidTr="00532C81">
        <w:trPr>
          <w:trHeight w:val="355"/>
        </w:trPr>
        <w:tc>
          <w:tcPr>
            <w:tcW w:w="2268" w:type="dxa"/>
            <w:shd w:val="clear" w:color="auto" w:fill="auto"/>
            <w:hideMark/>
          </w:tcPr>
          <w:p w14:paraId="78262DC9" w14:textId="77777777" w:rsidR="00966809" w:rsidRPr="00966809" w:rsidRDefault="00966809" w:rsidP="00966809">
            <w:pPr>
              <w:spacing w:after="0"/>
              <w:textAlignment w:val="baseline"/>
              <w:rPr>
                <w:szCs w:val="24"/>
              </w:rPr>
            </w:pPr>
            <w:r w:rsidRPr="00966809">
              <w:rPr>
                <w:b/>
                <w:bCs/>
                <w:color w:val="000000"/>
                <w:szCs w:val="24"/>
              </w:rPr>
              <w:t>Način realizacije</w:t>
            </w:r>
            <w:r w:rsidRPr="00966809">
              <w:rPr>
                <w:color w:val="000000"/>
                <w:szCs w:val="24"/>
              </w:rPr>
              <w:t> </w:t>
            </w:r>
          </w:p>
        </w:tc>
        <w:tc>
          <w:tcPr>
            <w:tcW w:w="6804" w:type="dxa"/>
            <w:shd w:val="clear" w:color="auto" w:fill="auto"/>
            <w:hideMark/>
          </w:tcPr>
          <w:p w14:paraId="6BB770BA" w14:textId="77777777" w:rsidR="00966809" w:rsidRPr="00966809" w:rsidRDefault="00966809" w:rsidP="00966809">
            <w:pPr>
              <w:spacing w:after="0"/>
              <w:textAlignment w:val="baseline"/>
              <w:rPr>
                <w:szCs w:val="24"/>
              </w:rPr>
            </w:pPr>
            <w:r w:rsidRPr="00966809">
              <w:rPr>
                <w:szCs w:val="24"/>
              </w:rPr>
              <w:t xml:space="preserve">Kroz dodatnu nastavu Geografije i dogovorene redovite sastanke unutar prostora škole kada se </w:t>
            </w:r>
            <w:proofErr w:type="spellStart"/>
            <w:r w:rsidRPr="00966809">
              <w:rPr>
                <w:szCs w:val="24"/>
              </w:rPr>
              <w:t>DnD</w:t>
            </w:r>
            <w:proofErr w:type="spellEnd"/>
            <w:r w:rsidRPr="00966809">
              <w:rPr>
                <w:szCs w:val="24"/>
              </w:rPr>
              <w:t xml:space="preserve"> održava</w:t>
            </w:r>
          </w:p>
        </w:tc>
      </w:tr>
      <w:tr w:rsidR="00966809" w:rsidRPr="00966809" w14:paraId="38DDDD4C" w14:textId="77777777" w:rsidTr="00532C81">
        <w:trPr>
          <w:trHeight w:val="355"/>
        </w:trPr>
        <w:tc>
          <w:tcPr>
            <w:tcW w:w="2268" w:type="dxa"/>
            <w:shd w:val="clear" w:color="auto" w:fill="auto"/>
            <w:hideMark/>
          </w:tcPr>
          <w:p w14:paraId="18AC8982" w14:textId="77777777" w:rsidR="00966809" w:rsidRPr="00966809" w:rsidRDefault="00966809" w:rsidP="00966809">
            <w:pPr>
              <w:spacing w:after="0"/>
              <w:textAlignment w:val="baseline"/>
              <w:rPr>
                <w:szCs w:val="24"/>
              </w:rPr>
            </w:pPr>
            <w:proofErr w:type="spellStart"/>
            <w:r w:rsidRPr="00966809">
              <w:rPr>
                <w:b/>
                <w:bCs/>
                <w:color w:val="000000"/>
                <w:szCs w:val="24"/>
              </w:rPr>
              <w:t>Vremenik</w:t>
            </w:r>
            <w:proofErr w:type="spellEnd"/>
            <w:r w:rsidRPr="00966809">
              <w:rPr>
                <w:color w:val="000000"/>
                <w:szCs w:val="24"/>
              </w:rPr>
              <w:t> </w:t>
            </w:r>
          </w:p>
        </w:tc>
        <w:tc>
          <w:tcPr>
            <w:tcW w:w="6804" w:type="dxa"/>
            <w:shd w:val="clear" w:color="auto" w:fill="auto"/>
            <w:hideMark/>
          </w:tcPr>
          <w:p w14:paraId="2E241246" w14:textId="77777777" w:rsidR="00966809" w:rsidRPr="00966809" w:rsidRDefault="00966809" w:rsidP="00966809">
            <w:pPr>
              <w:spacing w:after="0"/>
              <w:textAlignment w:val="baseline"/>
              <w:rPr>
                <w:szCs w:val="24"/>
              </w:rPr>
            </w:pPr>
            <w:r w:rsidRPr="00966809">
              <w:rPr>
                <w:color w:val="000000"/>
                <w:szCs w:val="24"/>
              </w:rPr>
              <w:t> cijela nastavna godina</w:t>
            </w:r>
          </w:p>
        </w:tc>
      </w:tr>
      <w:tr w:rsidR="00966809" w:rsidRPr="00966809" w14:paraId="0392EF35" w14:textId="77777777" w:rsidTr="00532C81">
        <w:trPr>
          <w:trHeight w:val="355"/>
        </w:trPr>
        <w:tc>
          <w:tcPr>
            <w:tcW w:w="2268" w:type="dxa"/>
            <w:shd w:val="clear" w:color="auto" w:fill="auto"/>
            <w:hideMark/>
          </w:tcPr>
          <w:p w14:paraId="327F8C98" w14:textId="77777777" w:rsidR="00966809" w:rsidRPr="00966809" w:rsidRDefault="00966809" w:rsidP="00966809">
            <w:pPr>
              <w:spacing w:after="0"/>
              <w:textAlignment w:val="baseline"/>
              <w:rPr>
                <w:szCs w:val="24"/>
              </w:rPr>
            </w:pPr>
            <w:r w:rsidRPr="00966809">
              <w:rPr>
                <w:b/>
                <w:bCs/>
                <w:color w:val="000000"/>
                <w:szCs w:val="24"/>
              </w:rPr>
              <w:t>Troškovnik</w:t>
            </w:r>
            <w:r w:rsidRPr="00966809">
              <w:rPr>
                <w:color w:val="000000"/>
                <w:szCs w:val="24"/>
              </w:rPr>
              <w:t> </w:t>
            </w:r>
          </w:p>
        </w:tc>
        <w:tc>
          <w:tcPr>
            <w:tcW w:w="6804" w:type="dxa"/>
            <w:shd w:val="clear" w:color="auto" w:fill="auto"/>
            <w:hideMark/>
          </w:tcPr>
          <w:p w14:paraId="624170D8" w14:textId="77777777" w:rsidR="00966809" w:rsidRPr="00966809" w:rsidRDefault="00966809" w:rsidP="00966809">
            <w:pPr>
              <w:spacing w:after="0"/>
              <w:ind w:left="288"/>
              <w:textAlignment w:val="baseline"/>
              <w:rPr>
                <w:szCs w:val="24"/>
              </w:rPr>
            </w:pPr>
            <w:r w:rsidRPr="00966809">
              <w:rPr>
                <w:color w:val="000000"/>
                <w:szCs w:val="24"/>
              </w:rPr>
              <w:t> /</w:t>
            </w:r>
          </w:p>
        </w:tc>
      </w:tr>
      <w:tr w:rsidR="00966809" w:rsidRPr="00966809" w14:paraId="0A134FCD" w14:textId="77777777" w:rsidTr="00532C81">
        <w:trPr>
          <w:trHeight w:val="355"/>
        </w:trPr>
        <w:tc>
          <w:tcPr>
            <w:tcW w:w="2268" w:type="dxa"/>
            <w:shd w:val="clear" w:color="auto" w:fill="auto"/>
            <w:hideMark/>
          </w:tcPr>
          <w:p w14:paraId="36EF6479" w14:textId="77777777" w:rsidR="00966809" w:rsidRPr="00966809" w:rsidRDefault="00966809" w:rsidP="00966809">
            <w:pPr>
              <w:spacing w:after="0"/>
              <w:textAlignment w:val="baseline"/>
              <w:rPr>
                <w:szCs w:val="24"/>
              </w:rPr>
            </w:pPr>
            <w:r w:rsidRPr="00966809">
              <w:rPr>
                <w:b/>
                <w:bCs/>
                <w:color w:val="000000"/>
                <w:szCs w:val="24"/>
              </w:rPr>
              <w:t>Način vrednovanja </w:t>
            </w:r>
            <w:r w:rsidRPr="00966809">
              <w:rPr>
                <w:color w:val="000000"/>
                <w:szCs w:val="24"/>
              </w:rPr>
              <w:t> </w:t>
            </w:r>
          </w:p>
        </w:tc>
        <w:tc>
          <w:tcPr>
            <w:tcW w:w="6804" w:type="dxa"/>
            <w:shd w:val="clear" w:color="auto" w:fill="auto"/>
            <w:hideMark/>
          </w:tcPr>
          <w:p w14:paraId="18EE53D8" w14:textId="77777777" w:rsidR="00966809" w:rsidRPr="00966809" w:rsidRDefault="00966809" w:rsidP="00966809">
            <w:pPr>
              <w:spacing w:after="0"/>
              <w:jc w:val="both"/>
              <w:textAlignment w:val="baseline"/>
              <w:rPr>
                <w:szCs w:val="24"/>
              </w:rPr>
            </w:pPr>
            <w:r w:rsidRPr="00966809">
              <w:rPr>
                <w:szCs w:val="24"/>
              </w:rPr>
              <w:t>formativno u obliku povratne informacije</w:t>
            </w:r>
          </w:p>
        </w:tc>
      </w:tr>
    </w:tbl>
    <w:p w14:paraId="21E92625" w14:textId="77777777" w:rsidR="00966809" w:rsidRPr="00D31D98" w:rsidRDefault="00966809" w:rsidP="001865F2">
      <w:pPr>
        <w:spacing w:after="0"/>
      </w:pPr>
    </w:p>
    <w:p w14:paraId="0869158A" w14:textId="77777777" w:rsidR="001865F2" w:rsidRPr="00D31D98" w:rsidRDefault="001865F2" w:rsidP="001865F2">
      <w:pPr>
        <w:keepNext/>
        <w:keepLines/>
        <w:pageBreakBefore/>
        <w:spacing w:before="240" w:after="120"/>
        <w:rPr>
          <w:sz w:val="48"/>
          <w:szCs w:val="48"/>
        </w:rPr>
      </w:pPr>
      <w:r w:rsidRPr="00D31D98">
        <w:rPr>
          <w:b/>
          <w:sz w:val="32"/>
          <w:szCs w:val="32"/>
        </w:rPr>
        <w:lastRenderedPageBreak/>
        <w:t>11. ISTRAŽIVANJA I PILOTIRANJE OBRAZOVNIH SADRŽAJA</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74B1B82" w14:textId="77777777" w:rsidTr="00966809">
        <w:trPr>
          <w:cantSplit/>
        </w:trPr>
        <w:tc>
          <w:tcPr>
            <w:tcW w:w="2381" w:type="dxa"/>
            <w:vAlign w:val="center"/>
          </w:tcPr>
          <w:p w14:paraId="426BF62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2CFC1D0" w14:textId="77777777" w:rsidR="001865F2" w:rsidRPr="00D31D98" w:rsidRDefault="001865F2" w:rsidP="00966809">
            <w:pPr>
              <w:keepNext/>
              <w:widowControl w:val="0"/>
              <w:rPr>
                <w:b/>
              </w:rPr>
            </w:pPr>
            <w:r w:rsidRPr="00D31D98">
              <w:rPr>
                <w:b/>
                <w:bCs/>
                <w:szCs w:val="24"/>
              </w:rPr>
              <w:t>Promjene u percepciji i digitalnim kompetencijama učenika kod digitalno-</w:t>
            </w:r>
            <w:proofErr w:type="spellStart"/>
            <w:r w:rsidRPr="00D31D98">
              <w:rPr>
                <w:b/>
                <w:bCs/>
                <w:szCs w:val="24"/>
              </w:rPr>
              <w:t>gamificiranih</w:t>
            </w:r>
            <w:proofErr w:type="spellEnd"/>
            <w:r w:rsidRPr="00D31D98">
              <w:rPr>
                <w:b/>
                <w:bCs/>
                <w:szCs w:val="24"/>
              </w:rPr>
              <w:t xml:space="preserve"> zadataka - istraživanje</w:t>
            </w:r>
          </w:p>
        </w:tc>
      </w:tr>
      <w:tr w:rsidR="001865F2" w:rsidRPr="00D31D98" w14:paraId="4B95A3EE" w14:textId="77777777" w:rsidTr="00966809">
        <w:trPr>
          <w:cantSplit/>
        </w:trPr>
        <w:tc>
          <w:tcPr>
            <w:tcW w:w="2381" w:type="dxa"/>
            <w:vAlign w:val="center"/>
          </w:tcPr>
          <w:p w14:paraId="576B26FD" w14:textId="77777777" w:rsidR="001865F2" w:rsidRPr="00D31D98" w:rsidRDefault="001865F2" w:rsidP="00966809">
            <w:pPr>
              <w:widowControl w:val="0"/>
              <w:rPr>
                <w:b/>
              </w:rPr>
            </w:pPr>
            <w:r w:rsidRPr="00D31D98">
              <w:rPr>
                <w:b/>
                <w:bCs/>
                <w:szCs w:val="24"/>
              </w:rPr>
              <w:t>Ciljevi</w:t>
            </w:r>
          </w:p>
        </w:tc>
        <w:tc>
          <w:tcPr>
            <w:tcW w:w="6690" w:type="dxa"/>
            <w:vAlign w:val="center"/>
          </w:tcPr>
          <w:p w14:paraId="44C38CCE" w14:textId="77777777" w:rsidR="001865F2" w:rsidRPr="00D31D98" w:rsidRDefault="001865F2" w:rsidP="00966809">
            <w:pPr>
              <w:widowControl w:val="0"/>
            </w:pPr>
            <w:r w:rsidRPr="00D31D98">
              <w:rPr>
                <w:szCs w:val="24"/>
              </w:rPr>
              <w:t>- Ispitati promjene u percepciji digitalnog učenja učenika kroz tri generacije tijekom školskih godina</w:t>
            </w:r>
          </w:p>
          <w:p w14:paraId="1CFD8CF6" w14:textId="77777777" w:rsidR="001865F2" w:rsidRPr="00D31D98" w:rsidRDefault="001865F2" w:rsidP="00966809">
            <w:pPr>
              <w:widowControl w:val="0"/>
            </w:pPr>
            <w:r w:rsidRPr="00D31D98">
              <w:rPr>
                <w:szCs w:val="24"/>
              </w:rPr>
              <w:t>- Analizirati razvoj digitalnih kompetencija i digitalne sigurnosti kod učenika tijekom rješavanja problemskih zadataka.</w:t>
            </w:r>
          </w:p>
          <w:p w14:paraId="46156FD7" w14:textId="77777777" w:rsidR="001865F2" w:rsidRPr="00D31D98" w:rsidRDefault="001865F2" w:rsidP="00966809">
            <w:pPr>
              <w:widowControl w:val="0"/>
            </w:pPr>
            <w:r w:rsidRPr="00D31D98">
              <w:rPr>
                <w:szCs w:val="24"/>
              </w:rPr>
              <w:t xml:space="preserve">- Procijeniti motivacijske aspekte učenja kroz </w:t>
            </w:r>
            <w:proofErr w:type="spellStart"/>
            <w:r w:rsidRPr="00D31D98">
              <w:rPr>
                <w:szCs w:val="24"/>
              </w:rPr>
              <w:t>gamificirane</w:t>
            </w:r>
            <w:proofErr w:type="spellEnd"/>
            <w:r w:rsidRPr="00D31D98">
              <w:rPr>
                <w:szCs w:val="24"/>
              </w:rPr>
              <w:t xml:space="preserve"> digitalne zadatke.</w:t>
            </w:r>
          </w:p>
          <w:p w14:paraId="3F7066F8" w14:textId="77777777" w:rsidR="001865F2" w:rsidRPr="00D31D98" w:rsidRDefault="001865F2" w:rsidP="00966809">
            <w:pPr>
              <w:widowControl w:val="0"/>
            </w:pPr>
            <w:r w:rsidRPr="00D31D98">
              <w:rPr>
                <w:szCs w:val="24"/>
              </w:rPr>
              <w:t xml:space="preserve">- Proučiti utjecaj digitalnog </w:t>
            </w:r>
            <w:proofErr w:type="spellStart"/>
            <w:r w:rsidRPr="00D31D98">
              <w:rPr>
                <w:szCs w:val="24"/>
              </w:rPr>
              <w:t>EscapeRooma</w:t>
            </w:r>
            <w:proofErr w:type="spellEnd"/>
            <w:r w:rsidRPr="00D31D98">
              <w:rPr>
                <w:szCs w:val="24"/>
              </w:rPr>
              <w:t xml:space="preserve"> izrađenog u </w:t>
            </w:r>
            <w:proofErr w:type="spellStart"/>
            <w:r w:rsidRPr="00D31D98">
              <w:rPr>
                <w:szCs w:val="24"/>
              </w:rPr>
              <w:t>Geniallyju</w:t>
            </w:r>
            <w:proofErr w:type="spellEnd"/>
            <w:r w:rsidRPr="00D31D98">
              <w:rPr>
                <w:szCs w:val="24"/>
              </w:rPr>
              <w:t xml:space="preserve"> na samostalnost, kreativnost i digitalnu pismenost učenika.</w:t>
            </w:r>
          </w:p>
          <w:p w14:paraId="562B0618" w14:textId="77777777" w:rsidR="001865F2" w:rsidRPr="00D31D98" w:rsidRDefault="001865F2" w:rsidP="00966809">
            <w:pPr>
              <w:widowControl w:val="0"/>
            </w:pPr>
            <w:r w:rsidRPr="00D31D98">
              <w:rPr>
                <w:szCs w:val="24"/>
              </w:rPr>
              <w:t>- Poticati aktivno samostalno sudjelovanje učenika u digitalnim obrazovnim okruženjima</w:t>
            </w:r>
          </w:p>
        </w:tc>
      </w:tr>
      <w:tr w:rsidR="001865F2" w:rsidRPr="00D31D98" w14:paraId="53D02F84" w14:textId="77777777" w:rsidTr="00966809">
        <w:trPr>
          <w:cantSplit/>
        </w:trPr>
        <w:tc>
          <w:tcPr>
            <w:tcW w:w="2381" w:type="dxa"/>
            <w:vAlign w:val="center"/>
          </w:tcPr>
          <w:p w14:paraId="46BEB9CD"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DEACD3C" w14:textId="77777777" w:rsidR="001865F2" w:rsidRPr="00D31D98" w:rsidRDefault="001865F2" w:rsidP="00966809">
            <w:pPr>
              <w:widowControl w:val="0"/>
            </w:pPr>
            <w:r w:rsidRPr="00D31D98">
              <w:rPr>
                <w:szCs w:val="24"/>
              </w:rPr>
              <w:t xml:space="preserve">Aktivnost je namijenjena učenicima prvih razreda srednjih škola koji sudjeluju u nastavi matematike, s ciljem unaprjeđenja digitalnih kompetencija i percepcije digitalnog učenja kroz motivacijske </w:t>
            </w:r>
            <w:proofErr w:type="spellStart"/>
            <w:r w:rsidRPr="00D31D98">
              <w:rPr>
                <w:szCs w:val="24"/>
              </w:rPr>
              <w:t>gamificirane</w:t>
            </w:r>
            <w:proofErr w:type="spellEnd"/>
            <w:r w:rsidRPr="00D31D98">
              <w:rPr>
                <w:szCs w:val="24"/>
              </w:rPr>
              <w:t xml:space="preserve"> digitalne zadatke.</w:t>
            </w:r>
          </w:p>
        </w:tc>
      </w:tr>
      <w:tr w:rsidR="001865F2" w:rsidRPr="00D31D98" w14:paraId="0FEF3527" w14:textId="77777777" w:rsidTr="00966809">
        <w:trPr>
          <w:cantSplit/>
        </w:trPr>
        <w:tc>
          <w:tcPr>
            <w:tcW w:w="2381" w:type="dxa"/>
            <w:vAlign w:val="center"/>
          </w:tcPr>
          <w:p w14:paraId="74BBC80C"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2F6602E" w14:textId="77777777" w:rsidR="001865F2" w:rsidRPr="00D31D98" w:rsidRDefault="001865F2" w:rsidP="00966809">
            <w:pPr>
              <w:widowControl w:val="0"/>
            </w:pPr>
            <w:r w:rsidRPr="00D31D98">
              <w:rPr>
                <w:szCs w:val="24"/>
              </w:rPr>
              <w:t xml:space="preserve">- mr.sc. Ella Rakovac </w:t>
            </w:r>
            <w:proofErr w:type="spellStart"/>
            <w:r w:rsidRPr="00D31D98">
              <w:rPr>
                <w:szCs w:val="24"/>
              </w:rPr>
              <w:t>Bekeš</w:t>
            </w:r>
            <w:proofErr w:type="spellEnd"/>
          </w:p>
          <w:p w14:paraId="20D4AD3D" w14:textId="77777777" w:rsidR="001865F2" w:rsidRPr="00D31D98" w:rsidRDefault="001865F2" w:rsidP="00966809">
            <w:pPr>
              <w:widowControl w:val="0"/>
            </w:pPr>
            <w:r w:rsidRPr="00D31D98">
              <w:rPr>
                <w:szCs w:val="24"/>
              </w:rPr>
              <w:t>- Nastavnici matematike koji sudjeluju u izvedbi i istraživanju</w:t>
            </w:r>
          </w:p>
          <w:p w14:paraId="1A06BF8D" w14:textId="77777777" w:rsidR="001865F2" w:rsidRPr="00D31D98" w:rsidRDefault="001865F2" w:rsidP="00966809">
            <w:pPr>
              <w:widowControl w:val="0"/>
            </w:pPr>
            <w:r w:rsidRPr="00D31D98">
              <w:rPr>
                <w:szCs w:val="24"/>
              </w:rPr>
              <w:t>- Učenici prvih razreda srednjih škola uključeni u istraživanje</w:t>
            </w:r>
          </w:p>
        </w:tc>
      </w:tr>
      <w:tr w:rsidR="001865F2" w:rsidRPr="00D31D98" w14:paraId="18632EBF" w14:textId="77777777" w:rsidTr="00966809">
        <w:trPr>
          <w:cantSplit/>
        </w:trPr>
        <w:tc>
          <w:tcPr>
            <w:tcW w:w="2381" w:type="dxa"/>
            <w:vAlign w:val="center"/>
          </w:tcPr>
          <w:p w14:paraId="66D6E418"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CF95F22" w14:textId="77777777" w:rsidR="001865F2" w:rsidRPr="00D31D98" w:rsidRDefault="001865F2" w:rsidP="00966809">
            <w:pPr>
              <w:widowControl w:val="0"/>
            </w:pPr>
            <w:r w:rsidRPr="00D31D98">
              <w:rPr>
                <w:szCs w:val="24"/>
              </w:rPr>
              <w:t>- Provedba longitudinalnog istraživanja kroz tri školske godine koje obuhvaća tri generacije učenika.</w:t>
            </w:r>
          </w:p>
          <w:p w14:paraId="65C38333" w14:textId="77777777" w:rsidR="001865F2" w:rsidRPr="00D31D98" w:rsidRDefault="001865F2" w:rsidP="00966809">
            <w:pPr>
              <w:widowControl w:val="0"/>
            </w:pPr>
            <w:r w:rsidRPr="00D31D98">
              <w:rPr>
                <w:szCs w:val="24"/>
              </w:rPr>
              <w:t xml:space="preserve">- Korištenje digitalnog </w:t>
            </w:r>
            <w:proofErr w:type="spellStart"/>
            <w:r w:rsidRPr="00D31D98">
              <w:rPr>
                <w:szCs w:val="24"/>
              </w:rPr>
              <w:t>Escape</w:t>
            </w:r>
            <w:proofErr w:type="spellEnd"/>
            <w:r w:rsidRPr="00D31D98">
              <w:rPr>
                <w:szCs w:val="24"/>
              </w:rPr>
              <w:t xml:space="preserve"> Room zadatka u alatu </w:t>
            </w:r>
            <w:proofErr w:type="spellStart"/>
            <w:r w:rsidRPr="00D31D98">
              <w:rPr>
                <w:szCs w:val="24"/>
              </w:rPr>
              <w:t>Genially</w:t>
            </w:r>
            <w:proofErr w:type="spellEnd"/>
            <w:r w:rsidRPr="00D31D98">
              <w:rPr>
                <w:szCs w:val="24"/>
              </w:rPr>
              <w:t xml:space="preserve"> kao osnove aktivnosti.</w:t>
            </w:r>
          </w:p>
          <w:p w14:paraId="188D324B" w14:textId="77777777" w:rsidR="001865F2" w:rsidRPr="00D31D98" w:rsidRDefault="001865F2" w:rsidP="00966809">
            <w:pPr>
              <w:widowControl w:val="0"/>
            </w:pPr>
            <w:r w:rsidRPr="00D31D98">
              <w:rPr>
                <w:szCs w:val="24"/>
              </w:rPr>
              <w:t>- Aktivnost se izvodi kao individualni rad učenika korištenjem mobilnih uređaja (tableti i pametni telefoni).</w:t>
            </w:r>
          </w:p>
          <w:p w14:paraId="7BCF16E6" w14:textId="77777777" w:rsidR="001865F2" w:rsidRPr="00D31D98" w:rsidRDefault="001865F2" w:rsidP="00966809">
            <w:pPr>
              <w:widowControl w:val="0"/>
            </w:pPr>
            <w:r w:rsidRPr="00D31D98">
              <w:rPr>
                <w:szCs w:val="24"/>
              </w:rPr>
              <w:t>- Prikupljanje podataka putem anketnih upitnika i promatranje individualnih digitalnih aktivnosti.</w:t>
            </w:r>
          </w:p>
          <w:p w14:paraId="52AE6379" w14:textId="77777777" w:rsidR="001865F2" w:rsidRPr="00D31D98" w:rsidRDefault="001865F2" w:rsidP="00966809">
            <w:pPr>
              <w:widowControl w:val="0"/>
            </w:pPr>
            <w:r w:rsidRPr="00D31D98">
              <w:rPr>
                <w:szCs w:val="24"/>
              </w:rPr>
              <w:t>- Kvantitativna i kvalitativna analiza rezultata i povratnih informacija.</w:t>
            </w:r>
          </w:p>
          <w:p w14:paraId="072B04C8" w14:textId="77777777" w:rsidR="001865F2" w:rsidRPr="00D31D98" w:rsidRDefault="001865F2" w:rsidP="00966809">
            <w:pPr>
              <w:widowControl w:val="0"/>
            </w:pPr>
            <w:r w:rsidRPr="00D31D98">
              <w:rPr>
                <w:szCs w:val="24"/>
              </w:rPr>
              <w:t xml:space="preserve">- Usporedna analiza promjena među generacijama i evaluacija učinkovitosti </w:t>
            </w:r>
            <w:proofErr w:type="spellStart"/>
            <w:r w:rsidRPr="00D31D98">
              <w:rPr>
                <w:szCs w:val="24"/>
              </w:rPr>
              <w:t>gamificiranog</w:t>
            </w:r>
            <w:proofErr w:type="spellEnd"/>
            <w:r w:rsidRPr="00D31D98">
              <w:rPr>
                <w:szCs w:val="24"/>
              </w:rPr>
              <w:t xml:space="preserve"> pristupa.</w:t>
            </w:r>
          </w:p>
        </w:tc>
      </w:tr>
      <w:tr w:rsidR="001865F2" w:rsidRPr="00D31D98" w14:paraId="5BBAA33C" w14:textId="77777777" w:rsidTr="00966809">
        <w:trPr>
          <w:cantSplit/>
        </w:trPr>
        <w:tc>
          <w:tcPr>
            <w:tcW w:w="2381" w:type="dxa"/>
            <w:vAlign w:val="center"/>
          </w:tcPr>
          <w:p w14:paraId="300510CE"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4D628A3F" w14:textId="77777777" w:rsidR="001865F2" w:rsidRPr="00D31D98" w:rsidRDefault="001865F2" w:rsidP="00966809">
            <w:pPr>
              <w:widowControl w:val="0"/>
            </w:pPr>
            <w:r w:rsidRPr="00D31D98">
              <w:rPr>
                <w:szCs w:val="24"/>
              </w:rPr>
              <w:t>- Provedba istraživanja: tijekom školske godine</w:t>
            </w:r>
          </w:p>
          <w:p w14:paraId="585E83CD" w14:textId="77777777" w:rsidR="001865F2" w:rsidRPr="00D31D98" w:rsidRDefault="001865F2" w:rsidP="00966809">
            <w:pPr>
              <w:widowControl w:val="0"/>
            </w:pPr>
            <w:r w:rsidRPr="00D31D98">
              <w:rPr>
                <w:szCs w:val="24"/>
              </w:rPr>
              <w:t>- Analiza podataka kontinuirana nakon svake provedene godine.</w:t>
            </w:r>
          </w:p>
          <w:p w14:paraId="3CF34569" w14:textId="77777777" w:rsidR="001865F2" w:rsidRPr="00D31D98" w:rsidRDefault="001865F2" w:rsidP="00966809">
            <w:pPr>
              <w:widowControl w:val="0"/>
            </w:pPr>
            <w:r w:rsidRPr="00D31D98">
              <w:rPr>
                <w:szCs w:val="24"/>
              </w:rPr>
              <w:t>- Završna evaluacija i diseminacija rezultata u 2027. godini</w:t>
            </w:r>
          </w:p>
        </w:tc>
      </w:tr>
      <w:tr w:rsidR="001865F2" w:rsidRPr="00D31D98" w14:paraId="33188AFB" w14:textId="77777777" w:rsidTr="00966809">
        <w:trPr>
          <w:cantSplit/>
        </w:trPr>
        <w:tc>
          <w:tcPr>
            <w:tcW w:w="2381" w:type="dxa"/>
            <w:vAlign w:val="center"/>
          </w:tcPr>
          <w:p w14:paraId="221529B0" w14:textId="77777777" w:rsidR="001865F2" w:rsidRPr="00D31D98" w:rsidRDefault="001865F2" w:rsidP="00966809">
            <w:pPr>
              <w:widowControl w:val="0"/>
              <w:rPr>
                <w:b/>
              </w:rPr>
            </w:pPr>
            <w:r w:rsidRPr="00D31D98">
              <w:rPr>
                <w:b/>
                <w:bCs/>
                <w:szCs w:val="24"/>
              </w:rPr>
              <w:t>Troškovnik</w:t>
            </w:r>
          </w:p>
        </w:tc>
        <w:tc>
          <w:tcPr>
            <w:tcW w:w="6690" w:type="dxa"/>
            <w:vAlign w:val="center"/>
          </w:tcPr>
          <w:p w14:paraId="20ED0634" w14:textId="77777777" w:rsidR="001865F2" w:rsidRPr="00D31D98" w:rsidRDefault="001865F2" w:rsidP="00966809">
            <w:pPr>
              <w:widowControl w:val="0"/>
            </w:pPr>
            <w:r w:rsidRPr="00D31D98">
              <w:rPr>
                <w:szCs w:val="24"/>
              </w:rPr>
              <w:t>- Razvoj i prilagodba digitalnih edukativnih sadržaja (</w:t>
            </w:r>
            <w:proofErr w:type="spellStart"/>
            <w:r w:rsidRPr="00D31D98">
              <w:rPr>
                <w:szCs w:val="24"/>
              </w:rPr>
              <w:t>Genially</w:t>
            </w:r>
            <w:proofErr w:type="spellEnd"/>
            <w:r w:rsidRPr="00D31D98">
              <w:rPr>
                <w:szCs w:val="24"/>
              </w:rPr>
              <w:t xml:space="preserve"> platforma)</w:t>
            </w:r>
          </w:p>
          <w:p w14:paraId="4013B462" w14:textId="77777777" w:rsidR="001865F2" w:rsidRPr="00D31D98" w:rsidRDefault="001865F2" w:rsidP="00966809">
            <w:pPr>
              <w:widowControl w:val="0"/>
            </w:pPr>
            <w:r w:rsidRPr="00D31D98">
              <w:rPr>
                <w:szCs w:val="24"/>
              </w:rPr>
              <w:t>- Materijali i alati za prikupljanje i obradu podataka</w:t>
            </w:r>
          </w:p>
          <w:p w14:paraId="4EFBF5FB" w14:textId="77777777" w:rsidR="001865F2" w:rsidRPr="00D31D98" w:rsidRDefault="001865F2" w:rsidP="00966809">
            <w:pPr>
              <w:widowControl w:val="0"/>
            </w:pPr>
            <w:r w:rsidRPr="00D31D98">
              <w:rPr>
                <w:szCs w:val="24"/>
              </w:rPr>
              <w:t>- Stručni rad i analiza istraživanja te izrada izvještaja</w:t>
            </w:r>
          </w:p>
        </w:tc>
      </w:tr>
      <w:tr w:rsidR="001865F2" w:rsidRPr="00D31D98" w14:paraId="3F79C572" w14:textId="77777777" w:rsidTr="00966809">
        <w:trPr>
          <w:cantSplit/>
        </w:trPr>
        <w:tc>
          <w:tcPr>
            <w:tcW w:w="2381" w:type="dxa"/>
            <w:vAlign w:val="center"/>
          </w:tcPr>
          <w:p w14:paraId="4F988F22" w14:textId="77777777" w:rsidR="001865F2" w:rsidRPr="00D31D98" w:rsidRDefault="001865F2" w:rsidP="00966809">
            <w:pPr>
              <w:widowControl w:val="0"/>
              <w:rPr>
                <w:b/>
              </w:rPr>
            </w:pPr>
            <w:r w:rsidRPr="00D31D98">
              <w:rPr>
                <w:b/>
                <w:bCs/>
                <w:szCs w:val="24"/>
              </w:rPr>
              <w:lastRenderedPageBreak/>
              <w:t>Način vrednovanja</w:t>
            </w:r>
          </w:p>
        </w:tc>
        <w:tc>
          <w:tcPr>
            <w:tcW w:w="6690" w:type="dxa"/>
            <w:vAlign w:val="center"/>
          </w:tcPr>
          <w:p w14:paraId="2AB7DDED" w14:textId="77777777" w:rsidR="001865F2" w:rsidRPr="00D31D98" w:rsidRDefault="001865F2" w:rsidP="00966809">
            <w:pPr>
              <w:widowControl w:val="0"/>
            </w:pPr>
            <w:r w:rsidRPr="00D31D98">
              <w:rPr>
                <w:szCs w:val="24"/>
              </w:rPr>
              <w:t>- Analiza rezultata anketnih upitnika s fokusom na percepciju, motivaciju i digitalne kompetencije</w:t>
            </w:r>
          </w:p>
          <w:p w14:paraId="6AC98704" w14:textId="77777777" w:rsidR="001865F2" w:rsidRPr="00D31D98" w:rsidRDefault="001865F2" w:rsidP="00966809">
            <w:pPr>
              <w:widowControl w:val="0"/>
            </w:pPr>
            <w:r w:rsidRPr="00D31D98">
              <w:rPr>
                <w:szCs w:val="24"/>
              </w:rPr>
              <w:t xml:space="preserve">- Statistička obrada uspješnosti na </w:t>
            </w:r>
            <w:proofErr w:type="spellStart"/>
            <w:r w:rsidRPr="00D31D98">
              <w:rPr>
                <w:szCs w:val="24"/>
              </w:rPr>
              <w:t>gamificiranim</w:t>
            </w:r>
            <w:proofErr w:type="spellEnd"/>
            <w:r w:rsidRPr="00D31D98">
              <w:rPr>
                <w:szCs w:val="24"/>
              </w:rPr>
              <w:t xml:space="preserve"> zadacima (točnost, brzina)</w:t>
            </w:r>
          </w:p>
          <w:p w14:paraId="504D8DF4" w14:textId="77777777" w:rsidR="001865F2" w:rsidRPr="00D31D98" w:rsidRDefault="001865F2" w:rsidP="00966809">
            <w:pPr>
              <w:widowControl w:val="0"/>
            </w:pPr>
            <w:r w:rsidRPr="00D31D98">
              <w:rPr>
                <w:szCs w:val="24"/>
              </w:rPr>
              <w:t>- Promatranje pojedinačnih digitalnih interakcija i samostalnosti učenika</w:t>
            </w:r>
          </w:p>
          <w:p w14:paraId="4A4B99E3" w14:textId="77777777" w:rsidR="001865F2" w:rsidRPr="00D31D98" w:rsidRDefault="001865F2" w:rsidP="00966809">
            <w:pPr>
              <w:widowControl w:val="0"/>
            </w:pPr>
            <w:r w:rsidRPr="00D31D98">
              <w:rPr>
                <w:szCs w:val="24"/>
              </w:rPr>
              <w:t>- Komparativna analiza među trima generacijama učenika</w:t>
            </w:r>
          </w:p>
          <w:p w14:paraId="515B87E9" w14:textId="77777777" w:rsidR="001865F2" w:rsidRPr="00D31D98" w:rsidRDefault="001865F2" w:rsidP="00966809">
            <w:pPr>
              <w:widowControl w:val="0"/>
            </w:pPr>
            <w:r w:rsidRPr="00D31D98">
              <w:rPr>
                <w:szCs w:val="24"/>
              </w:rPr>
              <w:t>- Povratne informacije nastavnika i učenika te izrada i objava znanstvenog članka</w:t>
            </w:r>
          </w:p>
        </w:tc>
      </w:tr>
    </w:tbl>
    <w:p w14:paraId="3D986B0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A90DB7D" w14:textId="77777777" w:rsidTr="00966809">
        <w:trPr>
          <w:cantSplit/>
        </w:trPr>
        <w:tc>
          <w:tcPr>
            <w:tcW w:w="2381" w:type="dxa"/>
            <w:vAlign w:val="center"/>
          </w:tcPr>
          <w:p w14:paraId="1B4F93E3"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6E92DDA" w14:textId="77777777" w:rsidR="001865F2" w:rsidRPr="00D31D98" w:rsidRDefault="001865F2" w:rsidP="00966809">
            <w:pPr>
              <w:keepNext/>
              <w:widowControl w:val="0"/>
              <w:rPr>
                <w:b/>
              </w:rPr>
            </w:pPr>
            <w:r w:rsidRPr="00D31D98">
              <w:rPr>
                <w:b/>
                <w:bCs/>
                <w:szCs w:val="24"/>
              </w:rPr>
              <w:t xml:space="preserve">UTJECAJ INTERDISCIPLINARNOG STEAM PRISTUPA UPOTREBOM INTERAKTIVNIH SADRŽAJA OČUVANJA NEMATERIJALNE KULTURNE BAŠTINE U PROŠIRENOJ STVARNOSTI NA INTRINZIČNI INTERES UČENIKA– </w:t>
            </w:r>
            <w:proofErr w:type="spellStart"/>
            <w:r w:rsidRPr="00D31D98">
              <w:rPr>
                <w:b/>
                <w:bCs/>
                <w:szCs w:val="24"/>
              </w:rPr>
              <w:t>istraživanjeII.faza</w:t>
            </w:r>
            <w:proofErr w:type="spellEnd"/>
            <w:r w:rsidRPr="00D31D98">
              <w:rPr>
                <w:b/>
                <w:bCs/>
                <w:szCs w:val="24"/>
              </w:rPr>
              <w:t xml:space="preserve">  – evaluacija stavova nastavnika</w:t>
            </w:r>
          </w:p>
        </w:tc>
      </w:tr>
      <w:tr w:rsidR="001865F2" w:rsidRPr="00D31D98" w14:paraId="1D94CB2A" w14:textId="77777777" w:rsidTr="00966809">
        <w:trPr>
          <w:cantSplit/>
        </w:trPr>
        <w:tc>
          <w:tcPr>
            <w:tcW w:w="2381" w:type="dxa"/>
            <w:vAlign w:val="center"/>
          </w:tcPr>
          <w:p w14:paraId="32411557" w14:textId="77777777" w:rsidR="001865F2" w:rsidRPr="00D31D98" w:rsidRDefault="001865F2" w:rsidP="00966809">
            <w:pPr>
              <w:widowControl w:val="0"/>
              <w:rPr>
                <w:b/>
              </w:rPr>
            </w:pPr>
            <w:r w:rsidRPr="00D31D98">
              <w:rPr>
                <w:b/>
                <w:bCs/>
                <w:szCs w:val="24"/>
              </w:rPr>
              <w:t>Ciljevi</w:t>
            </w:r>
          </w:p>
        </w:tc>
        <w:tc>
          <w:tcPr>
            <w:tcW w:w="6690" w:type="dxa"/>
            <w:vAlign w:val="center"/>
          </w:tcPr>
          <w:p w14:paraId="05DC76A9" w14:textId="77777777" w:rsidR="001865F2" w:rsidRPr="00D31D98" w:rsidRDefault="001865F2" w:rsidP="00966809">
            <w:pPr>
              <w:widowControl w:val="0"/>
            </w:pPr>
            <w:r w:rsidRPr="00D31D98">
              <w:rPr>
                <w:szCs w:val="24"/>
              </w:rPr>
              <w:t xml:space="preserve">➢ </w:t>
            </w:r>
            <w:proofErr w:type="spellStart"/>
            <w:r w:rsidRPr="00D31D98">
              <w:rPr>
                <w:szCs w:val="24"/>
              </w:rPr>
              <w:t>Istražitistavovenastavnika</w:t>
            </w:r>
            <w:proofErr w:type="spellEnd"/>
            <w:r w:rsidRPr="00D31D98">
              <w:rPr>
                <w:szCs w:val="24"/>
              </w:rPr>
              <w:t xml:space="preserve"> o </w:t>
            </w:r>
            <w:proofErr w:type="spellStart"/>
            <w:r w:rsidRPr="00D31D98">
              <w:rPr>
                <w:szCs w:val="24"/>
              </w:rPr>
              <w:t>primjeniinterdisciplinarnog</w:t>
            </w:r>
            <w:proofErr w:type="spellEnd"/>
            <w:r w:rsidRPr="00D31D98">
              <w:rPr>
                <w:szCs w:val="24"/>
              </w:rPr>
              <w:t xml:space="preserve"> STEAM pristupa u nastavi.</w:t>
            </w:r>
          </w:p>
          <w:p w14:paraId="75C0F2E1" w14:textId="77777777" w:rsidR="001865F2" w:rsidRPr="00D31D98" w:rsidRDefault="001865F2" w:rsidP="00966809">
            <w:pPr>
              <w:widowControl w:val="0"/>
            </w:pPr>
            <w:r w:rsidRPr="00D31D98">
              <w:rPr>
                <w:szCs w:val="24"/>
              </w:rPr>
              <w:t xml:space="preserve">➢ </w:t>
            </w:r>
            <w:proofErr w:type="spellStart"/>
            <w:r w:rsidRPr="00D31D98">
              <w:rPr>
                <w:szCs w:val="24"/>
              </w:rPr>
              <w:t>Procijenitipercepcijukvaliteteiučinkovitosti</w:t>
            </w:r>
            <w:proofErr w:type="spellEnd"/>
            <w:r w:rsidRPr="00D31D98">
              <w:rPr>
                <w:szCs w:val="24"/>
              </w:rPr>
              <w:t xml:space="preserve"> AR </w:t>
            </w:r>
            <w:proofErr w:type="spellStart"/>
            <w:r w:rsidRPr="00D31D98">
              <w:rPr>
                <w:szCs w:val="24"/>
              </w:rPr>
              <w:t>sadržajarazvijenih</w:t>
            </w:r>
            <w:proofErr w:type="spellEnd"/>
            <w:r w:rsidRPr="00D31D98">
              <w:rPr>
                <w:szCs w:val="24"/>
              </w:rPr>
              <w:t xml:space="preserve"> u I. </w:t>
            </w:r>
            <w:proofErr w:type="spellStart"/>
            <w:r w:rsidRPr="00D31D98">
              <w:rPr>
                <w:szCs w:val="24"/>
              </w:rPr>
              <w:t>faziistraživanja</w:t>
            </w:r>
            <w:proofErr w:type="spellEnd"/>
            <w:r w:rsidRPr="00D31D98">
              <w:rPr>
                <w:szCs w:val="24"/>
              </w:rPr>
              <w:t>.</w:t>
            </w:r>
          </w:p>
          <w:p w14:paraId="06329881" w14:textId="77777777" w:rsidR="001865F2" w:rsidRPr="00D31D98" w:rsidRDefault="001865F2" w:rsidP="00966809">
            <w:pPr>
              <w:widowControl w:val="0"/>
            </w:pPr>
            <w:r w:rsidRPr="00D31D98">
              <w:rPr>
                <w:szCs w:val="24"/>
              </w:rPr>
              <w:t xml:space="preserve">➢ </w:t>
            </w:r>
            <w:proofErr w:type="spellStart"/>
            <w:r w:rsidRPr="00D31D98">
              <w:rPr>
                <w:szCs w:val="24"/>
              </w:rPr>
              <w:t>Analiziratimišljenjanastavnika</w:t>
            </w:r>
            <w:proofErr w:type="spellEnd"/>
            <w:r w:rsidRPr="00D31D98">
              <w:rPr>
                <w:szCs w:val="24"/>
              </w:rPr>
              <w:t xml:space="preserve"> o utjecajunarativaiznematerijalnekulturnebaštinenamotivacijuučenikainjihovorazumijevanje STEM koncepata.</w:t>
            </w:r>
          </w:p>
          <w:p w14:paraId="5E113C97" w14:textId="77777777" w:rsidR="001865F2" w:rsidRPr="00D31D98" w:rsidRDefault="001865F2" w:rsidP="00966809">
            <w:pPr>
              <w:widowControl w:val="0"/>
            </w:pPr>
            <w:r w:rsidRPr="00D31D98">
              <w:rPr>
                <w:szCs w:val="24"/>
              </w:rPr>
              <w:t xml:space="preserve">➢ </w:t>
            </w:r>
            <w:proofErr w:type="spellStart"/>
            <w:r w:rsidRPr="00D31D98">
              <w:rPr>
                <w:szCs w:val="24"/>
              </w:rPr>
              <w:t>Prikupitiprijedlogenastavnika</w:t>
            </w:r>
            <w:proofErr w:type="spellEnd"/>
            <w:r w:rsidRPr="00D31D98">
              <w:rPr>
                <w:szCs w:val="24"/>
              </w:rPr>
              <w:t xml:space="preserve"> za poboljšanje, </w:t>
            </w:r>
            <w:proofErr w:type="spellStart"/>
            <w:r w:rsidRPr="00D31D98">
              <w:rPr>
                <w:szCs w:val="24"/>
              </w:rPr>
              <w:t>doraduiunaprjeđenjesadržaja</w:t>
            </w:r>
            <w:proofErr w:type="spellEnd"/>
            <w:r w:rsidRPr="00D31D98">
              <w:rPr>
                <w:szCs w:val="24"/>
              </w:rPr>
              <w:t xml:space="preserve"> (</w:t>
            </w:r>
            <w:proofErr w:type="spellStart"/>
            <w:r w:rsidRPr="00D31D98">
              <w:rPr>
                <w:szCs w:val="24"/>
              </w:rPr>
              <w:t>matematičkihzadataka</w:t>
            </w:r>
            <w:proofErr w:type="spellEnd"/>
            <w:r w:rsidRPr="00D31D98">
              <w:rPr>
                <w:szCs w:val="24"/>
              </w:rPr>
              <w:t xml:space="preserve">, AR scena, narativa, </w:t>
            </w:r>
            <w:proofErr w:type="spellStart"/>
            <w:r w:rsidRPr="00D31D98">
              <w:rPr>
                <w:szCs w:val="24"/>
              </w:rPr>
              <w:t>problemskihaktivnosti</w:t>
            </w:r>
            <w:proofErr w:type="spellEnd"/>
            <w:r w:rsidRPr="00D31D98">
              <w:rPr>
                <w:szCs w:val="24"/>
              </w:rPr>
              <w:t>).</w:t>
            </w:r>
          </w:p>
          <w:p w14:paraId="564E61BE" w14:textId="77777777" w:rsidR="001865F2" w:rsidRPr="00D31D98" w:rsidRDefault="001865F2" w:rsidP="00966809">
            <w:pPr>
              <w:widowControl w:val="0"/>
            </w:pPr>
            <w:r w:rsidRPr="00D31D98">
              <w:rPr>
                <w:szCs w:val="24"/>
              </w:rPr>
              <w:t xml:space="preserve">➢ </w:t>
            </w:r>
            <w:proofErr w:type="spellStart"/>
            <w:r w:rsidRPr="00D31D98">
              <w:rPr>
                <w:szCs w:val="24"/>
              </w:rPr>
              <w:t>Utvrditiopćurazinuprihvaćenostiispremnostinastavnika</w:t>
            </w:r>
            <w:proofErr w:type="spellEnd"/>
            <w:r w:rsidRPr="00D31D98">
              <w:rPr>
                <w:szCs w:val="24"/>
              </w:rPr>
              <w:t xml:space="preserve"> za </w:t>
            </w:r>
            <w:proofErr w:type="spellStart"/>
            <w:r w:rsidRPr="00D31D98">
              <w:rPr>
                <w:szCs w:val="24"/>
              </w:rPr>
              <w:t>daljnjuprimjenudigitalnopodržanih</w:t>
            </w:r>
            <w:proofErr w:type="spellEnd"/>
            <w:r w:rsidRPr="00D31D98">
              <w:rPr>
                <w:szCs w:val="24"/>
              </w:rPr>
              <w:t xml:space="preserve"> STEAM aktivnosti.</w:t>
            </w:r>
          </w:p>
          <w:p w14:paraId="18089DA7" w14:textId="77777777" w:rsidR="001865F2" w:rsidRPr="00D31D98" w:rsidRDefault="001865F2" w:rsidP="00966809">
            <w:pPr>
              <w:widowControl w:val="0"/>
            </w:pPr>
            <w:r w:rsidRPr="00D31D98">
              <w:rPr>
                <w:szCs w:val="24"/>
              </w:rPr>
              <w:t xml:space="preserve">➢ </w:t>
            </w:r>
            <w:proofErr w:type="spellStart"/>
            <w:r w:rsidRPr="00D31D98">
              <w:rPr>
                <w:szCs w:val="24"/>
              </w:rPr>
              <w:t>Oblikovatizavršnepreporuke</w:t>
            </w:r>
            <w:proofErr w:type="spellEnd"/>
            <w:r w:rsidRPr="00D31D98">
              <w:rPr>
                <w:szCs w:val="24"/>
              </w:rPr>
              <w:t xml:space="preserve"> za </w:t>
            </w:r>
            <w:proofErr w:type="spellStart"/>
            <w:r w:rsidRPr="00D31D98">
              <w:rPr>
                <w:szCs w:val="24"/>
              </w:rPr>
              <w:t>unapređenjenastavneprakseiizradupoboljšanihsadržaja</w:t>
            </w:r>
            <w:proofErr w:type="spellEnd"/>
            <w:r w:rsidRPr="00D31D98">
              <w:rPr>
                <w:szCs w:val="24"/>
              </w:rPr>
              <w:t xml:space="preserve"> za objavu</w:t>
            </w:r>
          </w:p>
        </w:tc>
      </w:tr>
      <w:tr w:rsidR="001865F2" w:rsidRPr="00D31D98" w14:paraId="4A47C13F" w14:textId="77777777" w:rsidTr="00966809">
        <w:trPr>
          <w:cantSplit/>
        </w:trPr>
        <w:tc>
          <w:tcPr>
            <w:tcW w:w="2381" w:type="dxa"/>
            <w:vAlign w:val="center"/>
          </w:tcPr>
          <w:p w14:paraId="7042C646"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CBD583A" w14:textId="77777777" w:rsidR="001865F2" w:rsidRPr="00D31D98" w:rsidRDefault="001865F2" w:rsidP="00966809">
            <w:pPr>
              <w:widowControl w:val="0"/>
            </w:pPr>
            <w:r w:rsidRPr="00D31D98">
              <w:rPr>
                <w:szCs w:val="24"/>
              </w:rPr>
              <w:t xml:space="preserve">Aktivnost je </w:t>
            </w:r>
            <w:proofErr w:type="spellStart"/>
            <w:r w:rsidRPr="00D31D98">
              <w:rPr>
                <w:szCs w:val="24"/>
              </w:rPr>
              <w:t>namijenjenanastavnicima</w:t>
            </w:r>
            <w:proofErr w:type="spellEnd"/>
            <w:r w:rsidRPr="00D31D98">
              <w:rPr>
                <w:szCs w:val="24"/>
              </w:rPr>
              <w:t xml:space="preserve"> koji </w:t>
            </w:r>
            <w:proofErr w:type="spellStart"/>
            <w:r w:rsidRPr="00D31D98">
              <w:rPr>
                <w:szCs w:val="24"/>
              </w:rPr>
              <w:t>susudjelovali</w:t>
            </w:r>
            <w:proofErr w:type="spellEnd"/>
            <w:r w:rsidRPr="00D31D98">
              <w:rPr>
                <w:szCs w:val="24"/>
              </w:rPr>
              <w:t xml:space="preserve"> u razvoju, </w:t>
            </w:r>
            <w:proofErr w:type="spellStart"/>
            <w:r w:rsidRPr="00D31D98">
              <w:rPr>
                <w:szCs w:val="24"/>
              </w:rPr>
              <w:t>primjeniievaluaciji</w:t>
            </w:r>
            <w:proofErr w:type="spellEnd"/>
            <w:r w:rsidRPr="00D31D98">
              <w:rPr>
                <w:szCs w:val="24"/>
              </w:rPr>
              <w:t xml:space="preserve"> STEAM–AR sadržaja u I. </w:t>
            </w:r>
            <w:proofErr w:type="spellStart"/>
            <w:r w:rsidRPr="00D31D98">
              <w:rPr>
                <w:szCs w:val="24"/>
              </w:rPr>
              <w:t>faziistraživanja</w:t>
            </w:r>
            <w:proofErr w:type="spellEnd"/>
            <w:r w:rsidRPr="00D31D98">
              <w:rPr>
                <w:szCs w:val="24"/>
              </w:rPr>
              <w:t xml:space="preserve"> (2025./2026.).</w:t>
            </w:r>
          </w:p>
          <w:p w14:paraId="16EE7906" w14:textId="77777777" w:rsidR="001865F2" w:rsidRPr="00D31D98" w:rsidRDefault="001865F2" w:rsidP="00966809">
            <w:pPr>
              <w:widowControl w:val="0"/>
            </w:pPr>
            <w:r w:rsidRPr="00D31D98">
              <w:rPr>
                <w:szCs w:val="24"/>
              </w:rPr>
              <w:t xml:space="preserve">U II. </w:t>
            </w:r>
            <w:proofErr w:type="spellStart"/>
            <w:r w:rsidRPr="00D31D98">
              <w:rPr>
                <w:szCs w:val="24"/>
              </w:rPr>
              <w:t>fazifokus</w:t>
            </w:r>
            <w:proofErr w:type="spellEnd"/>
            <w:r w:rsidRPr="00D31D98">
              <w:rPr>
                <w:szCs w:val="24"/>
              </w:rPr>
              <w:t xml:space="preserve"> je </w:t>
            </w:r>
            <w:proofErr w:type="spellStart"/>
            <w:r w:rsidRPr="00D31D98">
              <w:rPr>
                <w:szCs w:val="24"/>
              </w:rPr>
              <w:t>isključivonanjihovimosobnimstavovima</w:t>
            </w:r>
            <w:proofErr w:type="spellEnd"/>
            <w:r w:rsidRPr="00D31D98">
              <w:rPr>
                <w:szCs w:val="24"/>
              </w:rPr>
              <w:t xml:space="preserve">, iskustvima, </w:t>
            </w:r>
            <w:proofErr w:type="spellStart"/>
            <w:r w:rsidRPr="00D31D98">
              <w:rPr>
                <w:szCs w:val="24"/>
              </w:rPr>
              <w:t>opažanjimaiprijedlozimavezanimauzprovedeneaktivnosti</w:t>
            </w:r>
            <w:proofErr w:type="spellEnd"/>
            <w:r w:rsidRPr="00D31D98">
              <w:rPr>
                <w:szCs w:val="24"/>
              </w:rPr>
              <w:t xml:space="preserve">, </w:t>
            </w:r>
            <w:proofErr w:type="spellStart"/>
            <w:r w:rsidRPr="00D31D98">
              <w:rPr>
                <w:szCs w:val="24"/>
              </w:rPr>
              <w:t>kvalitetusadržajaimogućnostidaljnjegunapređenja</w:t>
            </w:r>
            <w:proofErr w:type="spellEnd"/>
            <w:r w:rsidRPr="00D31D98">
              <w:rPr>
                <w:szCs w:val="24"/>
              </w:rPr>
              <w:t>.</w:t>
            </w:r>
          </w:p>
          <w:p w14:paraId="55A58763" w14:textId="77777777" w:rsidR="001865F2" w:rsidRPr="00D31D98" w:rsidRDefault="001865F2" w:rsidP="00966809">
            <w:pPr>
              <w:widowControl w:val="0"/>
            </w:pPr>
            <w:r w:rsidRPr="00D31D98">
              <w:rPr>
                <w:szCs w:val="24"/>
              </w:rPr>
              <w:t xml:space="preserve">Cilj je </w:t>
            </w:r>
            <w:proofErr w:type="spellStart"/>
            <w:r w:rsidRPr="00D31D98">
              <w:rPr>
                <w:szCs w:val="24"/>
              </w:rPr>
              <w:t>dobitikvalitativniuvid</w:t>
            </w:r>
            <w:proofErr w:type="spellEnd"/>
            <w:r w:rsidRPr="00D31D98">
              <w:rPr>
                <w:szCs w:val="24"/>
              </w:rPr>
              <w:t xml:space="preserve"> u profesionalnuperspektivunastavnikaipovratnuinformacijuteoblikovatipoboljšaneverzijesadržaja za </w:t>
            </w:r>
            <w:proofErr w:type="spellStart"/>
            <w:r w:rsidRPr="00D31D98">
              <w:rPr>
                <w:szCs w:val="24"/>
              </w:rPr>
              <w:t>budućuprimjenuijavnuobjavu</w:t>
            </w:r>
            <w:proofErr w:type="spellEnd"/>
            <w:r w:rsidRPr="00D31D98">
              <w:rPr>
                <w:szCs w:val="24"/>
              </w:rPr>
              <w:t>.</w:t>
            </w:r>
          </w:p>
        </w:tc>
      </w:tr>
      <w:tr w:rsidR="001865F2" w:rsidRPr="00D31D98" w14:paraId="6299A28A" w14:textId="77777777" w:rsidTr="00966809">
        <w:trPr>
          <w:cantSplit/>
        </w:trPr>
        <w:tc>
          <w:tcPr>
            <w:tcW w:w="2381" w:type="dxa"/>
            <w:vAlign w:val="center"/>
          </w:tcPr>
          <w:p w14:paraId="3DCD7763" w14:textId="77777777" w:rsidR="001865F2" w:rsidRPr="00D31D98" w:rsidRDefault="001865F2" w:rsidP="00966809">
            <w:pPr>
              <w:widowControl w:val="0"/>
              <w:rPr>
                <w:b/>
              </w:rPr>
            </w:pPr>
            <w:r w:rsidRPr="00D31D98">
              <w:rPr>
                <w:b/>
                <w:bCs/>
                <w:szCs w:val="24"/>
              </w:rPr>
              <w:lastRenderedPageBreak/>
              <w:t>Nositelji aktivnosti</w:t>
            </w:r>
          </w:p>
        </w:tc>
        <w:tc>
          <w:tcPr>
            <w:tcW w:w="6690" w:type="dxa"/>
            <w:vAlign w:val="center"/>
          </w:tcPr>
          <w:p w14:paraId="0E69E137" w14:textId="77777777" w:rsidR="001865F2" w:rsidRPr="00D31D98" w:rsidRDefault="001865F2" w:rsidP="00966809">
            <w:pPr>
              <w:widowControl w:val="0"/>
            </w:pPr>
            <w:r w:rsidRPr="00D31D98">
              <w:rPr>
                <w:szCs w:val="24"/>
              </w:rPr>
              <w:t xml:space="preserve">mr. sc. Ella Rakovac </w:t>
            </w:r>
            <w:proofErr w:type="spellStart"/>
            <w:r w:rsidRPr="00D31D98">
              <w:rPr>
                <w:szCs w:val="24"/>
              </w:rPr>
              <w:t>Bekeš</w:t>
            </w:r>
            <w:proofErr w:type="spellEnd"/>
            <w:r w:rsidRPr="00D31D98">
              <w:rPr>
                <w:szCs w:val="24"/>
              </w:rPr>
              <w:t xml:space="preserve"> - istraživač</w:t>
            </w:r>
          </w:p>
          <w:p w14:paraId="0EF1C311" w14:textId="77777777" w:rsidR="001865F2" w:rsidRPr="00D31D98" w:rsidRDefault="001865F2" w:rsidP="00966809">
            <w:pPr>
              <w:widowControl w:val="0"/>
            </w:pPr>
            <w:r w:rsidRPr="00D31D98">
              <w:rPr>
                <w:szCs w:val="24"/>
              </w:rPr>
              <w:t>- Nastavnici sudionici – provoditelji aktivnosti:</w:t>
            </w:r>
          </w:p>
          <w:p w14:paraId="6BD50C9C" w14:textId="77777777" w:rsidR="001865F2" w:rsidRPr="00D31D98" w:rsidRDefault="001865F2" w:rsidP="00966809">
            <w:pPr>
              <w:widowControl w:val="0"/>
            </w:pPr>
            <w:r w:rsidRPr="00D31D98">
              <w:rPr>
                <w:szCs w:val="24"/>
              </w:rPr>
              <w:t xml:space="preserve">Rebeka </w:t>
            </w:r>
            <w:proofErr w:type="spellStart"/>
            <w:r w:rsidRPr="00D31D98">
              <w:rPr>
                <w:szCs w:val="24"/>
              </w:rPr>
              <w:t>Kalazić</w:t>
            </w:r>
            <w:proofErr w:type="spellEnd"/>
            <w:r w:rsidRPr="00D31D98">
              <w:rPr>
                <w:szCs w:val="24"/>
              </w:rPr>
              <w:t>, prof., I. gimnazija Osijek</w:t>
            </w:r>
          </w:p>
          <w:p w14:paraId="6751A7AB" w14:textId="77777777" w:rsidR="001865F2" w:rsidRPr="00D31D98" w:rsidRDefault="001865F2" w:rsidP="00966809">
            <w:pPr>
              <w:widowControl w:val="0"/>
            </w:pPr>
            <w:r w:rsidRPr="00D31D98">
              <w:rPr>
                <w:szCs w:val="24"/>
              </w:rPr>
              <w:t xml:space="preserve">Brankica </w:t>
            </w:r>
            <w:proofErr w:type="spellStart"/>
            <w:r w:rsidRPr="00D31D98">
              <w:rPr>
                <w:szCs w:val="24"/>
              </w:rPr>
              <w:t>Truhar</w:t>
            </w:r>
            <w:proofErr w:type="spellEnd"/>
            <w:r w:rsidRPr="00D31D98">
              <w:rPr>
                <w:szCs w:val="24"/>
              </w:rPr>
              <w:t>, prof. I. gimnazija Osijek,</w:t>
            </w:r>
          </w:p>
          <w:p w14:paraId="429A33A5" w14:textId="77777777" w:rsidR="001865F2" w:rsidRPr="00D31D98" w:rsidRDefault="001865F2" w:rsidP="00966809">
            <w:pPr>
              <w:widowControl w:val="0"/>
            </w:pPr>
            <w:r w:rsidRPr="00D31D98">
              <w:rPr>
                <w:szCs w:val="24"/>
              </w:rPr>
              <w:t xml:space="preserve">Doris </w:t>
            </w:r>
            <w:proofErr w:type="spellStart"/>
            <w:r w:rsidRPr="00D31D98">
              <w:rPr>
                <w:szCs w:val="24"/>
              </w:rPr>
              <w:t>Portner</w:t>
            </w:r>
            <w:proofErr w:type="spellEnd"/>
            <w:r w:rsidRPr="00D31D98">
              <w:rPr>
                <w:szCs w:val="24"/>
              </w:rPr>
              <w:t>, prof. I. gimnazija Osijek,</w:t>
            </w:r>
          </w:p>
          <w:p w14:paraId="30BC29B1" w14:textId="77777777" w:rsidR="001865F2" w:rsidRPr="00D31D98" w:rsidRDefault="001865F2" w:rsidP="00966809">
            <w:pPr>
              <w:widowControl w:val="0"/>
            </w:pPr>
            <w:r w:rsidRPr="00D31D98">
              <w:rPr>
                <w:szCs w:val="24"/>
              </w:rPr>
              <w:t xml:space="preserve">Mirna </w:t>
            </w:r>
            <w:proofErr w:type="spellStart"/>
            <w:r w:rsidRPr="00D31D98">
              <w:rPr>
                <w:szCs w:val="24"/>
              </w:rPr>
              <w:t>Ćalija</w:t>
            </w:r>
            <w:proofErr w:type="spellEnd"/>
            <w:r w:rsidRPr="00D31D98">
              <w:rPr>
                <w:szCs w:val="24"/>
              </w:rPr>
              <w:t>, prof. III. gimnazija Osijek,</w:t>
            </w:r>
          </w:p>
          <w:p w14:paraId="3D984298" w14:textId="77777777" w:rsidR="001865F2" w:rsidRPr="00D31D98" w:rsidRDefault="001865F2" w:rsidP="00966809">
            <w:pPr>
              <w:widowControl w:val="0"/>
            </w:pPr>
            <w:r w:rsidRPr="00D31D98">
              <w:rPr>
                <w:szCs w:val="24"/>
              </w:rPr>
              <w:t xml:space="preserve">Ana </w:t>
            </w:r>
            <w:proofErr w:type="spellStart"/>
            <w:r w:rsidRPr="00D31D98">
              <w:rPr>
                <w:szCs w:val="24"/>
              </w:rPr>
              <w:t>Mendeš</w:t>
            </w:r>
            <w:proofErr w:type="spellEnd"/>
            <w:r w:rsidRPr="00D31D98">
              <w:rPr>
                <w:szCs w:val="24"/>
              </w:rPr>
              <w:t>, prof., Gimnazija dr. Mate Ujevića Imotski</w:t>
            </w:r>
          </w:p>
          <w:p w14:paraId="153F8C26" w14:textId="77777777" w:rsidR="001865F2" w:rsidRPr="00D31D98" w:rsidRDefault="001865F2" w:rsidP="00966809">
            <w:pPr>
              <w:widowControl w:val="0"/>
            </w:pPr>
            <w:r w:rsidRPr="00D31D98">
              <w:rPr>
                <w:szCs w:val="24"/>
              </w:rPr>
              <w:t>Milena Bošnjak, prof., Tehnička škola u Imotskom</w:t>
            </w:r>
          </w:p>
          <w:p w14:paraId="41F059DB" w14:textId="77777777" w:rsidR="001865F2" w:rsidRPr="00D31D98" w:rsidRDefault="001865F2" w:rsidP="00966809">
            <w:pPr>
              <w:widowControl w:val="0"/>
            </w:pPr>
            <w:r w:rsidRPr="00D31D98">
              <w:rPr>
                <w:szCs w:val="24"/>
              </w:rPr>
              <w:t xml:space="preserve">Aleksandra </w:t>
            </w:r>
            <w:proofErr w:type="spellStart"/>
            <w:r w:rsidRPr="00D31D98">
              <w:rPr>
                <w:szCs w:val="24"/>
              </w:rPr>
              <w:t>Brmbota</w:t>
            </w:r>
            <w:proofErr w:type="spellEnd"/>
            <w:r w:rsidRPr="00D31D98">
              <w:rPr>
                <w:szCs w:val="24"/>
              </w:rPr>
              <w:t xml:space="preserve">, Srednja škola </w:t>
            </w:r>
            <w:proofErr w:type="spellStart"/>
            <w:r w:rsidRPr="00D31D98">
              <w:rPr>
                <w:szCs w:val="24"/>
              </w:rPr>
              <w:t>Markantuna</w:t>
            </w:r>
            <w:proofErr w:type="spellEnd"/>
            <w:r w:rsidRPr="00D31D98">
              <w:rPr>
                <w:szCs w:val="24"/>
              </w:rPr>
              <w:t xml:space="preserve"> de Dominisa Rab</w:t>
            </w:r>
          </w:p>
          <w:p w14:paraId="3CB40E69" w14:textId="77777777" w:rsidR="001865F2" w:rsidRPr="00D31D98" w:rsidRDefault="001865F2" w:rsidP="00966809">
            <w:pPr>
              <w:widowControl w:val="0"/>
            </w:pPr>
            <w:proofErr w:type="spellStart"/>
            <w:r w:rsidRPr="00D31D98">
              <w:rPr>
                <w:szCs w:val="24"/>
              </w:rPr>
              <w:t>Saška</w:t>
            </w:r>
            <w:proofErr w:type="spellEnd"/>
            <w:r w:rsidRPr="00D31D98">
              <w:rPr>
                <w:szCs w:val="24"/>
              </w:rPr>
              <w:t xml:space="preserve"> Grgić, ELPROS Osijek</w:t>
            </w:r>
          </w:p>
        </w:tc>
      </w:tr>
      <w:tr w:rsidR="001865F2" w:rsidRPr="00D31D98" w14:paraId="6AAF7361" w14:textId="77777777" w:rsidTr="00966809">
        <w:trPr>
          <w:cantSplit/>
        </w:trPr>
        <w:tc>
          <w:tcPr>
            <w:tcW w:w="2381" w:type="dxa"/>
            <w:vAlign w:val="center"/>
          </w:tcPr>
          <w:p w14:paraId="3AFD8484"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AD18383" w14:textId="77777777" w:rsidR="001865F2" w:rsidRPr="00D31D98" w:rsidRDefault="001865F2" w:rsidP="00966809">
            <w:pPr>
              <w:widowControl w:val="0"/>
            </w:pPr>
            <w:r w:rsidRPr="00D31D98">
              <w:rPr>
                <w:szCs w:val="24"/>
              </w:rPr>
              <w:t xml:space="preserve">➢ </w:t>
            </w:r>
            <w:proofErr w:type="spellStart"/>
            <w:r w:rsidRPr="00D31D98">
              <w:rPr>
                <w:szCs w:val="24"/>
              </w:rPr>
              <w:t>Provedbakvalitativnogistraživanjausmjerenognastavovenastavnika</w:t>
            </w:r>
            <w:proofErr w:type="spellEnd"/>
            <w:r w:rsidRPr="00D31D98">
              <w:rPr>
                <w:szCs w:val="24"/>
              </w:rPr>
              <w:t>.</w:t>
            </w:r>
          </w:p>
          <w:p w14:paraId="42AEFDF9" w14:textId="77777777" w:rsidR="001865F2" w:rsidRPr="00D31D98" w:rsidRDefault="001865F2" w:rsidP="00966809">
            <w:pPr>
              <w:widowControl w:val="0"/>
            </w:pPr>
            <w:r w:rsidRPr="00D31D98">
              <w:rPr>
                <w:szCs w:val="24"/>
              </w:rPr>
              <w:t xml:space="preserve">➢ </w:t>
            </w:r>
            <w:proofErr w:type="spellStart"/>
            <w:r w:rsidRPr="00D31D98">
              <w:rPr>
                <w:szCs w:val="24"/>
              </w:rPr>
              <w:t>Polustrukturiraniintervjuiievaluacijskiupitnici</w:t>
            </w:r>
            <w:proofErr w:type="spellEnd"/>
            <w:r w:rsidRPr="00D31D98">
              <w:rPr>
                <w:szCs w:val="24"/>
              </w:rPr>
              <w:t xml:space="preserve"> o iskustvu rada s AR sadržajima, </w:t>
            </w:r>
            <w:proofErr w:type="spellStart"/>
            <w:r w:rsidRPr="00D31D98">
              <w:rPr>
                <w:szCs w:val="24"/>
              </w:rPr>
              <w:t>narativimaiproblemskimzadacima</w:t>
            </w:r>
            <w:proofErr w:type="spellEnd"/>
            <w:r w:rsidRPr="00D31D98">
              <w:rPr>
                <w:szCs w:val="24"/>
              </w:rPr>
              <w:t>.</w:t>
            </w:r>
          </w:p>
          <w:p w14:paraId="4E521AF0" w14:textId="77777777" w:rsidR="001865F2" w:rsidRPr="00D31D98" w:rsidRDefault="001865F2" w:rsidP="00966809">
            <w:pPr>
              <w:widowControl w:val="0"/>
            </w:pPr>
            <w:r w:rsidRPr="00D31D98">
              <w:rPr>
                <w:szCs w:val="24"/>
              </w:rPr>
              <w:t xml:space="preserve">➢ Analiza </w:t>
            </w:r>
            <w:proofErr w:type="spellStart"/>
            <w:r w:rsidRPr="00D31D98">
              <w:rPr>
                <w:szCs w:val="24"/>
              </w:rPr>
              <w:t>profesionalnihopažanja</w:t>
            </w:r>
            <w:proofErr w:type="spellEnd"/>
            <w:r w:rsidRPr="00D31D98">
              <w:rPr>
                <w:szCs w:val="24"/>
              </w:rPr>
              <w:t xml:space="preserve"> o </w:t>
            </w:r>
            <w:proofErr w:type="spellStart"/>
            <w:r w:rsidRPr="00D31D98">
              <w:rPr>
                <w:szCs w:val="24"/>
              </w:rPr>
              <w:t>motivacijiučenika</w:t>
            </w:r>
            <w:proofErr w:type="spellEnd"/>
            <w:r w:rsidRPr="00D31D98">
              <w:rPr>
                <w:szCs w:val="24"/>
              </w:rPr>
              <w:t xml:space="preserve">, </w:t>
            </w:r>
            <w:proofErr w:type="spellStart"/>
            <w:r w:rsidRPr="00D31D98">
              <w:rPr>
                <w:szCs w:val="24"/>
              </w:rPr>
              <w:t>kvalitetisadržaja</w:t>
            </w:r>
            <w:proofErr w:type="spellEnd"/>
            <w:r w:rsidRPr="00D31D98">
              <w:rPr>
                <w:szCs w:val="24"/>
              </w:rPr>
              <w:t xml:space="preserve">, </w:t>
            </w:r>
            <w:proofErr w:type="spellStart"/>
            <w:r w:rsidRPr="00D31D98">
              <w:rPr>
                <w:szCs w:val="24"/>
              </w:rPr>
              <w:t>izvedivostiaktivnostiiinterdisciplinarnimelementima</w:t>
            </w:r>
            <w:proofErr w:type="spellEnd"/>
            <w:r w:rsidRPr="00D31D98">
              <w:rPr>
                <w:szCs w:val="24"/>
              </w:rPr>
              <w:t>.</w:t>
            </w:r>
          </w:p>
          <w:p w14:paraId="3EE04F17" w14:textId="77777777" w:rsidR="001865F2" w:rsidRPr="00D31D98" w:rsidRDefault="001865F2" w:rsidP="00966809">
            <w:pPr>
              <w:widowControl w:val="0"/>
            </w:pPr>
            <w:r w:rsidRPr="00D31D98">
              <w:rPr>
                <w:szCs w:val="24"/>
              </w:rPr>
              <w:t xml:space="preserve">➢ </w:t>
            </w:r>
            <w:proofErr w:type="spellStart"/>
            <w:r w:rsidRPr="00D31D98">
              <w:rPr>
                <w:szCs w:val="24"/>
              </w:rPr>
              <w:t>Prikupljanjeprijedloga</w:t>
            </w:r>
            <w:proofErr w:type="spellEnd"/>
            <w:r w:rsidRPr="00D31D98">
              <w:rPr>
                <w:szCs w:val="24"/>
              </w:rPr>
              <w:t xml:space="preserve"> za </w:t>
            </w:r>
            <w:proofErr w:type="spellStart"/>
            <w:r w:rsidRPr="00D31D98">
              <w:rPr>
                <w:szCs w:val="24"/>
              </w:rPr>
              <w:t>poboljšanjematematičkihzadataka</w:t>
            </w:r>
            <w:proofErr w:type="spellEnd"/>
            <w:r w:rsidRPr="00D31D98">
              <w:rPr>
                <w:szCs w:val="24"/>
              </w:rPr>
              <w:t xml:space="preserve">, AR scena, </w:t>
            </w:r>
            <w:proofErr w:type="spellStart"/>
            <w:r w:rsidRPr="00D31D98">
              <w:rPr>
                <w:szCs w:val="24"/>
              </w:rPr>
              <w:t>jezičnihelemenata</w:t>
            </w:r>
            <w:proofErr w:type="spellEnd"/>
            <w:r w:rsidRPr="00D31D98">
              <w:rPr>
                <w:szCs w:val="24"/>
              </w:rPr>
              <w:t xml:space="preserve">, </w:t>
            </w:r>
            <w:proofErr w:type="spellStart"/>
            <w:r w:rsidRPr="00D31D98">
              <w:rPr>
                <w:szCs w:val="24"/>
              </w:rPr>
              <w:t>narativaigamifikacijskihkomponenti</w:t>
            </w:r>
            <w:proofErr w:type="spellEnd"/>
            <w:r w:rsidRPr="00D31D98">
              <w:rPr>
                <w:szCs w:val="24"/>
              </w:rPr>
              <w:t>.</w:t>
            </w:r>
          </w:p>
          <w:p w14:paraId="3E470065" w14:textId="77777777" w:rsidR="001865F2" w:rsidRPr="00D31D98" w:rsidRDefault="001865F2" w:rsidP="00966809">
            <w:pPr>
              <w:widowControl w:val="0"/>
            </w:pPr>
            <w:r w:rsidRPr="00D31D98">
              <w:rPr>
                <w:szCs w:val="24"/>
              </w:rPr>
              <w:t>➢ Izradazavršnogevaluacijskogizvještajaidoradasadržajapremapreporukamanastavnika.</w:t>
            </w:r>
          </w:p>
          <w:p w14:paraId="44E6F0C4" w14:textId="77777777" w:rsidR="001865F2" w:rsidRPr="00D31D98" w:rsidRDefault="001865F2" w:rsidP="00966809">
            <w:pPr>
              <w:widowControl w:val="0"/>
            </w:pPr>
            <w:r w:rsidRPr="00D31D98">
              <w:rPr>
                <w:szCs w:val="24"/>
              </w:rPr>
              <w:t xml:space="preserve">➢ </w:t>
            </w:r>
            <w:proofErr w:type="spellStart"/>
            <w:r w:rsidRPr="00D31D98">
              <w:rPr>
                <w:szCs w:val="24"/>
              </w:rPr>
              <w:t>Objavaunaprijeđenihsadržaja</w:t>
            </w:r>
            <w:proofErr w:type="spellEnd"/>
            <w:r w:rsidRPr="00D31D98">
              <w:rPr>
                <w:szCs w:val="24"/>
              </w:rPr>
              <w:t xml:space="preserve"> (AR scene, zadaci, narativi, </w:t>
            </w:r>
            <w:proofErr w:type="spellStart"/>
            <w:r w:rsidRPr="00D31D98">
              <w:rPr>
                <w:szCs w:val="24"/>
              </w:rPr>
              <w:t>problemskiizazovi</w:t>
            </w:r>
            <w:proofErr w:type="spellEnd"/>
            <w:r w:rsidRPr="00D31D98">
              <w:rPr>
                <w:szCs w:val="24"/>
              </w:rPr>
              <w:t xml:space="preserve">) </w:t>
            </w:r>
            <w:proofErr w:type="spellStart"/>
            <w:r w:rsidRPr="00D31D98">
              <w:rPr>
                <w:szCs w:val="24"/>
              </w:rPr>
              <w:t>nakonzavršnihprijedloga</w:t>
            </w:r>
            <w:proofErr w:type="spellEnd"/>
            <w:r w:rsidRPr="00D31D98">
              <w:rPr>
                <w:szCs w:val="24"/>
              </w:rPr>
              <w:t>.</w:t>
            </w:r>
          </w:p>
        </w:tc>
      </w:tr>
      <w:tr w:rsidR="001865F2" w:rsidRPr="00D31D98" w14:paraId="4C33CFA2" w14:textId="77777777" w:rsidTr="00966809">
        <w:trPr>
          <w:cantSplit/>
        </w:trPr>
        <w:tc>
          <w:tcPr>
            <w:tcW w:w="2381" w:type="dxa"/>
            <w:vAlign w:val="center"/>
          </w:tcPr>
          <w:p w14:paraId="67EA4AD2"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2453A6D" w14:textId="77777777" w:rsidR="001865F2" w:rsidRPr="00D31D98" w:rsidRDefault="001865F2" w:rsidP="00966809">
            <w:pPr>
              <w:widowControl w:val="0"/>
            </w:pPr>
            <w:r w:rsidRPr="00D31D98">
              <w:rPr>
                <w:szCs w:val="24"/>
              </w:rPr>
              <w:t xml:space="preserve">➢ </w:t>
            </w:r>
            <w:proofErr w:type="spellStart"/>
            <w:r w:rsidRPr="00D31D98">
              <w:rPr>
                <w:szCs w:val="24"/>
              </w:rPr>
              <w:t>Pripremaevaluacijskihinstrumenata</w:t>
            </w:r>
            <w:proofErr w:type="spellEnd"/>
            <w:r w:rsidRPr="00D31D98">
              <w:rPr>
                <w:szCs w:val="24"/>
              </w:rPr>
              <w:t>: rujan – listopad 2026.</w:t>
            </w:r>
          </w:p>
          <w:p w14:paraId="54DF1CCC" w14:textId="77777777" w:rsidR="001865F2" w:rsidRPr="00D31D98" w:rsidRDefault="001865F2" w:rsidP="00966809">
            <w:pPr>
              <w:widowControl w:val="0"/>
            </w:pPr>
            <w:r w:rsidRPr="00D31D98">
              <w:rPr>
                <w:szCs w:val="24"/>
              </w:rPr>
              <w:t xml:space="preserve">➢ </w:t>
            </w:r>
            <w:proofErr w:type="spellStart"/>
            <w:r w:rsidRPr="00D31D98">
              <w:rPr>
                <w:szCs w:val="24"/>
              </w:rPr>
              <w:t>Provedbaintervjuaiprikupljanjepodataka</w:t>
            </w:r>
            <w:proofErr w:type="spellEnd"/>
            <w:r w:rsidRPr="00D31D98">
              <w:rPr>
                <w:szCs w:val="24"/>
              </w:rPr>
              <w:t xml:space="preserve">: studeni – prosinac 2026.  Analiza </w:t>
            </w:r>
            <w:proofErr w:type="spellStart"/>
            <w:r w:rsidRPr="00D31D98">
              <w:rPr>
                <w:szCs w:val="24"/>
              </w:rPr>
              <w:t>podatakaioblikovanjepreporuka</w:t>
            </w:r>
            <w:proofErr w:type="spellEnd"/>
            <w:r w:rsidRPr="00D31D98">
              <w:rPr>
                <w:szCs w:val="24"/>
              </w:rPr>
              <w:t>: siječanj – veljača 2027.</w:t>
            </w:r>
          </w:p>
          <w:p w14:paraId="0E60969A" w14:textId="77777777" w:rsidR="001865F2" w:rsidRPr="00D31D98" w:rsidRDefault="001865F2" w:rsidP="00966809">
            <w:pPr>
              <w:widowControl w:val="0"/>
            </w:pPr>
            <w:r w:rsidRPr="00D31D98">
              <w:rPr>
                <w:szCs w:val="24"/>
              </w:rPr>
              <w:t xml:space="preserve">➢ </w:t>
            </w:r>
            <w:proofErr w:type="spellStart"/>
            <w:r w:rsidRPr="00D31D98">
              <w:rPr>
                <w:szCs w:val="24"/>
              </w:rPr>
              <w:t>Izradapoboljšanihsadržajaizavršnoizvještavanje</w:t>
            </w:r>
            <w:proofErr w:type="spellEnd"/>
            <w:r w:rsidRPr="00D31D98">
              <w:rPr>
                <w:szCs w:val="24"/>
              </w:rPr>
              <w:t>: ožujak – travanj 2027.</w:t>
            </w:r>
          </w:p>
          <w:p w14:paraId="2A7E5947" w14:textId="77777777" w:rsidR="001865F2" w:rsidRPr="00D31D98" w:rsidRDefault="001865F2" w:rsidP="00966809">
            <w:pPr>
              <w:widowControl w:val="0"/>
            </w:pPr>
            <w:r w:rsidRPr="00D31D98">
              <w:rPr>
                <w:szCs w:val="24"/>
              </w:rPr>
              <w:t xml:space="preserve">➢ </w:t>
            </w:r>
            <w:proofErr w:type="spellStart"/>
            <w:r w:rsidRPr="00D31D98">
              <w:rPr>
                <w:szCs w:val="24"/>
              </w:rPr>
              <w:t>Objavljivanjeunaprijeđenihsadržaja</w:t>
            </w:r>
            <w:proofErr w:type="spellEnd"/>
            <w:r w:rsidRPr="00D31D98">
              <w:rPr>
                <w:szCs w:val="24"/>
              </w:rPr>
              <w:t>: svibanj 2027.</w:t>
            </w:r>
          </w:p>
        </w:tc>
      </w:tr>
      <w:tr w:rsidR="001865F2" w:rsidRPr="00D31D98" w14:paraId="09B3DC56" w14:textId="77777777" w:rsidTr="00966809">
        <w:trPr>
          <w:cantSplit/>
        </w:trPr>
        <w:tc>
          <w:tcPr>
            <w:tcW w:w="2381" w:type="dxa"/>
            <w:vAlign w:val="center"/>
          </w:tcPr>
          <w:p w14:paraId="7AB167B1" w14:textId="77777777" w:rsidR="001865F2" w:rsidRPr="00D31D98" w:rsidRDefault="001865F2" w:rsidP="00966809">
            <w:pPr>
              <w:widowControl w:val="0"/>
              <w:rPr>
                <w:b/>
              </w:rPr>
            </w:pPr>
            <w:r w:rsidRPr="00D31D98">
              <w:rPr>
                <w:b/>
                <w:bCs/>
                <w:szCs w:val="24"/>
              </w:rPr>
              <w:t>Troškovnik</w:t>
            </w:r>
          </w:p>
        </w:tc>
        <w:tc>
          <w:tcPr>
            <w:tcW w:w="6690" w:type="dxa"/>
            <w:vAlign w:val="center"/>
          </w:tcPr>
          <w:p w14:paraId="02E3FC72" w14:textId="77777777" w:rsidR="001865F2" w:rsidRPr="00D31D98" w:rsidRDefault="001865F2" w:rsidP="00966809">
            <w:pPr>
              <w:widowControl w:val="0"/>
            </w:pPr>
            <w:r w:rsidRPr="00D31D98">
              <w:rPr>
                <w:szCs w:val="24"/>
              </w:rPr>
              <w:t>Tehnička oprema: mobilni uređaji, računala, internetski pristup</w:t>
            </w:r>
          </w:p>
          <w:p w14:paraId="7F5860BA" w14:textId="77777777" w:rsidR="001865F2" w:rsidRPr="00D31D98" w:rsidRDefault="001865F2" w:rsidP="00966809">
            <w:pPr>
              <w:widowControl w:val="0"/>
            </w:pPr>
            <w:r w:rsidRPr="00D31D98">
              <w:rPr>
                <w:szCs w:val="24"/>
              </w:rPr>
              <w:t>- Materijali i alati za vrednovanje (upitnici, rubrike)</w:t>
            </w:r>
          </w:p>
          <w:p w14:paraId="7C83AC11" w14:textId="77777777" w:rsidR="001865F2" w:rsidRPr="00D31D98" w:rsidRDefault="001865F2" w:rsidP="00966809">
            <w:pPr>
              <w:widowControl w:val="0"/>
            </w:pPr>
            <w:r w:rsidRPr="00D31D98">
              <w:rPr>
                <w:szCs w:val="24"/>
              </w:rPr>
              <w:t>- Troškovi edukacije i stručnog usavršavanja nastavnika</w:t>
            </w:r>
          </w:p>
          <w:p w14:paraId="626CF9B1" w14:textId="77777777" w:rsidR="001865F2" w:rsidRPr="00D31D98" w:rsidRDefault="001865F2" w:rsidP="00966809">
            <w:pPr>
              <w:widowControl w:val="0"/>
            </w:pPr>
            <w:r w:rsidRPr="00D31D98">
              <w:rPr>
                <w:szCs w:val="24"/>
              </w:rPr>
              <w:t>- Većina troškova pokrivena kroz školski proračun i osobna materijalna sredstva</w:t>
            </w:r>
          </w:p>
        </w:tc>
      </w:tr>
      <w:tr w:rsidR="001865F2" w:rsidRPr="00D31D98" w14:paraId="205D5DB8" w14:textId="77777777" w:rsidTr="00966809">
        <w:trPr>
          <w:cantSplit/>
        </w:trPr>
        <w:tc>
          <w:tcPr>
            <w:tcW w:w="2381" w:type="dxa"/>
            <w:vAlign w:val="center"/>
          </w:tcPr>
          <w:p w14:paraId="54188B55"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CA62FA5" w14:textId="77777777" w:rsidR="001865F2" w:rsidRPr="00D31D98" w:rsidRDefault="001865F2" w:rsidP="00966809">
            <w:pPr>
              <w:widowControl w:val="0"/>
            </w:pPr>
            <w:r w:rsidRPr="00D31D98">
              <w:rPr>
                <w:szCs w:val="24"/>
              </w:rPr>
              <w:t xml:space="preserve">Analiza </w:t>
            </w:r>
            <w:proofErr w:type="spellStart"/>
            <w:r w:rsidRPr="00D31D98">
              <w:rPr>
                <w:szCs w:val="24"/>
              </w:rPr>
              <w:t>kvalitativnihpodatakaizintervjuaiupitnika</w:t>
            </w:r>
            <w:proofErr w:type="spellEnd"/>
            <w:r w:rsidRPr="00D31D98">
              <w:rPr>
                <w:szCs w:val="24"/>
              </w:rPr>
              <w:t>.</w:t>
            </w:r>
          </w:p>
          <w:p w14:paraId="1E7E98C5" w14:textId="77777777" w:rsidR="001865F2" w:rsidRPr="00D31D98" w:rsidRDefault="001865F2" w:rsidP="00966809">
            <w:pPr>
              <w:widowControl w:val="0"/>
            </w:pPr>
            <w:proofErr w:type="spellStart"/>
            <w:r w:rsidRPr="00D31D98">
              <w:rPr>
                <w:szCs w:val="24"/>
              </w:rPr>
              <w:t>Procjenaprofesionalnihstavovanastavnika</w:t>
            </w:r>
            <w:proofErr w:type="spellEnd"/>
            <w:r w:rsidRPr="00D31D98">
              <w:rPr>
                <w:szCs w:val="24"/>
              </w:rPr>
              <w:t xml:space="preserve"> o kvaliteti, </w:t>
            </w:r>
            <w:proofErr w:type="spellStart"/>
            <w:r w:rsidRPr="00D31D98">
              <w:rPr>
                <w:szCs w:val="24"/>
              </w:rPr>
              <w:t>izvedivostiiutjecajusadržaja</w:t>
            </w:r>
            <w:proofErr w:type="spellEnd"/>
            <w:r w:rsidRPr="00D31D98">
              <w:rPr>
                <w:szCs w:val="24"/>
              </w:rPr>
              <w:t>.</w:t>
            </w:r>
          </w:p>
          <w:p w14:paraId="79B79082" w14:textId="77777777" w:rsidR="001865F2" w:rsidRPr="00D31D98" w:rsidRDefault="001865F2" w:rsidP="00966809">
            <w:pPr>
              <w:widowControl w:val="0"/>
            </w:pPr>
            <w:proofErr w:type="spellStart"/>
            <w:r w:rsidRPr="00D31D98">
              <w:rPr>
                <w:szCs w:val="24"/>
              </w:rPr>
              <w:t>Usporedbaopažanjanastavnika</w:t>
            </w:r>
            <w:proofErr w:type="spellEnd"/>
            <w:r w:rsidRPr="00D31D98">
              <w:rPr>
                <w:szCs w:val="24"/>
              </w:rPr>
              <w:t xml:space="preserve"> s rezultatima I. faze istraživanja.</w:t>
            </w:r>
          </w:p>
          <w:p w14:paraId="122FCE5B" w14:textId="77777777" w:rsidR="001865F2" w:rsidRPr="00D31D98" w:rsidRDefault="001865F2" w:rsidP="00966809">
            <w:pPr>
              <w:widowControl w:val="0"/>
            </w:pPr>
            <w:proofErr w:type="spellStart"/>
            <w:r w:rsidRPr="00D31D98">
              <w:rPr>
                <w:szCs w:val="24"/>
              </w:rPr>
              <w:t>Izradazavršnogevaluacijskogizvještaja</w:t>
            </w:r>
            <w:proofErr w:type="spellEnd"/>
            <w:r w:rsidRPr="00D31D98">
              <w:rPr>
                <w:szCs w:val="24"/>
              </w:rPr>
              <w:t xml:space="preserve"> s </w:t>
            </w:r>
            <w:proofErr w:type="spellStart"/>
            <w:r w:rsidRPr="00D31D98">
              <w:rPr>
                <w:szCs w:val="24"/>
              </w:rPr>
              <w:t>jasnimpreporukama</w:t>
            </w:r>
            <w:proofErr w:type="spellEnd"/>
            <w:r w:rsidRPr="00D31D98">
              <w:rPr>
                <w:szCs w:val="24"/>
              </w:rPr>
              <w:t>.</w:t>
            </w:r>
          </w:p>
          <w:p w14:paraId="4F0C27BD" w14:textId="77777777" w:rsidR="001865F2" w:rsidRPr="00D31D98" w:rsidRDefault="001865F2" w:rsidP="00966809">
            <w:pPr>
              <w:widowControl w:val="0"/>
            </w:pPr>
            <w:proofErr w:type="spellStart"/>
            <w:r w:rsidRPr="00D31D98">
              <w:rPr>
                <w:szCs w:val="24"/>
              </w:rPr>
              <w:t>Implementacijaprijedloganastavnika</w:t>
            </w:r>
            <w:proofErr w:type="spellEnd"/>
            <w:r w:rsidRPr="00D31D98">
              <w:rPr>
                <w:szCs w:val="24"/>
              </w:rPr>
              <w:t xml:space="preserve"> u </w:t>
            </w:r>
            <w:proofErr w:type="spellStart"/>
            <w:r w:rsidRPr="00D31D98">
              <w:rPr>
                <w:szCs w:val="24"/>
              </w:rPr>
              <w:t>poboljšanesadržajeinjihovaobjava</w:t>
            </w:r>
            <w:proofErr w:type="spellEnd"/>
          </w:p>
        </w:tc>
      </w:tr>
    </w:tbl>
    <w:p w14:paraId="38E13070"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0E311D2" w14:textId="77777777" w:rsidTr="00966809">
        <w:trPr>
          <w:cantSplit/>
        </w:trPr>
        <w:tc>
          <w:tcPr>
            <w:tcW w:w="2381" w:type="dxa"/>
            <w:vAlign w:val="center"/>
          </w:tcPr>
          <w:p w14:paraId="320C154D"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1499F1EF" w14:textId="77777777" w:rsidR="001865F2" w:rsidRPr="00D31D98" w:rsidRDefault="001865F2" w:rsidP="00966809">
            <w:pPr>
              <w:keepNext/>
              <w:widowControl w:val="0"/>
              <w:rPr>
                <w:b/>
              </w:rPr>
            </w:pPr>
            <w:r w:rsidRPr="00D31D98">
              <w:rPr>
                <w:b/>
                <w:bCs/>
                <w:szCs w:val="24"/>
              </w:rPr>
              <w:t>PILOTIRANJE OBRAZOVNIH RESURSA EUROPSKOG PARLAMENTA</w:t>
            </w:r>
          </w:p>
        </w:tc>
      </w:tr>
      <w:tr w:rsidR="001865F2" w:rsidRPr="00D31D98" w14:paraId="65B0CB64" w14:textId="77777777" w:rsidTr="00966809">
        <w:trPr>
          <w:cantSplit/>
        </w:trPr>
        <w:tc>
          <w:tcPr>
            <w:tcW w:w="2381" w:type="dxa"/>
            <w:vAlign w:val="center"/>
          </w:tcPr>
          <w:p w14:paraId="522FA7BD" w14:textId="77777777" w:rsidR="001865F2" w:rsidRPr="00D31D98" w:rsidRDefault="001865F2" w:rsidP="00966809">
            <w:pPr>
              <w:widowControl w:val="0"/>
              <w:rPr>
                <w:b/>
              </w:rPr>
            </w:pPr>
            <w:r w:rsidRPr="00D31D98">
              <w:rPr>
                <w:b/>
                <w:bCs/>
                <w:szCs w:val="24"/>
              </w:rPr>
              <w:t>Ciljevi</w:t>
            </w:r>
          </w:p>
        </w:tc>
        <w:tc>
          <w:tcPr>
            <w:tcW w:w="6690" w:type="dxa"/>
            <w:vAlign w:val="center"/>
          </w:tcPr>
          <w:p w14:paraId="0942E0A5" w14:textId="77777777" w:rsidR="001865F2" w:rsidRPr="00D31D98" w:rsidRDefault="001865F2" w:rsidP="00966809">
            <w:pPr>
              <w:widowControl w:val="0"/>
            </w:pPr>
            <w:r w:rsidRPr="00D31D98">
              <w:rPr>
                <w:szCs w:val="24"/>
              </w:rPr>
              <w:t>Testirati i evaluirati nove obrazovne resurse EP</w:t>
            </w:r>
          </w:p>
        </w:tc>
      </w:tr>
      <w:tr w:rsidR="001865F2" w:rsidRPr="00D31D98" w14:paraId="6D416136" w14:textId="77777777" w:rsidTr="00966809">
        <w:trPr>
          <w:cantSplit/>
        </w:trPr>
        <w:tc>
          <w:tcPr>
            <w:tcW w:w="2381" w:type="dxa"/>
            <w:vAlign w:val="center"/>
          </w:tcPr>
          <w:p w14:paraId="4A77B70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DB5A9D6" w14:textId="77777777" w:rsidR="001865F2" w:rsidRPr="00D31D98" w:rsidRDefault="001865F2" w:rsidP="00966809">
            <w:pPr>
              <w:widowControl w:val="0"/>
            </w:pPr>
            <w:r w:rsidRPr="00D31D98">
              <w:rPr>
                <w:szCs w:val="24"/>
              </w:rPr>
              <w:t>Poučavanje o europskim temama u okviru različitih predmeta</w:t>
            </w:r>
          </w:p>
        </w:tc>
      </w:tr>
      <w:tr w:rsidR="001865F2" w:rsidRPr="00D31D98" w14:paraId="30AE0D4A" w14:textId="77777777" w:rsidTr="00966809">
        <w:trPr>
          <w:cantSplit/>
        </w:trPr>
        <w:tc>
          <w:tcPr>
            <w:tcW w:w="2381" w:type="dxa"/>
            <w:vAlign w:val="center"/>
          </w:tcPr>
          <w:p w14:paraId="003B592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FD88688" w14:textId="77777777" w:rsidR="001865F2" w:rsidRPr="00D31D98" w:rsidRDefault="001865F2" w:rsidP="00966809">
            <w:pPr>
              <w:widowControl w:val="0"/>
            </w:pPr>
            <w:r w:rsidRPr="00D31D98">
              <w:rPr>
                <w:szCs w:val="24"/>
              </w:rPr>
              <w:t xml:space="preserve">Europski parlament, European </w:t>
            </w:r>
            <w:proofErr w:type="spellStart"/>
            <w:r w:rsidRPr="00D31D98">
              <w:rPr>
                <w:szCs w:val="24"/>
              </w:rPr>
              <w:t>Schoolnet</w:t>
            </w:r>
            <w:proofErr w:type="spellEnd"/>
            <w:r w:rsidRPr="00D31D98">
              <w:rPr>
                <w:szCs w:val="24"/>
              </w:rPr>
              <w:t xml:space="preserve">, europske škole uključene u </w:t>
            </w:r>
            <w:proofErr w:type="spellStart"/>
            <w:r w:rsidRPr="00D31D98">
              <w:rPr>
                <w:szCs w:val="24"/>
              </w:rPr>
              <w:t>pilotiranje</w:t>
            </w:r>
            <w:proofErr w:type="spellEnd"/>
            <w:r w:rsidRPr="00D31D98">
              <w:rPr>
                <w:szCs w:val="24"/>
              </w:rPr>
              <w:t>(</w:t>
            </w:r>
            <w:proofErr w:type="spellStart"/>
            <w:r w:rsidRPr="00D31D98">
              <w:rPr>
                <w:szCs w:val="24"/>
              </w:rPr>
              <w:t>prof.Štiglec</w:t>
            </w:r>
            <w:proofErr w:type="spellEnd"/>
            <w:r w:rsidRPr="00D31D98">
              <w:rPr>
                <w:szCs w:val="24"/>
              </w:rPr>
              <w:t>)</w:t>
            </w:r>
          </w:p>
        </w:tc>
      </w:tr>
      <w:tr w:rsidR="001865F2" w:rsidRPr="00D31D98" w14:paraId="41EB1E5E" w14:textId="77777777" w:rsidTr="00966809">
        <w:trPr>
          <w:cantSplit/>
        </w:trPr>
        <w:tc>
          <w:tcPr>
            <w:tcW w:w="2381" w:type="dxa"/>
            <w:vAlign w:val="center"/>
          </w:tcPr>
          <w:p w14:paraId="204097BE"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90A0EEA" w14:textId="77777777" w:rsidR="001865F2" w:rsidRPr="00D31D98" w:rsidRDefault="001865F2" w:rsidP="00966809">
            <w:pPr>
              <w:widowControl w:val="0"/>
            </w:pPr>
            <w:r w:rsidRPr="00D31D98">
              <w:rPr>
                <w:szCs w:val="24"/>
              </w:rPr>
              <w:t>Provedba određenih nastavnih jedinica(</w:t>
            </w:r>
            <w:proofErr w:type="spellStart"/>
            <w:r w:rsidRPr="00D31D98">
              <w:rPr>
                <w:szCs w:val="24"/>
              </w:rPr>
              <w:t>trails</w:t>
            </w:r>
            <w:proofErr w:type="spellEnd"/>
            <w:r w:rsidRPr="00D31D98">
              <w:rPr>
                <w:szCs w:val="24"/>
              </w:rPr>
              <w:t>) na nastavi engleskog jezika</w:t>
            </w:r>
          </w:p>
        </w:tc>
      </w:tr>
      <w:tr w:rsidR="001865F2" w:rsidRPr="00D31D98" w14:paraId="2ABC37CE" w14:textId="77777777" w:rsidTr="00966809">
        <w:trPr>
          <w:cantSplit/>
        </w:trPr>
        <w:tc>
          <w:tcPr>
            <w:tcW w:w="2381" w:type="dxa"/>
            <w:vAlign w:val="center"/>
          </w:tcPr>
          <w:p w14:paraId="73F8E38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E3E652D" w14:textId="77777777" w:rsidR="001865F2" w:rsidRPr="00D31D98" w:rsidRDefault="001865F2" w:rsidP="00966809">
            <w:pPr>
              <w:widowControl w:val="0"/>
            </w:pPr>
            <w:r w:rsidRPr="00D31D98">
              <w:rPr>
                <w:szCs w:val="24"/>
              </w:rPr>
              <w:t>Rujan, listopad 2026.</w:t>
            </w:r>
          </w:p>
        </w:tc>
      </w:tr>
      <w:tr w:rsidR="001865F2" w:rsidRPr="00D31D98" w14:paraId="5A6F7A7F" w14:textId="77777777" w:rsidTr="00966809">
        <w:trPr>
          <w:cantSplit/>
        </w:trPr>
        <w:tc>
          <w:tcPr>
            <w:tcW w:w="2381" w:type="dxa"/>
            <w:vAlign w:val="center"/>
          </w:tcPr>
          <w:p w14:paraId="11B5A61E" w14:textId="77777777" w:rsidR="001865F2" w:rsidRPr="00D31D98" w:rsidRDefault="001865F2" w:rsidP="00966809">
            <w:pPr>
              <w:widowControl w:val="0"/>
              <w:rPr>
                <w:b/>
              </w:rPr>
            </w:pPr>
            <w:r w:rsidRPr="00D31D98">
              <w:rPr>
                <w:b/>
                <w:bCs/>
                <w:szCs w:val="24"/>
              </w:rPr>
              <w:t>Troškovnik</w:t>
            </w:r>
          </w:p>
        </w:tc>
        <w:tc>
          <w:tcPr>
            <w:tcW w:w="6690" w:type="dxa"/>
            <w:vAlign w:val="center"/>
          </w:tcPr>
          <w:p w14:paraId="00B27CEF" w14:textId="77777777" w:rsidR="001865F2" w:rsidRPr="00D31D98" w:rsidRDefault="001865F2" w:rsidP="00966809">
            <w:pPr>
              <w:widowControl w:val="0"/>
            </w:pPr>
            <w:r w:rsidRPr="00D31D98">
              <w:rPr>
                <w:szCs w:val="24"/>
              </w:rPr>
              <w:t>/</w:t>
            </w:r>
          </w:p>
        </w:tc>
      </w:tr>
      <w:tr w:rsidR="001865F2" w:rsidRPr="00D31D98" w14:paraId="1086D651" w14:textId="77777777" w:rsidTr="00966809">
        <w:trPr>
          <w:cantSplit/>
        </w:trPr>
        <w:tc>
          <w:tcPr>
            <w:tcW w:w="2381" w:type="dxa"/>
            <w:vAlign w:val="center"/>
          </w:tcPr>
          <w:p w14:paraId="01BB3149"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55E5F9E" w14:textId="77777777" w:rsidR="001865F2" w:rsidRPr="00D31D98" w:rsidRDefault="001865F2" w:rsidP="00966809">
            <w:pPr>
              <w:widowControl w:val="0"/>
            </w:pPr>
            <w:r w:rsidRPr="00D31D98">
              <w:rPr>
                <w:szCs w:val="24"/>
              </w:rPr>
              <w:t xml:space="preserve">Pisani osvrt nastavnika o učinkovitosti i kvaliteti nastavnih materijala, video </w:t>
            </w:r>
            <w:proofErr w:type="spellStart"/>
            <w:r w:rsidRPr="00D31D98">
              <w:rPr>
                <w:szCs w:val="24"/>
              </w:rPr>
              <w:t>testimonial</w:t>
            </w:r>
            <w:proofErr w:type="spellEnd"/>
          </w:p>
        </w:tc>
      </w:tr>
    </w:tbl>
    <w:p w14:paraId="1FD8A873"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24EA448" w14:textId="77777777" w:rsidTr="00966809">
        <w:trPr>
          <w:cantSplit/>
        </w:trPr>
        <w:tc>
          <w:tcPr>
            <w:tcW w:w="2381" w:type="dxa"/>
            <w:vAlign w:val="center"/>
          </w:tcPr>
          <w:p w14:paraId="55C315D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82A8575" w14:textId="77777777" w:rsidR="001865F2" w:rsidRPr="00D31D98" w:rsidRDefault="001865F2" w:rsidP="00966809">
            <w:pPr>
              <w:keepNext/>
              <w:widowControl w:val="0"/>
              <w:rPr>
                <w:b/>
              </w:rPr>
            </w:pPr>
            <w:r w:rsidRPr="00D31D98">
              <w:rPr>
                <w:b/>
                <w:bCs/>
                <w:szCs w:val="24"/>
              </w:rPr>
              <w:t>PILOTIRANJE OBRAZOVNIH RESURSA EUROPSKOG PARLAMENTA</w:t>
            </w:r>
          </w:p>
        </w:tc>
      </w:tr>
      <w:tr w:rsidR="001865F2" w:rsidRPr="00D31D98" w14:paraId="48708390" w14:textId="77777777" w:rsidTr="00966809">
        <w:trPr>
          <w:cantSplit/>
        </w:trPr>
        <w:tc>
          <w:tcPr>
            <w:tcW w:w="2381" w:type="dxa"/>
            <w:vAlign w:val="center"/>
          </w:tcPr>
          <w:p w14:paraId="2E0142A3" w14:textId="77777777" w:rsidR="001865F2" w:rsidRPr="00D31D98" w:rsidRDefault="001865F2" w:rsidP="00966809">
            <w:pPr>
              <w:widowControl w:val="0"/>
              <w:rPr>
                <w:b/>
              </w:rPr>
            </w:pPr>
            <w:r w:rsidRPr="00D31D98">
              <w:rPr>
                <w:b/>
                <w:bCs/>
                <w:szCs w:val="24"/>
              </w:rPr>
              <w:t>Ciljevi</w:t>
            </w:r>
          </w:p>
        </w:tc>
        <w:tc>
          <w:tcPr>
            <w:tcW w:w="6690" w:type="dxa"/>
            <w:vAlign w:val="center"/>
          </w:tcPr>
          <w:p w14:paraId="016630F3" w14:textId="77777777" w:rsidR="001865F2" w:rsidRPr="00D31D98" w:rsidRDefault="001865F2" w:rsidP="00966809">
            <w:pPr>
              <w:widowControl w:val="0"/>
            </w:pPr>
            <w:r w:rsidRPr="00D31D98">
              <w:rPr>
                <w:szCs w:val="24"/>
              </w:rPr>
              <w:t>Testirati i evaluirati nove obrazovne resurse EP</w:t>
            </w:r>
          </w:p>
        </w:tc>
      </w:tr>
      <w:tr w:rsidR="001865F2" w:rsidRPr="00D31D98" w14:paraId="525EF901" w14:textId="77777777" w:rsidTr="00966809">
        <w:trPr>
          <w:cantSplit/>
        </w:trPr>
        <w:tc>
          <w:tcPr>
            <w:tcW w:w="2381" w:type="dxa"/>
            <w:vAlign w:val="center"/>
          </w:tcPr>
          <w:p w14:paraId="1F740860"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17220BE" w14:textId="77777777" w:rsidR="001865F2" w:rsidRPr="00D31D98" w:rsidRDefault="001865F2" w:rsidP="00966809">
            <w:pPr>
              <w:widowControl w:val="0"/>
            </w:pPr>
            <w:r w:rsidRPr="00D31D98">
              <w:rPr>
                <w:szCs w:val="24"/>
              </w:rPr>
              <w:t>Poučavanje o europskim temama u okviru različitih predmeta</w:t>
            </w:r>
          </w:p>
        </w:tc>
      </w:tr>
      <w:tr w:rsidR="001865F2" w:rsidRPr="00D31D98" w14:paraId="365D528B" w14:textId="77777777" w:rsidTr="00966809">
        <w:trPr>
          <w:cantSplit/>
        </w:trPr>
        <w:tc>
          <w:tcPr>
            <w:tcW w:w="2381" w:type="dxa"/>
            <w:vAlign w:val="center"/>
          </w:tcPr>
          <w:p w14:paraId="20838F5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721F506D" w14:textId="77777777" w:rsidR="001865F2" w:rsidRPr="00D31D98" w:rsidRDefault="001865F2" w:rsidP="00966809">
            <w:pPr>
              <w:widowControl w:val="0"/>
            </w:pPr>
            <w:r w:rsidRPr="00D31D98">
              <w:rPr>
                <w:szCs w:val="24"/>
              </w:rPr>
              <w:t xml:space="preserve">Europski parlament, European </w:t>
            </w:r>
            <w:proofErr w:type="spellStart"/>
            <w:r w:rsidRPr="00D31D98">
              <w:rPr>
                <w:szCs w:val="24"/>
              </w:rPr>
              <w:t>Schoolnet</w:t>
            </w:r>
            <w:proofErr w:type="spellEnd"/>
            <w:r w:rsidRPr="00D31D98">
              <w:rPr>
                <w:szCs w:val="24"/>
              </w:rPr>
              <w:t xml:space="preserve">, europske škole uključene u </w:t>
            </w:r>
            <w:proofErr w:type="spellStart"/>
            <w:r w:rsidRPr="00D31D98">
              <w:rPr>
                <w:szCs w:val="24"/>
              </w:rPr>
              <w:t>pilotiranje</w:t>
            </w:r>
            <w:proofErr w:type="spellEnd"/>
            <w:r w:rsidRPr="00D31D98">
              <w:rPr>
                <w:szCs w:val="24"/>
              </w:rPr>
              <w:t>(</w:t>
            </w:r>
            <w:proofErr w:type="spellStart"/>
            <w:r w:rsidRPr="00D31D98">
              <w:rPr>
                <w:szCs w:val="24"/>
              </w:rPr>
              <w:t>prof.Štiglec</w:t>
            </w:r>
            <w:proofErr w:type="spellEnd"/>
            <w:r w:rsidRPr="00D31D98">
              <w:rPr>
                <w:szCs w:val="24"/>
              </w:rPr>
              <w:t>)</w:t>
            </w:r>
          </w:p>
        </w:tc>
      </w:tr>
      <w:tr w:rsidR="001865F2" w:rsidRPr="00D31D98" w14:paraId="6E6FB046" w14:textId="77777777" w:rsidTr="00966809">
        <w:trPr>
          <w:cantSplit/>
        </w:trPr>
        <w:tc>
          <w:tcPr>
            <w:tcW w:w="2381" w:type="dxa"/>
            <w:vAlign w:val="center"/>
          </w:tcPr>
          <w:p w14:paraId="35347C88"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99A45AC" w14:textId="77777777" w:rsidR="001865F2" w:rsidRPr="00D31D98" w:rsidRDefault="001865F2" w:rsidP="00966809">
            <w:pPr>
              <w:widowControl w:val="0"/>
            </w:pPr>
            <w:r w:rsidRPr="00D31D98">
              <w:rPr>
                <w:szCs w:val="24"/>
              </w:rPr>
              <w:t>Provedba određenih nastavnih jedinica(</w:t>
            </w:r>
            <w:proofErr w:type="spellStart"/>
            <w:r w:rsidRPr="00D31D98">
              <w:rPr>
                <w:szCs w:val="24"/>
              </w:rPr>
              <w:t>trails</w:t>
            </w:r>
            <w:proofErr w:type="spellEnd"/>
            <w:r w:rsidRPr="00D31D98">
              <w:rPr>
                <w:szCs w:val="24"/>
              </w:rPr>
              <w:t>) na nastavi engleskog jezika</w:t>
            </w:r>
          </w:p>
        </w:tc>
      </w:tr>
      <w:tr w:rsidR="001865F2" w:rsidRPr="00D31D98" w14:paraId="1E212763" w14:textId="77777777" w:rsidTr="00966809">
        <w:trPr>
          <w:cantSplit/>
        </w:trPr>
        <w:tc>
          <w:tcPr>
            <w:tcW w:w="2381" w:type="dxa"/>
            <w:vAlign w:val="center"/>
          </w:tcPr>
          <w:p w14:paraId="4DCA50A2"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5844392" w14:textId="77777777" w:rsidR="001865F2" w:rsidRPr="00D31D98" w:rsidRDefault="001865F2" w:rsidP="00966809">
            <w:pPr>
              <w:widowControl w:val="0"/>
            </w:pPr>
            <w:r w:rsidRPr="00D31D98">
              <w:rPr>
                <w:szCs w:val="24"/>
              </w:rPr>
              <w:t>Rujan, listopad 2026.</w:t>
            </w:r>
          </w:p>
        </w:tc>
      </w:tr>
      <w:tr w:rsidR="001865F2" w:rsidRPr="00D31D98" w14:paraId="3DCB4730" w14:textId="77777777" w:rsidTr="00966809">
        <w:trPr>
          <w:cantSplit/>
        </w:trPr>
        <w:tc>
          <w:tcPr>
            <w:tcW w:w="2381" w:type="dxa"/>
            <w:vAlign w:val="center"/>
          </w:tcPr>
          <w:p w14:paraId="78F0B14A" w14:textId="77777777" w:rsidR="001865F2" w:rsidRPr="00D31D98" w:rsidRDefault="001865F2" w:rsidP="00966809">
            <w:pPr>
              <w:widowControl w:val="0"/>
              <w:rPr>
                <w:b/>
              </w:rPr>
            </w:pPr>
            <w:r w:rsidRPr="00D31D98">
              <w:rPr>
                <w:b/>
                <w:bCs/>
                <w:szCs w:val="24"/>
              </w:rPr>
              <w:t>Troškovnik</w:t>
            </w:r>
          </w:p>
        </w:tc>
        <w:tc>
          <w:tcPr>
            <w:tcW w:w="6690" w:type="dxa"/>
            <w:vAlign w:val="center"/>
          </w:tcPr>
          <w:p w14:paraId="44CE6A28" w14:textId="77777777" w:rsidR="001865F2" w:rsidRPr="00D31D98" w:rsidRDefault="001865F2" w:rsidP="00966809">
            <w:pPr>
              <w:widowControl w:val="0"/>
            </w:pPr>
            <w:r w:rsidRPr="00D31D98">
              <w:rPr>
                <w:szCs w:val="24"/>
              </w:rPr>
              <w:t>/</w:t>
            </w:r>
          </w:p>
        </w:tc>
      </w:tr>
      <w:tr w:rsidR="001865F2" w:rsidRPr="00D31D98" w14:paraId="0DBD038D" w14:textId="77777777" w:rsidTr="00966809">
        <w:trPr>
          <w:cantSplit/>
        </w:trPr>
        <w:tc>
          <w:tcPr>
            <w:tcW w:w="2381" w:type="dxa"/>
            <w:vAlign w:val="center"/>
          </w:tcPr>
          <w:p w14:paraId="3A76E14B"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7DADC073" w14:textId="77777777" w:rsidR="001865F2" w:rsidRPr="00D31D98" w:rsidRDefault="001865F2" w:rsidP="00966809">
            <w:pPr>
              <w:widowControl w:val="0"/>
            </w:pPr>
            <w:r w:rsidRPr="00D31D98">
              <w:rPr>
                <w:szCs w:val="24"/>
              </w:rPr>
              <w:t xml:space="preserve">Pisani osvrt nastavnika o učinkovitosti i kvaliteti nastavnih materijala, video </w:t>
            </w:r>
            <w:proofErr w:type="spellStart"/>
            <w:r w:rsidRPr="00D31D98">
              <w:rPr>
                <w:szCs w:val="24"/>
              </w:rPr>
              <w:t>testimonial</w:t>
            </w:r>
            <w:proofErr w:type="spellEnd"/>
          </w:p>
        </w:tc>
      </w:tr>
    </w:tbl>
    <w:p w14:paraId="273DF0CC" w14:textId="77777777" w:rsidR="001865F2" w:rsidRPr="00D31D98" w:rsidRDefault="001865F2" w:rsidP="001865F2">
      <w:pPr>
        <w:spacing w:after="0"/>
      </w:pPr>
    </w:p>
    <w:p w14:paraId="0E4B7AE9" w14:textId="77777777" w:rsidR="001865F2" w:rsidRPr="00D31D98" w:rsidRDefault="001865F2" w:rsidP="001865F2">
      <w:pPr>
        <w:keepNext/>
        <w:keepLines/>
        <w:pageBreakBefore/>
        <w:spacing w:before="240" w:after="120"/>
        <w:rPr>
          <w:sz w:val="48"/>
          <w:szCs w:val="48"/>
        </w:rPr>
      </w:pPr>
      <w:r w:rsidRPr="00D31D98">
        <w:rPr>
          <w:b/>
          <w:sz w:val="32"/>
          <w:szCs w:val="32"/>
        </w:rPr>
        <w:lastRenderedPageBreak/>
        <w:t>12. AKTIVNOSTI RAZREDNIKA, HUMANITARNE I DRUŠTVENO ODGOVORNE AKTIVNOSTI</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C9A6EDC" w14:textId="77777777" w:rsidTr="00966809">
        <w:trPr>
          <w:cantSplit/>
        </w:trPr>
        <w:tc>
          <w:tcPr>
            <w:tcW w:w="2381" w:type="dxa"/>
            <w:vAlign w:val="center"/>
          </w:tcPr>
          <w:p w14:paraId="00B6E3FC"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0354FBE3" w14:textId="77777777" w:rsidR="001865F2" w:rsidRPr="00D31D98" w:rsidRDefault="001865F2" w:rsidP="00966809">
            <w:pPr>
              <w:keepNext/>
              <w:widowControl w:val="0"/>
              <w:rPr>
                <w:b/>
              </w:rPr>
            </w:pPr>
            <w:r w:rsidRPr="00D31D98">
              <w:rPr>
                <w:b/>
                <w:bCs/>
                <w:szCs w:val="24"/>
              </w:rPr>
              <w:t>Sat razrednika – 1. razred</w:t>
            </w:r>
          </w:p>
          <w:p w14:paraId="6E4FF5ED" w14:textId="77777777" w:rsidR="001865F2" w:rsidRPr="00D31D98" w:rsidRDefault="001865F2" w:rsidP="00966809">
            <w:pPr>
              <w:keepNext/>
              <w:widowControl w:val="0"/>
              <w:rPr>
                <w:b/>
              </w:rPr>
            </w:pPr>
            <w:r w:rsidRPr="00D31D98">
              <w:rPr>
                <w:b/>
                <w:bCs/>
                <w:szCs w:val="24"/>
              </w:rPr>
              <w:t>„Šapa dobrote – zajedno za napuštene pse Osijeka“</w:t>
            </w:r>
          </w:p>
        </w:tc>
      </w:tr>
      <w:tr w:rsidR="001865F2" w:rsidRPr="00D31D98" w14:paraId="12FDCBC8" w14:textId="77777777" w:rsidTr="00966809">
        <w:trPr>
          <w:cantSplit/>
        </w:trPr>
        <w:tc>
          <w:tcPr>
            <w:tcW w:w="2381" w:type="dxa"/>
            <w:vAlign w:val="center"/>
          </w:tcPr>
          <w:p w14:paraId="1B9BAC7D" w14:textId="77777777" w:rsidR="001865F2" w:rsidRPr="00D31D98" w:rsidRDefault="001865F2" w:rsidP="00966809">
            <w:pPr>
              <w:widowControl w:val="0"/>
              <w:rPr>
                <w:b/>
              </w:rPr>
            </w:pPr>
            <w:r w:rsidRPr="00D31D98">
              <w:rPr>
                <w:b/>
                <w:bCs/>
                <w:szCs w:val="24"/>
              </w:rPr>
              <w:t>Ciljevi</w:t>
            </w:r>
          </w:p>
        </w:tc>
        <w:tc>
          <w:tcPr>
            <w:tcW w:w="6690" w:type="dxa"/>
            <w:vAlign w:val="center"/>
          </w:tcPr>
          <w:p w14:paraId="3E350496" w14:textId="77777777" w:rsidR="001865F2" w:rsidRPr="00D31D98" w:rsidRDefault="001865F2" w:rsidP="00966809">
            <w:pPr>
              <w:widowControl w:val="0"/>
            </w:pPr>
            <w:r w:rsidRPr="00D31D98">
              <w:rPr>
                <w:szCs w:val="24"/>
              </w:rPr>
              <w:t>Razvijati empatiju, solidarnost i odgovornost; upoznati potrebe napuštenih životinja i mogućnosti pomaganja; jačati osjećaj zajedništva i aktivno sudjelovanje učenika u lokalnoj zajednici.</w:t>
            </w:r>
          </w:p>
        </w:tc>
      </w:tr>
      <w:tr w:rsidR="001865F2" w:rsidRPr="00D31D98" w14:paraId="2B69F697" w14:textId="77777777" w:rsidTr="00966809">
        <w:trPr>
          <w:cantSplit/>
        </w:trPr>
        <w:tc>
          <w:tcPr>
            <w:tcW w:w="2381" w:type="dxa"/>
            <w:vAlign w:val="center"/>
          </w:tcPr>
          <w:p w14:paraId="2D7F709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0D0F9F96" w14:textId="77777777" w:rsidR="001865F2" w:rsidRPr="00D31D98" w:rsidRDefault="001865F2" w:rsidP="00966809">
            <w:pPr>
              <w:widowControl w:val="0"/>
            </w:pPr>
            <w:r w:rsidRPr="00D31D98">
              <w:rPr>
                <w:szCs w:val="24"/>
              </w:rPr>
              <w:t>Učenicima 1. c razreda radi povezivanja razreda kroz osmišljenu humanitarnu aktivnost i razvijanja društvene odgovornosti.</w:t>
            </w:r>
          </w:p>
        </w:tc>
      </w:tr>
      <w:tr w:rsidR="001865F2" w:rsidRPr="00D31D98" w14:paraId="27442FA7" w14:textId="77777777" w:rsidTr="00966809">
        <w:trPr>
          <w:cantSplit/>
        </w:trPr>
        <w:tc>
          <w:tcPr>
            <w:tcW w:w="2381" w:type="dxa"/>
            <w:vAlign w:val="center"/>
          </w:tcPr>
          <w:p w14:paraId="1B25C212"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292DD65"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razrednica 1.c razreda.</w:t>
            </w:r>
          </w:p>
        </w:tc>
      </w:tr>
      <w:tr w:rsidR="001865F2" w:rsidRPr="00D31D98" w14:paraId="5CE15C1F" w14:textId="77777777" w:rsidTr="00966809">
        <w:trPr>
          <w:cantSplit/>
        </w:trPr>
        <w:tc>
          <w:tcPr>
            <w:tcW w:w="2381" w:type="dxa"/>
            <w:vAlign w:val="center"/>
          </w:tcPr>
          <w:p w14:paraId="7DE4E9D6"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1EBC495" w14:textId="77777777" w:rsidR="001865F2" w:rsidRPr="00D31D98" w:rsidRDefault="001865F2" w:rsidP="00966809">
            <w:pPr>
              <w:widowControl w:val="0"/>
            </w:pPr>
            <w:r w:rsidRPr="00D31D98">
              <w:rPr>
                <w:szCs w:val="24"/>
              </w:rPr>
              <w:t>Razred se informira o djelovanju skloništa za napuštene pse u Osijeku i, nakon prethodnog dogovora, provjerava koje su potrepštine potrebne. Učenici osmišljavaju dobrovoljnu akciju prikupljanja pomoći i izrađuju obavijesne materijale. Posjet skloništu organizira se ako ga sklonište može primiti i ako su ispunjeni školski uvjeti, uz pratnju i potrebne suglasnosti. Dobrovoljni prilozi nisu uvjet sudjelovanja.</w:t>
            </w:r>
          </w:p>
        </w:tc>
      </w:tr>
      <w:tr w:rsidR="001865F2" w:rsidRPr="00D31D98" w14:paraId="194575A1" w14:textId="77777777" w:rsidTr="00966809">
        <w:trPr>
          <w:cantSplit/>
        </w:trPr>
        <w:tc>
          <w:tcPr>
            <w:tcW w:w="2381" w:type="dxa"/>
            <w:vAlign w:val="center"/>
          </w:tcPr>
          <w:p w14:paraId="4C9802DA"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EB24D1E" w14:textId="77777777" w:rsidR="001865F2" w:rsidRPr="00D31D98" w:rsidRDefault="001865F2" w:rsidP="00966809">
            <w:pPr>
              <w:widowControl w:val="0"/>
            </w:pPr>
            <w:r w:rsidRPr="00D31D98">
              <w:rPr>
                <w:szCs w:val="24"/>
              </w:rPr>
              <w:t>Ožujak 2027. – svibanj 2027.; 3 nastavna sata i posjet u terminu dogovorenom sa skloništem.</w:t>
            </w:r>
          </w:p>
        </w:tc>
      </w:tr>
      <w:tr w:rsidR="001865F2" w:rsidRPr="00D31D98" w14:paraId="3F816133" w14:textId="77777777" w:rsidTr="00966809">
        <w:trPr>
          <w:cantSplit/>
        </w:trPr>
        <w:tc>
          <w:tcPr>
            <w:tcW w:w="2381" w:type="dxa"/>
            <w:vAlign w:val="center"/>
          </w:tcPr>
          <w:p w14:paraId="18BE738A" w14:textId="77777777" w:rsidR="001865F2" w:rsidRPr="00D31D98" w:rsidRDefault="001865F2" w:rsidP="00966809">
            <w:pPr>
              <w:widowControl w:val="0"/>
              <w:rPr>
                <w:b/>
              </w:rPr>
            </w:pPr>
            <w:r w:rsidRPr="00D31D98">
              <w:rPr>
                <w:b/>
                <w:bCs/>
                <w:szCs w:val="24"/>
              </w:rPr>
              <w:t>Troškovnik</w:t>
            </w:r>
          </w:p>
        </w:tc>
        <w:tc>
          <w:tcPr>
            <w:tcW w:w="6690" w:type="dxa"/>
            <w:vAlign w:val="center"/>
          </w:tcPr>
          <w:p w14:paraId="5D6324A3" w14:textId="77777777" w:rsidR="001865F2" w:rsidRPr="00D31D98" w:rsidRDefault="001865F2" w:rsidP="00966809">
            <w:pPr>
              <w:widowControl w:val="0"/>
            </w:pPr>
            <w:r w:rsidRPr="00D31D98">
              <w:rPr>
                <w:szCs w:val="24"/>
              </w:rPr>
              <w:t>Eventualni prijevoz planira se prema mogućnostima škole i stvarnoj cijeni. Donacije su dobrovoljne i ne predviđa se obvezno financijsko sudjelovanje učenika.</w:t>
            </w:r>
          </w:p>
        </w:tc>
      </w:tr>
      <w:tr w:rsidR="001865F2" w:rsidRPr="00D31D98" w14:paraId="65D2A380" w14:textId="77777777" w:rsidTr="00966809">
        <w:trPr>
          <w:cantSplit/>
        </w:trPr>
        <w:tc>
          <w:tcPr>
            <w:tcW w:w="2381" w:type="dxa"/>
            <w:vAlign w:val="center"/>
          </w:tcPr>
          <w:p w14:paraId="617AAF27"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A9E4BE7" w14:textId="77777777" w:rsidR="001865F2" w:rsidRPr="00D31D98" w:rsidRDefault="001865F2" w:rsidP="00966809">
            <w:pPr>
              <w:widowControl w:val="0"/>
            </w:pPr>
            <w:r w:rsidRPr="00D31D98">
              <w:rPr>
                <w:szCs w:val="24"/>
              </w:rPr>
              <w:t>-</w:t>
            </w:r>
          </w:p>
        </w:tc>
      </w:tr>
    </w:tbl>
    <w:p w14:paraId="5CD7436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AD873A7" w14:textId="77777777" w:rsidTr="00966809">
        <w:trPr>
          <w:cantSplit/>
        </w:trPr>
        <w:tc>
          <w:tcPr>
            <w:tcW w:w="2381" w:type="dxa"/>
            <w:vAlign w:val="center"/>
          </w:tcPr>
          <w:p w14:paraId="4940F74B"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C5BD947" w14:textId="77777777" w:rsidR="001865F2" w:rsidRPr="00D31D98" w:rsidRDefault="001865F2" w:rsidP="00966809">
            <w:pPr>
              <w:keepNext/>
              <w:widowControl w:val="0"/>
              <w:rPr>
                <w:b/>
              </w:rPr>
            </w:pPr>
            <w:r w:rsidRPr="00D31D98">
              <w:rPr>
                <w:b/>
                <w:bCs/>
                <w:szCs w:val="24"/>
              </w:rPr>
              <w:t>Sat razrednika – 1. razred</w:t>
            </w:r>
          </w:p>
          <w:p w14:paraId="4AAB5B40" w14:textId="77777777" w:rsidR="001865F2" w:rsidRPr="00D31D98" w:rsidRDefault="001865F2" w:rsidP="00966809">
            <w:pPr>
              <w:keepNext/>
              <w:widowControl w:val="0"/>
              <w:rPr>
                <w:b/>
              </w:rPr>
            </w:pPr>
            <w:r w:rsidRPr="00D31D98">
              <w:rPr>
                <w:b/>
                <w:bCs/>
                <w:szCs w:val="24"/>
              </w:rPr>
              <w:t>„Upoznaj svoj grad – Osijek očima mladih“</w:t>
            </w:r>
          </w:p>
        </w:tc>
      </w:tr>
      <w:tr w:rsidR="001865F2" w:rsidRPr="00D31D98" w14:paraId="53F2B264" w14:textId="77777777" w:rsidTr="00966809">
        <w:trPr>
          <w:cantSplit/>
        </w:trPr>
        <w:tc>
          <w:tcPr>
            <w:tcW w:w="2381" w:type="dxa"/>
            <w:vAlign w:val="center"/>
          </w:tcPr>
          <w:p w14:paraId="4CD9997F" w14:textId="77777777" w:rsidR="001865F2" w:rsidRPr="00D31D98" w:rsidRDefault="001865F2" w:rsidP="00966809">
            <w:pPr>
              <w:widowControl w:val="0"/>
              <w:rPr>
                <w:b/>
              </w:rPr>
            </w:pPr>
            <w:r w:rsidRPr="00D31D98">
              <w:rPr>
                <w:b/>
                <w:bCs/>
                <w:szCs w:val="24"/>
              </w:rPr>
              <w:t>Ciljevi</w:t>
            </w:r>
          </w:p>
        </w:tc>
        <w:tc>
          <w:tcPr>
            <w:tcW w:w="6690" w:type="dxa"/>
            <w:vAlign w:val="center"/>
          </w:tcPr>
          <w:p w14:paraId="52E27015" w14:textId="77777777" w:rsidR="001865F2" w:rsidRPr="00D31D98" w:rsidRDefault="001865F2" w:rsidP="00966809">
            <w:pPr>
              <w:widowControl w:val="0"/>
            </w:pPr>
            <w:r w:rsidRPr="00D31D98">
              <w:rPr>
                <w:szCs w:val="24"/>
              </w:rPr>
              <w:t>Upoznati kulturnu, povijesnu i društvenu baštinu Osijeka; razvijati istraživačke i komunikacijske vještine, suradnju, orijentaciju u prostoru te osjećaj pripadnosti lokalnoj zajednici.</w:t>
            </w:r>
          </w:p>
        </w:tc>
      </w:tr>
      <w:tr w:rsidR="001865F2" w:rsidRPr="00D31D98" w14:paraId="5388A0DA" w14:textId="77777777" w:rsidTr="00966809">
        <w:trPr>
          <w:cantSplit/>
        </w:trPr>
        <w:tc>
          <w:tcPr>
            <w:tcW w:w="2381" w:type="dxa"/>
            <w:vAlign w:val="center"/>
          </w:tcPr>
          <w:p w14:paraId="20B27B3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A2E0BD3" w14:textId="77777777" w:rsidR="001865F2" w:rsidRPr="00D31D98" w:rsidRDefault="001865F2" w:rsidP="00966809">
            <w:pPr>
              <w:widowControl w:val="0"/>
            </w:pPr>
            <w:r w:rsidRPr="00D31D98">
              <w:rPr>
                <w:szCs w:val="24"/>
              </w:rPr>
              <w:t>Učenicima 1.c razreda radi povezivanja školskog učenja s lokalnom sredinom i poticanja aktivnog upoznavanja grada.</w:t>
            </w:r>
          </w:p>
        </w:tc>
      </w:tr>
      <w:tr w:rsidR="001865F2" w:rsidRPr="00D31D98" w14:paraId="04DF5AE2" w14:textId="77777777" w:rsidTr="00966809">
        <w:trPr>
          <w:cantSplit/>
        </w:trPr>
        <w:tc>
          <w:tcPr>
            <w:tcW w:w="2381" w:type="dxa"/>
            <w:vAlign w:val="center"/>
          </w:tcPr>
          <w:p w14:paraId="3B8FA722"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10B9853"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razrednica 1.c razreda.</w:t>
            </w:r>
          </w:p>
        </w:tc>
      </w:tr>
      <w:tr w:rsidR="001865F2" w:rsidRPr="00D31D98" w14:paraId="5ED7ABB7" w14:textId="77777777" w:rsidTr="00966809">
        <w:trPr>
          <w:cantSplit/>
        </w:trPr>
        <w:tc>
          <w:tcPr>
            <w:tcW w:w="2381" w:type="dxa"/>
            <w:vAlign w:val="center"/>
          </w:tcPr>
          <w:p w14:paraId="07AE4275"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43383861" w14:textId="77777777" w:rsidR="001865F2" w:rsidRPr="00D31D98" w:rsidRDefault="001865F2" w:rsidP="00966809">
            <w:pPr>
              <w:widowControl w:val="0"/>
            </w:pPr>
            <w:r w:rsidRPr="00D31D98">
              <w:rPr>
                <w:szCs w:val="24"/>
              </w:rPr>
              <w:t>Učenici u skupinama istražuju odabrane osječke znamenitosti, kulturne prostore, zelene površine ili zanimljive gradske lokacije koristeći pouzdane izvore. Izrađuju tematsku rutu, kartu ili kratki vodič namijenjen vršnjacima. Nakon predstavljanja prijedloga razred, uz prethodno odobrenje škole, zajednički obilazi odabranu rutu uz pratnju nastavnice.</w:t>
            </w:r>
          </w:p>
        </w:tc>
      </w:tr>
      <w:tr w:rsidR="001865F2" w:rsidRPr="00D31D98" w14:paraId="37EB496D" w14:textId="77777777" w:rsidTr="00966809">
        <w:trPr>
          <w:cantSplit/>
        </w:trPr>
        <w:tc>
          <w:tcPr>
            <w:tcW w:w="2381" w:type="dxa"/>
            <w:vAlign w:val="center"/>
          </w:tcPr>
          <w:p w14:paraId="12E37A74"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3BDD67FE" w14:textId="77777777" w:rsidR="001865F2" w:rsidRPr="00D31D98" w:rsidRDefault="001865F2" w:rsidP="00966809">
            <w:pPr>
              <w:widowControl w:val="0"/>
            </w:pPr>
            <w:r w:rsidRPr="00D31D98">
              <w:rPr>
                <w:szCs w:val="24"/>
              </w:rPr>
              <w:t>Travanj – svibanj 2027.; 3 nastavna sata i zajednički obilazak u dogovorenom terminu.</w:t>
            </w:r>
          </w:p>
        </w:tc>
      </w:tr>
      <w:tr w:rsidR="001865F2" w:rsidRPr="00D31D98" w14:paraId="48AAAD89" w14:textId="77777777" w:rsidTr="00966809">
        <w:trPr>
          <w:cantSplit/>
        </w:trPr>
        <w:tc>
          <w:tcPr>
            <w:tcW w:w="2381" w:type="dxa"/>
            <w:vAlign w:val="center"/>
          </w:tcPr>
          <w:p w14:paraId="586C9F61" w14:textId="77777777" w:rsidR="001865F2" w:rsidRPr="00D31D98" w:rsidRDefault="001865F2" w:rsidP="00966809">
            <w:pPr>
              <w:widowControl w:val="0"/>
              <w:rPr>
                <w:b/>
              </w:rPr>
            </w:pPr>
            <w:r w:rsidRPr="00D31D98">
              <w:rPr>
                <w:b/>
                <w:bCs/>
                <w:szCs w:val="24"/>
              </w:rPr>
              <w:lastRenderedPageBreak/>
              <w:t>Troškovnik</w:t>
            </w:r>
          </w:p>
        </w:tc>
        <w:tc>
          <w:tcPr>
            <w:tcW w:w="6690" w:type="dxa"/>
            <w:vAlign w:val="center"/>
          </w:tcPr>
          <w:p w14:paraId="5A2B42B3" w14:textId="77777777" w:rsidR="001865F2" w:rsidRPr="00D31D98" w:rsidRDefault="001865F2" w:rsidP="00966809">
            <w:pPr>
              <w:widowControl w:val="0"/>
            </w:pPr>
            <w:r w:rsidRPr="00D31D98">
              <w:rPr>
                <w:szCs w:val="24"/>
              </w:rPr>
              <w:t>Mogući troškovi ulaznica ili prijevoza utvrđuju se unaprijed. Ne predviđa se obvezno financijsko sudjelovanje učenika.</w:t>
            </w:r>
          </w:p>
        </w:tc>
      </w:tr>
      <w:tr w:rsidR="001865F2" w:rsidRPr="00D31D98" w14:paraId="2A61CFFC" w14:textId="77777777" w:rsidTr="00966809">
        <w:trPr>
          <w:cantSplit/>
        </w:trPr>
        <w:tc>
          <w:tcPr>
            <w:tcW w:w="2381" w:type="dxa"/>
            <w:vAlign w:val="center"/>
          </w:tcPr>
          <w:p w14:paraId="56D038CF"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0D204773" w14:textId="77777777" w:rsidR="001865F2" w:rsidRPr="00D31D98" w:rsidRDefault="001865F2" w:rsidP="00966809">
            <w:pPr>
              <w:widowControl w:val="0"/>
            </w:pPr>
            <w:r w:rsidRPr="00D31D98">
              <w:rPr>
                <w:szCs w:val="24"/>
              </w:rPr>
              <w:t>-</w:t>
            </w:r>
          </w:p>
        </w:tc>
      </w:tr>
    </w:tbl>
    <w:p w14:paraId="0574BBC9"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BA2EA0B" w14:textId="77777777" w:rsidTr="00966809">
        <w:trPr>
          <w:cantSplit/>
        </w:trPr>
        <w:tc>
          <w:tcPr>
            <w:tcW w:w="2381" w:type="dxa"/>
            <w:vAlign w:val="center"/>
          </w:tcPr>
          <w:p w14:paraId="6A54BB33"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F9E81AC" w14:textId="77777777" w:rsidR="001865F2" w:rsidRPr="00D31D98" w:rsidRDefault="001865F2" w:rsidP="00966809">
            <w:pPr>
              <w:keepNext/>
              <w:widowControl w:val="0"/>
              <w:rPr>
                <w:b/>
              </w:rPr>
            </w:pPr>
            <w:r w:rsidRPr="00D31D98">
              <w:rPr>
                <w:b/>
                <w:bCs/>
                <w:szCs w:val="24"/>
              </w:rPr>
              <w:t>Sat razrednika – 1. razred</w:t>
            </w:r>
          </w:p>
          <w:p w14:paraId="0EE17DC7" w14:textId="77777777" w:rsidR="001865F2" w:rsidRPr="00D31D98" w:rsidRDefault="001865F2" w:rsidP="00966809">
            <w:pPr>
              <w:keepNext/>
              <w:widowControl w:val="0"/>
              <w:rPr>
                <w:b/>
              </w:rPr>
            </w:pPr>
            <w:r w:rsidRPr="00D31D98">
              <w:rPr>
                <w:b/>
                <w:bCs/>
                <w:szCs w:val="24"/>
              </w:rPr>
              <w:t>„Život koji spašavaš može biti nečiji – naučimo prvu pomoć“</w:t>
            </w:r>
          </w:p>
        </w:tc>
      </w:tr>
      <w:tr w:rsidR="001865F2" w:rsidRPr="00D31D98" w14:paraId="437FF08B" w14:textId="77777777" w:rsidTr="00966809">
        <w:trPr>
          <w:cantSplit/>
        </w:trPr>
        <w:tc>
          <w:tcPr>
            <w:tcW w:w="2381" w:type="dxa"/>
            <w:vAlign w:val="center"/>
          </w:tcPr>
          <w:p w14:paraId="33F9B563" w14:textId="77777777" w:rsidR="001865F2" w:rsidRPr="00D31D98" w:rsidRDefault="001865F2" w:rsidP="00966809">
            <w:pPr>
              <w:widowControl w:val="0"/>
              <w:rPr>
                <w:b/>
              </w:rPr>
            </w:pPr>
            <w:r w:rsidRPr="00D31D98">
              <w:rPr>
                <w:b/>
                <w:bCs/>
                <w:szCs w:val="24"/>
              </w:rPr>
              <w:t>Ciljevi</w:t>
            </w:r>
          </w:p>
        </w:tc>
        <w:tc>
          <w:tcPr>
            <w:tcW w:w="6690" w:type="dxa"/>
            <w:vAlign w:val="center"/>
          </w:tcPr>
          <w:p w14:paraId="0DB06784" w14:textId="77777777" w:rsidR="001865F2" w:rsidRPr="00D31D98" w:rsidRDefault="001865F2" w:rsidP="00966809">
            <w:pPr>
              <w:widowControl w:val="0"/>
            </w:pPr>
            <w:r w:rsidRPr="00D31D98">
              <w:rPr>
                <w:szCs w:val="24"/>
              </w:rPr>
              <w:t>Upoznati osnovna načela sigurnog postupanja u hitnim situacijama; prepoznati kada je potrebno zatražiti stručnu pomoć; razvijati odgovornost, prisebnost i spremnost na pomaganje.</w:t>
            </w:r>
          </w:p>
        </w:tc>
      </w:tr>
      <w:tr w:rsidR="001865F2" w:rsidRPr="00D31D98" w14:paraId="659AF71F" w14:textId="77777777" w:rsidTr="00966809">
        <w:trPr>
          <w:cantSplit/>
        </w:trPr>
        <w:tc>
          <w:tcPr>
            <w:tcW w:w="2381" w:type="dxa"/>
            <w:vAlign w:val="center"/>
          </w:tcPr>
          <w:p w14:paraId="1E3BEA2D"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B93867A" w14:textId="77777777" w:rsidR="001865F2" w:rsidRPr="00D31D98" w:rsidRDefault="001865F2" w:rsidP="00966809">
            <w:pPr>
              <w:widowControl w:val="0"/>
            </w:pPr>
            <w:r w:rsidRPr="00D31D98">
              <w:rPr>
                <w:szCs w:val="24"/>
              </w:rPr>
              <w:t>Učenicima 1. c razreda radi jačanja osobne i zajedničke sigurnosti te stjecanja osnovnih znanja o prvoj pomoći.</w:t>
            </w:r>
          </w:p>
        </w:tc>
      </w:tr>
      <w:tr w:rsidR="001865F2" w:rsidRPr="00D31D98" w14:paraId="63E7A7BA" w14:textId="77777777" w:rsidTr="00966809">
        <w:trPr>
          <w:cantSplit/>
        </w:trPr>
        <w:tc>
          <w:tcPr>
            <w:tcW w:w="2381" w:type="dxa"/>
            <w:vAlign w:val="center"/>
          </w:tcPr>
          <w:p w14:paraId="05074365"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2B13916"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razrednica 1. razreda.</w:t>
            </w:r>
          </w:p>
        </w:tc>
      </w:tr>
      <w:tr w:rsidR="001865F2" w:rsidRPr="00D31D98" w14:paraId="005EB7C6" w14:textId="77777777" w:rsidTr="00966809">
        <w:trPr>
          <w:cantSplit/>
        </w:trPr>
        <w:tc>
          <w:tcPr>
            <w:tcW w:w="2381" w:type="dxa"/>
            <w:vAlign w:val="center"/>
          </w:tcPr>
          <w:p w14:paraId="491A8741"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9C39CAF" w14:textId="77777777" w:rsidR="001865F2" w:rsidRPr="00D31D98" w:rsidRDefault="001865F2" w:rsidP="00966809">
            <w:pPr>
              <w:widowControl w:val="0"/>
            </w:pPr>
            <w:r w:rsidRPr="00D31D98">
              <w:rPr>
                <w:szCs w:val="24"/>
              </w:rPr>
              <w:t>Učenici se pripremaju razgovorom o sigurnosti, odgovornom reagiranju i pozivanju stručne pomoći. Slijedi praktična radionica koju, prema dostupnosti i prethodnom dogovoru, vodi osposobljeni vanjski suradnik. Učenici prate demonstraciju i uvježbavaju odabrane osnovne postupke na nastavnim pomagalima, uz stručno vodstvo.</w:t>
            </w:r>
          </w:p>
        </w:tc>
      </w:tr>
      <w:tr w:rsidR="001865F2" w:rsidRPr="00D31D98" w14:paraId="4987E260" w14:textId="77777777" w:rsidTr="00966809">
        <w:trPr>
          <w:cantSplit/>
        </w:trPr>
        <w:tc>
          <w:tcPr>
            <w:tcW w:w="2381" w:type="dxa"/>
            <w:vAlign w:val="center"/>
          </w:tcPr>
          <w:p w14:paraId="4CBCE45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0591E842" w14:textId="77777777" w:rsidR="001865F2" w:rsidRPr="00D31D98" w:rsidRDefault="001865F2" w:rsidP="00966809">
            <w:pPr>
              <w:widowControl w:val="0"/>
            </w:pPr>
            <w:r w:rsidRPr="00D31D98">
              <w:rPr>
                <w:szCs w:val="24"/>
              </w:rPr>
              <w:t>Siječanj – ožujak 2027.; 2 nastavna sata pripreme i 1 nastavni sat radionice, ovisno o dostupnosti vanjskog suradnika.</w:t>
            </w:r>
          </w:p>
        </w:tc>
      </w:tr>
      <w:tr w:rsidR="001865F2" w:rsidRPr="00D31D98" w14:paraId="09A370C7" w14:textId="77777777" w:rsidTr="00966809">
        <w:trPr>
          <w:cantSplit/>
        </w:trPr>
        <w:tc>
          <w:tcPr>
            <w:tcW w:w="2381" w:type="dxa"/>
            <w:vAlign w:val="center"/>
          </w:tcPr>
          <w:p w14:paraId="7D0451C4" w14:textId="77777777" w:rsidR="001865F2" w:rsidRPr="00D31D98" w:rsidRDefault="001865F2" w:rsidP="00966809">
            <w:pPr>
              <w:widowControl w:val="0"/>
              <w:rPr>
                <w:b/>
              </w:rPr>
            </w:pPr>
            <w:r w:rsidRPr="00D31D98">
              <w:rPr>
                <w:b/>
                <w:bCs/>
                <w:szCs w:val="24"/>
              </w:rPr>
              <w:t>Troškovnik</w:t>
            </w:r>
          </w:p>
        </w:tc>
        <w:tc>
          <w:tcPr>
            <w:tcW w:w="6690" w:type="dxa"/>
            <w:vAlign w:val="center"/>
          </w:tcPr>
          <w:p w14:paraId="29C1C4B1" w14:textId="77777777" w:rsidR="001865F2" w:rsidRPr="00D31D98" w:rsidRDefault="001865F2" w:rsidP="00966809">
            <w:pPr>
              <w:widowControl w:val="0"/>
            </w:pPr>
            <w:r w:rsidRPr="00D31D98">
              <w:rPr>
                <w:szCs w:val="24"/>
              </w:rPr>
              <w:t>Besplatna suradnji i korištenje školskih pomagala. Ne predviđa se obvezno financijsko sudjelovanje učenika.</w:t>
            </w:r>
          </w:p>
        </w:tc>
      </w:tr>
      <w:tr w:rsidR="001865F2" w:rsidRPr="00D31D98" w14:paraId="0713609A" w14:textId="77777777" w:rsidTr="00966809">
        <w:trPr>
          <w:cantSplit/>
        </w:trPr>
        <w:tc>
          <w:tcPr>
            <w:tcW w:w="2381" w:type="dxa"/>
            <w:vAlign w:val="center"/>
          </w:tcPr>
          <w:p w14:paraId="5E2A37CA"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14AB34C0" w14:textId="77777777" w:rsidR="001865F2" w:rsidRPr="00D31D98" w:rsidRDefault="001865F2" w:rsidP="00966809">
            <w:pPr>
              <w:widowControl w:val="0"/>
            </w:pPr>
            <w:r w:rsidRPr="00D31D98">
              <w:rPr>
                <w:szCs w:val="24"/>
              </w:rPr>
              <w:t>-</w:t>
            </w:r>
          </w:p>
        </w:tc>
      </w:tr>
    </w:tbl>
    <w:p w14:paraId="0D6DA5E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4259E7D" w14:textId="77777777" w:rsidTr="00966809">
        <w:trPr>
          <w:cantSplit/>
        </w:trPr>
        <w:tc>
          <w:tcPr>
            <w:tcW w:w="2381" w:type="dxa"/>
            <w:vAlign w:val="center"/>
          </w:tcPr>
          <w:p w14:paraId="42832E7E"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3D9B76DC" w14:textId="77777777" w:rsidR="001865F2" w:rsidRPr="00D31D98" w:rsidRDefault="001865F2" w:rsidP="00966809">
            <w:pPr>
              <w:keepNext/>
              <w:widowControl w:val="0"/>
              <w:rPr>
                <w:b/>
              </w:rPr>
            </w:pPr>
            <w:r w:rsidRPr="00D31D98">
              <w:rPr>
                <w:b/>
                <w:bCs/>
                <w:szCs w:val="24"/>
              </w:rPr>
              <w:t>Sat razrednika – 1. razred</w:t>
            </w:r>
          </w:p>
          <w:p w14:paraId="102B9CA8" w14:textId="77777777" w:rsidR="001865F2" w:rsidRPr="00D31D98" w:rsidRDefault="001865F2" w:rsidP="00966809">
            <w:pPr>
              <w:keepNext/>
              <w:widowControl w:val="0"/>
              <w:rPr>
                <w:b/>
              </w:rPr>
            </w:pPr>
            <w:r w:rsidRPr="00D31D98">
              <w:rPr>
                <w:b/>
                <w:bCs/>
                <w:szCs w:val="24"/>
              </w:rPr>
              <w:t>„Digitalno pametni – AI, društvene mreže i sigurnost na internetu“</w:t>
            </w:r>
          </w:p>
        </w:tc>
      </w:tr>
      <w:tr w:rsidR="001865F2" w:rsidRPr="00D31D98" w14:paraId="6F657A8B" w14:textId="77777777" w:rsidTr="00966809">
        <w:trPr>
          <w:cantSplit/>
        </w:trPr>
        <w:tc>
          <w:tcPr>
            <w:tcW w:w="2381" w:type="dxa"/>
            <w:vAlign w:val="center"/>
          </w:tcPr>
          <w:p w14:paraId="623E09DC" w14:textId="77777777" w:rsidR="001865F2" w:rsidRPr="00D31D98" w:rsidRDefault="001865F2" w:rsidP="00966809">
            <w:pPr>
              <w:widowControl w:val="0"/>
              <w:rPr>
                <w:b/>
              </w:rPr>
            </w:pPr>
            <w:r w:rsidRPr="00D31D98">
              <w:rPr>
                <w:b/>
                <w:bCs/>
                <w:szCs w:val="24"/>
              </w:rPr>
              <w:t>Ciljevi</w:t>
            </w:r>
          </w:p>
        </w:tc>
        <w:tc>
          <w:tcPr>
            <w:tcW w:w="6690" w:type="dxa"/>
            <w:vAlign w:val="center"/>
          </w:tcPr>
          <w:p w14:paraId="010D1EDB" w14:textId="77777777" w:rsidR="001865F2" w:rsidRPr="00D31D98" w:rsidRDefault="001865F2" w:rsidP="00966809">
            <w:pPr>
              <w:widowControl w:val="0"/>
            </w:pPr>
            <w:r w:rsidRPr="00D31D98">
              <w:rPr>
                <w:szCs w:val="24"/>
              </w:rPr>
              <w:t>Razvijati odgovorno ponašanje u digitalnom okruženju; prepoznati rizike povezane s privatnošću, elektroničkim nasiljem, lažnim vijestima i internetskim prijevarama; jačati kritičko vrednovanje informacija i sigurnu uporabu umjetne inteligencije.</w:t>
            </w:r>
          </w:p>
        </w:tc>
      </w:tr>
      <w:tr w:rsidR="001865F2" w:rsidRPr="00D31D98" w14:paraId="0FA4C0B5" w14:textId="77777777" w:rsidTr="00966809">
        <w:trPr>
          <w:cantSplit/>
        </w:trPr>
        <w:tc>
          <w:tcPr>
            <w:tcW w:w="2381" w:type="dxa"/>
            <w:vAlign w:val="center"/>
          </w:tcPr>
          <w:p w14:paraId="231B0F2D"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6021E6EB" w14:textId="77777777" w:rsidR="001865F2" w:rsidRPr="00D31D98" w:rsidRDefault="001865F2" w:rsidP="00966809">
            <w:pPr>
              <w:widowControl w:val="0"/>
            </w:pPr>
            <w:r w:rsidRPr="00D31D98">
              <w:rPr>
                <w:szCs w:val="24"/>
              </w:rPr>
              <w:t>Učenicima 1. c razreda radi razvoja digitalne sigurnosti i odgovornog sudjelovanja na internetu.</w:t>
            </w:r>
          </w:p>
        </w:tc>
      </w:tr>
      <w:tr w:rsidR="001865F2" w:rsidRPr="00D31D98" w14:paraId="4488924B" w14:textId="77777777" w:rsidTr="00966809">
        <w:trPr>
          <w:cantSplit/>
        </w:trPr>
        <w:tc>
          <w:tcPr>
            <w:tcW w:w="2381" w:type="dxa"/>
            <w:vAlign w:val="center"/>
          </w:tcPr>
          <w:p w14:paraId="3E81927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BDD5167"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razrednica 1.c razreda.</w:t>
            </w:r>
          </w:p>
        </w:tc>
      </w:tr>
      <w:tr w:rsidR="001865F2" w:rsidRPr="00D31D98" w14:paraId="1C8BF990" w14:textId="77777777" w:rsidTr="00966809">
        <w:trPr>
          <w:cantSplit/>
        </w:trPr>
        <w:tc>
          <w:tcPr>
            <w:tcW w:w="2381" w:type="dxa"/>
            <w:vAlign w:val="center"/>
          </w:tcPr>
          <w:p w14:paraId="466111BA"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4F1D52E" w14:textId="77777777" w:rsidR="001865F2" w:rsidRPr="00D31D98" w:rsidRDefault="001865F2" w:rsidP="00966809">
            <w:pPr>
              <w:widowControl w:val="0"/>
            </w:pPr>
            <w:r w:rsidRPr="00D31D98">
              <w:rPr>
                <w:szCs w:val="24"/>
              </w:rPr>
              <w:t>Učenici analiziraju primjere i kratke scenarije o privatnosti, komunikaciji na društvenim mrežama, uporabi umjetne inteligencije, lažnim vijestima i prijevarama. Raspravljaju o sigurnim postupcima i provjeri izvora, a zatim u skupinama izrađuju vodič za srednjoškolce u obliku plakata, letka ili kratkih digitalnih savjeta. U radu se ne iznose osobna iskustva ni podaci drugih osoba bez njihova pristanka.</w:t>
            </w:r>
          </w:p>
        </w:tc>
      </w:tr>
      <w:tr w:rsidR="001865F2" w:rsidRPr="00D31D98" w14:paraId="72A42A8C" w14:textId="77777777" w:rsidTr="00966809">
        <w:trPr>
          <w:cantSplit/>
        </w:trPr>
        <w:tc>
          <w:tcPr>
            <w:tcW w:w="2381" w:type="dxa"/>
            <w:vAlign w:val="center"/>
          </w:tcPr>
          <w:p w14:paraId="40F1D777" w14:textId="77777777" w:rsidR="001865F2" w:rsidRPr="00D31D98" w:rsidRDefault="001865F2" w:rsidP="00966809">
            <w:pPr>
              <w:widowControl w:val="0"/>
              <w:rPr>
                <w:b/>
              </w:rPr>
            </w:pPr>
            <w:proofErr w:type="spellStart"/>
            <w:r w:rsidRPr="00D31D98">
              <w:rPr>
                <w:b/>
                <w:bCs/>
                <w:szCs w:val="24"/>
              </w:rPr>
              <w:lastRenderedPageBreak/>
              <w:t>Vremenik</w:t>
            </w:r>
            <w:proofErr w:type="spellEnd"/>
          </w:p>
        </w:tc>
        <w:tc>
          <w:tcPr>
            <w:tcW w:w="6690" w:type="dxa"/>
            <w:vAlign w:val="center"/>
          </w:tcPr>
          <w:p w14:paraId="18E3B504" w14:textId="77777777" w:rsidR="001865F2" w:rsidRPr="00D31D98" w:rsidRDefault="001865F2" w:rsidP="00966809">
            <w:pPr>
              <w:widowControl w:val="0"/>
            </w:pPr>
            <w:r w:rsidRPr="00D31D98">
              <w:rPr>
                <w:szCs w:val="24"/>
              </w:rPr>
              <w:t>Listopad – prosinac 2026.; 3 nastavna sata.</w:t>
            </w:r>
          </w:p>
        </w:tc>
      </w:tr>
      <w:tr w:rsidR="001865F2" w:rsidRPr="00D31D98" w14:paraId="4D4D1EB4" w14:textId="77777777" w:rsidTr="00966809">
        <w:trPr>
          <w:cantSplit/>
        </w:trPr>
        <w:tc>
          <w:tcPr>
            <w:tcW w:w="2381" w:type="dxa"/>
            <w:vAlign w:val="center"/>
          </w:tcPr>
          <w:p w14:paraId="1F0143BC" w14:textId="77777777" w:rsidR="001865F2" w:rsidRPr="00D31D98" w:rsidRDefault="001865F2" w:rsidP="00966809">
            <w:pPr>
              <w:widowControl w:val="0"/>
              <w:rPr>
                <w:b/>
              </w:rPr>
            </w:pPr>
            <w:r w:rsidRPr="00D31D98">
              <w:rPr>
                <w:b/>
                <w:bCs/>
                <w:szCs w:val="24"/>
              </w:rPr>
              <w:t>Troškovnik</w:t>
            </w:r>
          </w:p>
        </w:tc>
        <w:tc>
          <w:tcPr>
            <w:tcW w:w="6690" w:type="dxa"/>
            <w:vAlign w:val="center"/>
          </w:tcPr>
          <w:p w14:paraId="0E9034FA" w14:textId="77777777" w:rsidR="001865F2" w:rsidRPr="00D31D98" w:rsidRDefault="001865F2" w:rsidP="00966809">
            <w:pPr>
              <w:widowControl w:val="0"/>
            </w:pPr>
            <w:r w:rsidRPr="00D31D98">
              <w:rPr>
                <w:szCs w:val="24"/>
              </w:rPr>
              <w:t>Izrada digitalnog vodiča školskim alatima.</w:t>
            </w:r>
          </w:p>
        </w:tc>
      </w:tr>
      <w:tr w:rsidR="001865F2" w:rsidRPr="00D31D98" w14:paraId="36C67F7E" w14:textId="77777777" w:rsidTr="00966809">
        <w:trPr>
          <w:cantSplit/>
        </w:trPr>
        <w:tc>
          <w:tcPr>
            <w:tcW w:w="2381" w:type="dxa"/>
            <w:vAlign w:val="center"/>
          </w:tcPr>
          <w:p w14:paraId="229FCEF6"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67D37899" w14:textId="77777777" w:rsidR="001865F2" w:rsidRPr="00D31D98" w:rsidRDefault="001865F2" w:rsidP="00966809">
            <w:pPr>
              <w:widowControl w:val="0"/>
            </w:pPr>
            <w:r w:rsidRPr="00D31D98">
              <w:rPr>
                <w:szCs w:val="24"/>
              </w:rPr>
              <w:t>-</w:t>
            </w:r>
          </w:p>
        </w:tc>
      </w:tr>
    </w:tbl>
    <w:p w14:paraId="7815CC8D"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1BEC1B6" w14:textId="77777777" w:rsidTr="00966809">
        <w:trPr>
          <w:cantSplit/>
        </w:trPr>
        <w:tc>
          <w:tcPr>
            <w:tcW w:w="2381" w:type="dxa"/>
            <w:vAlign w:val="center"/>
          </w:tcPr>
          <w:p w14:paraId="77553DDF"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1C338F92" w14:textId="77777777" w:rsidR="001865F2" w:rsidRPr="00D31D98" w:rsidRDefault="001865F2" w:rsidP="00966809">
            <w:pPr>
              <w:keepNext/>
              <w:widowControl w:val="0"/>
              <w:rPr>
                <w:b/>
              </w:rPr>
            </w:pPr>
            <w:r w:rsidRPr="00D31D98">
              <w:rPr>
                <w:b/>
                <w:bCs/>
                <w:szCs w:val="24"/>
              </w:rPr>
              <w:t>Sat razrednika – 1. razred</w:t>
            </w:r>
          </w:p>
          <w:p w14:paraId="01179BC0" w14:textId="77777777" w:rsidR="001865F2" w:rsidRPr="00D31D98" w:rsidRDefault="001865F2" w:rsidP="00966809">
            <w:pPr>
              <w:keepNext/>
              <w:widowControl w:val="0"/>
              <w:rPr>
                <w:b/>
              </w:rPr>
            </w:pPr>
            <w:r w:rsidRPr="00D31D98">
              <w:rPr>
                <w:b/>
                <w:bCs/>
                <w:szCs w:val="24"/>
              </w:rPr>
              <w:t>„Mi smo 1. razred – od nepoznatih ljudi do razrednog tima“</w:t>
            </w:r>
          </w:p>
        </w:tc>
      </w:tr>
      <w:tr w:rsidR="001865F2" w:rsidRPr="00D31D98" w14:paraId="0DEC583E" w14:textId="77777777" w:rsidTr="00966809">
        <w:trPr>
          <w:cantSplit/>
        </w:trPr>
        <w:tc>
          <w:tcPr>
            <w:tcW w:w="2381" w:type="dxa"/>
            <w:vAlign w:val="center"/>
          </w:tcPr>
          <w:p w14:paraId="0E1A15FF" w14:textId="77777777" w:rsidR="001865F2" w:rsidRPr="00D31D98" w:rsidRDefault="001865F2" w:rsidP="00966809">
            <w:pPr>
              <w:widowControl w:val="0"/>
              <w:rPr>
                <w:b/>
              </w:rPr>
            </w:pPr>
            <w:r w:rsidRPr="00D31D98">
              <w:rPr>
                <w:b/>
                <w:bCs/>
                <w:szCs w:val="24"/>
              </w:rPr>
              <w:t>Ciljevi</w:t>
            </w:r>
          </w:p>
        </w:tc>
        <w:tc>
          <w:tcPr>
            <w:tcW w:w="6690" w:type="dxa"/>
            <w:vAlign w:val="center"/>
          </w:tcPr>
          <w:p w14:paraId="19CAA36D" w14:textId="77777777" w:rsidR="001865F2" w:rsidRPr="00D31D98" w:rsidRDefault="001865F2" w:rsidP="00966809">
            <w:pPr>
              <w:widowControl w:val="0"/>
            </w:pPr>
            <w:r w:rsidRPr="00D31D98">
              <w:rPr>
                <w:szCs w:val="24"/>
              </w:rPr>
              <w:t>Jačati pripadnost razredu, međusobno uvažavanje, komunikaciju, suradnju i osjećaj sigurnosti; razvijati vještine zajedničkog rješavanja izazova i osobnog promišljanja.</w:t>
            </w:r>
          </w:p>
        </w:tc>
      </w:tr>
      <w:tr w:rsidR="001865F2" w:rsidRPr="00D31D98" w14:paraId="49255D53" w14:textId="77777777" w:rsidTr="00966809">
        <w:trPr>
          <w:cantSplit/>
        </w:trPr>
        <w:tc>
          <w:tcPr>
            <w:tcW w:w="2381" w:type="dxa"/>
            <w:vAlign w:val="center"/>
          </w:tcPr>
          <w:p w14:paraId="3F01F0D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8824888" w14:textId="77777777" w:rsidR="001865F2" w:rsidRPr="00D31D98" w:rsidRDefault="001865F2" w:rsidP="00966809">
            <w:pPr>
              <w:widowControl w:val="0"/>
            </w:pPr>
            <w:r w:rsidRPr="00D31D98">
              <w:rPr>
                <w:szCs w:val="24"/>
              </w:rPr>
              <w:t>Učenicima 1.c  razreda radi lakše prilagodbe srednjoškolskom okruženju</w:t>
            </w:r>
          </w:p>
        </w:tc>
      </w:tr>
      <w:tr w:rsidR="001865F2" w:rsidRPr="00D31D98" w14:paraId="35D1A3D0" w14:textId="77777777" w:rsidTr="00966809">
        <w:trPr>
          <w:cantSplit/>
        </w:trPr>
        <w:tc>
          <w:tcPr>
            <w:tcW w:w="2381" w:type="dxa"/>
            <w:vAlign w:val="center"/>
          </w:tcPr>
          <w:p w14:paraId="397A23C7"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DBB4EFB" w14:textId="77777777" w:rsidR="001865F2" w:rsidRPr="00D31D98" w:rsidRDefault="001865F2" w:rsidP="00966809">
            <w:pPr>
              <w:widowControl w:val="0"/>
            </w:pPr>
            <w:r w:rsidRPr="00D31D98">
              <w:rPr>
                <w:szCs w:val="24"/>
              </w:rPr>
              <w:t xml:space="preserve">Dajana </w:t>
            </w:r>
            <w:proofErr w:type="spellStart"/>
            <w:r w:rsidRPr="00D31D98">
              <w:rPr>
                <w:szCs w:val="24"/>
              </w:rPr>
              <w:t>Biglbauer</w:t>
            </w:r>
            <w:proofErr w:type="spellEnd"/>
            <w:r w:rsidRPr="00D31D98">
              <w:rPr>
                <w:szCs w:val="24"/>
              </w:rPr>
              <w:t>, razrednica 1. c razreda.</w:t>
            </w:r>
          </w:p>
        </w:tc>
      </w:tr>
      <w:tr w:rsidR="001865F2" w:rsidRPr="00D31D98" w14:paraId="79709D31" w14:textId="77777777" w:rsidTr="00966809">
        <w:trPr>
          <w:cantSplit/>
        </w:trPr>
        <w:tc>
          <w:tcPr>
            <w:tcW w:w="2381" w:type="dxa"/>
            <w:vAlign w:val="center"/>
          </w:tcPr>
          <w:p w14:paraId="468637FB"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261E74B9" w14:textId="77777777" w:rsidR="001865F2" w:rsidRPr="00D31D98" w:rsidRDefault="001865F2" w:rsidP="00966809">
            <w:pPr>
              <w:widowControl w:val="0"/>
            </w:pPr>
            <w:r w:rsidRPr="00D31D98">
              <w:rPr>
                <w:szCs w:val="24"/>
              </w:rPr>
              <w:t>Tijekom godine razred provodi kratke timske izazove i aktivnosti upoznavanja, suradnje i zajedničkog dogovaranja pravila. Učenici bilježe važne zajedničke trenutke u razrednoj kronici ili digitalnom portfelju; fotografije se uključuju samo uz potrebne suglasnosti. Na kraju godine učenici pišu „Pismo sebi za četiri godine“ i osvrću se na vlastiti napredak i iskustvo razreda.</w:t>
            </w:r>
          </w:p>
        </w:tc>
      </w:tr>
      <w:tr w:rsidR="001865F2" w:rsidRPr="00D31D98" w14:paraId="4170F8D3" w14:textId="77777777" w:rsidTr="00966809">
        <w:trPr>
          <w:cantSplit/>
        </w:trPr>
        <w:tc>
          <w:tcPr>
            <w:tcW w:w="2381" w:type="dxa"/>
            <w:vAlign w:val="center"/>
          </w:tcPr>
          <w:p w14:paraId="704B65A5"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17876D18" w14:textId="77777777" w:rsidR="001865F2" w:rsidRPr="00D31D98" w:rsidRDefault="001865F2" w:rsidP="00966809">
            <w:pPr>
              <w:widowControl w:val="0"/>
            </w:pPr>
            <w:r w:rsidRPr="00D31D98">
              <w:rPr>
                <w:szCs w:val="24"/>
              </w:rPr>
              <w:t>Rujan 2026. – lipanj 2027.; kratke aktivnosti tijekom godine, uz završnu refleksiju u svibnju ili lipnju.</w:t>
            </w:r>
          </w:p>
        </w:tc>
      </w:tr>
      <w:tr w:rsidR="001865F2" w:rsidRPr="00D31D98" w14:paraId="70C0DAB3" w14:textId="77777777" w:rsidTr="00966809">
        <w:trPr>
          <w:cantSplit/>
        </w:trPr>
        <w:tc>
          <w:tcPr>
            <w:tcW w:w="2381" w:type="dxa"/>
            <w:vAlign w:val="center"/>
          </w:tcPr>
          <w:p w14:paraId="26069EF4" w14:textId="77777777" w:rsidR="001865F2" w:rsidRPr="00D31D98" w:rsidRDefault="001865F2" w:rsidP="00966809">
            <w:pPr>
              <w:widowControl w:val="0"/>
              <w:rPr>
                <w:b/>
              </w:rPr>
            </w:pPr>
            <w:r w:rsidRPr="00D31D98">
              <w:rPr>
                <w:b/>
                <w:bCs/>
                <w:szCs w:val="24"/>
              </w:rPr>
              <w:t>Troškovnik</w:t>
            </w:r>
          </w:p>
        </w:tc>
        <w:tc>
          <w:tcPr>
            <w:tcW w:w="6690" w:type="dxa"/>
            <w:vAlign w:val="center"/>
          </w:tcPr>
          <w:p w14:paraId="670CCA7C" w14:textId="77777777" w:rsidR="001865F2" w:rsidRPr="00D31D98" w:rsidRDefault="001865F2" w:rsidP="00966809">
            <w:pPr>
              <w:widowControl w:val="0"/>
            </w:pPr>
            <w:r w:rsidRPr="00D31D98">
              <w:rPr>
                <w:szCs w:val="24"/>
              </w:rPr>
              <w:t>Razredna kronika može se voditi digitalno.</w:t>
            </w:r>
          </w:p>
        </w:tc>
      </w:tr>
      <w:tr w:rsidR="001865F2" w:rsidRPr="00D31D98" w14:paraId="2C4B9278" w14:textId="77777777" w:rsidTr="00966809">
        <w:trPr>
          <w:cantSplit/>
        </w:trPr>
        <w:tc>
          <w:tcPr>
            <w:tcW w:w="2381" w:type="dxa"/>
            <w:vAlign w:val="center"/>
          </w:tcPr>
          <w:p w14:paraId="3192F532"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6DD555DB" w14:textId="77777777" w:rsidR="001865F2" w:rsidRPr="00D31D98" w:rsidRDefault="001865F2" w:rsidP="00966809">
            <w:pPr>
              <w:widowControl w:val="0"/>
            </w:pPr>
          </w:p>
        </w:tc>
      </w:tr>
    </w:tbl>
    <w:p w14:paraId="6A3ECC40"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18231CDD" w14:textId="77777777" w:rsidTr="00966809">
        <w:trPr>
          <w:cantSplit/>
        </w:trPr>
        <w:tc>
          <w:tcPr>
            <w:tcW w:w="2381" w:type="dxa"/>
            <w:vAlign w:val="center"/>
          </w:tcPr>
          <w:p w14:paraId="062E981B"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48E0A04" w14:textId="77777777" w:rsidR="001865F2" w:rsidRPr="00D31D98" w:rsidRDefault="001865F2" w:rsidP="00966809">
            <w:pPr>
              <w:keepNext/>
              <w:widowControl w:val="0"/>
              <w:rPr>
                <w:b/>
              </w:rPr>
            </w:pPr>
            <w:r w:rsidRPr="00D31D98">
              <w:rPr>
                <w:b/>
                <w:bCs/>
                <w:szCs w:val="24"/>
              </w:rPr>
              <w:t>KARITATIVNE DJELATNOSTI</w:t>
            </w:r>
          </w:p>
        </w:tc>
      </w:tr>
      <w:tr w:rsidR="001865F2" w:rsidRPr="00D31D98" w14:paraId="6BB3DC2B" w14:textId="77777777" w:rsidTr="00966809">
        <w:trPr>
          <w:cantSplit/>
        </w:trPr>
        <w:tc>
          <w:tcPr>
            <w:tcW w:w="2381" w:type="dxa"/>
            <w:vAlign w:val="center"/>
          </w:tcPr>
          <w:p w14:paraId="161702DC" w14:textId="77777777" w:rsidR="001865F2" w:rsidRPr="00D31D98" w:rsidRDefault="001865F2" w:rsidP="00966809">
            <w:pPr>
              <w:widowControl w:val="0"/>
              <w:rPr>
                <w:b/>
              </w:rPr>
            </w:pPr>
            <w:r w:rsidRPr="00D31D98">
              <w:rPr>
                <w:b/>
                <w:bCs/>
                <w:szCs w:val="24"/>
              </w:rPr>
              <w:t>Ciljevi i aktivnosti</w:t>
            </w:r>
          </w:p>
        </w:tc>
        <w:tc>
          <w:tcPr>
            <w:tcW w:w="6690" w:type="dxa"/>
            <w:vAlign w:val="center"/>
          </w:tcPr>
          <w:p w14:paraId="0BD56AB9" w14:textId="77777777" w:rsidR="001865F2" w:rsidRPr="00D31D98" w:rsidRDefault="001865F2" w:rsidP="00966809">
            <w:pPr>
              <w:widowControl w:val="0"/>
            </w:pPr>
            <w:r w:rsidRPr="00D31D98">
              <w:rPr>
                <w:szCs w:val="24"/>
              </w:rPr>
              <w:t>➢ humanitarna akcija za Božić</w:t>
            </w:r>
          </w:p>
          <w:p w14:paraId="156BE28C" w14:textId="77777777" w:rsidR="001865F2" w:rsidRPr="00D31D98" w:rsidRDefault="001865F2" w:rsidP="00966809">
            <w:pPr>
              <w:widowControl w:val="0"/>
            </w:pPr>
            <w:r w:rsidRPr="00D31D98">
              <w:rPr>
                <w:szCs w:val="24"/>
              </w:rPr>
              <w:t>➢ prikupljanje sredstava za kupnju prehrambenih proizvoda za pučku kuhinju u Osijeku</w:t>
            </w:r>
          </w:p>
          <w:p w14:paraId="66DED632" w14:textId="77777777" w:rsidR="001865F2" w:rsidRPr="00D31D98" w:rsidRDefault="001865F2" w:rsidP="00966809">
            <w:pPr>
              <w:widowControl w:val="0"/>
            </w:pPr>
            <w:r w:rsidRPr="00D31D98">
              <w:rPr>
                <w:szCs w:val="24"/>
              </w:rPr>
              <w:t>➢ sudjelovanje u godišnjoj humanitarnoj akciji Hrvatskog Caritasa.</w:t>
            </w:r>
          </w:p>
          <w:p w14:paraId="0DCC24FE" w14:textId="77777777" w:rsidR="001865F2" w:rsidRPr="00D31D98" w:rsidRDefault="001865F2" w:rsidP="00966809">
            <w:pPr>
              <w:widowControl w:val="0"/>
            </w:pPr>
            <w:r w:rsidRPr="00D31D98">
              <w:rPr>
                <w:szCs w:val="24"/>
              </w:rPr>
              <w:t>➢ humanitarna akcija za Uskrs</w:t>
            </w:r>
          </w:p>
        </w:tc>
      </w:tr>
      <w:tr w:rsidR="001865F2" w:rsidRPr="00D31D98" w14:paraId="37509EFB" w14:textId="77777777" w:rsidTr="00966809">
        <w:trPr>
          <w:cantSplit/>
        </w:trPr>
        <w:tc>
          <w:tcPr>
            <w:tcW w:w="2381" w:type="dxa"/>
            <w:vAlign w:val="center"/>
          </w:tcPr>
          <w:p w14:paraId="6E124AC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ECC1A3F" w14:textId="77777777" w:rsidR="001865F2" w:rsidRPr="00D31D98" w:rsidRDefault="001865F2" w:rsidP="00966809">
            <w:pPr>
              <w:widowControl w:val="0"/>
            </w:pPr>
            <w:r w:rsidRPr="00D31D98">
              <w:rPr>
                <w:szCs w:val="24"/>
              </w:rPr>
              <w:t>➢ pomoć siromašnim i ugroženim članovima zajednice</w:t>
            </w:r>
          </w:p>
          <w:p w14:paraId="0717CE43" w14:textId="77777777" w:rsidR="001865F2" w:rsidRPr="00D31D98" w:rsidRDefault="001865F2" w:rsidP="00966809">
            <w:pPr>
              <w:widowControl w:val="0"/>
            </w:pPr>
            <w:r w:rsidRPr="00D31D98">
              <w:rPr>
                <w:szCs w:val="24"/>
              </w:rPr>
              <w:t>➢ razvijanje duha solidarnosti među učenicima, njihovo praktično uključivanje u akciju i komunikacija s potrebitima.</w:t>
            </w:r>
          </w:p>
        </w:tc>
      </w:tr>
      <w:tr w:rsidR="001865F2" w:rsidRPr="00D31D98" w14:paraId="6AE914E4" w14:textId="77777777" w:rsidTr="00966809">
        <w:trPr>
          <w:cantSplit/>
        </w:trPr>
        <w:tc>
          <w:tcPr>
            <w:tcW w:w="2381" w:type="dxa"/>
            <w:vAlign w:val="center"/>
          </w:tcPr>
          <w:p w14:paraId="2AEFD754"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4E248AAE" w14:textId="77777777" w:rsidR="001865F2" w:rsidRPr="00D31D98" w:rsidRDefault="001865F2" w:rsidP="00966809">
            <w:pPr>
              <w:widowControl w:val="0"/>
            </w:pPr>
            <w:r w:rsidRPr="00D31D98">
              <w:rPr>
                <w:szCs w:val="24"/>
              </w:rPr>
              <w:t>➢ učenici i djelatnici škole</w:t>
            </w:r>
          </w:p>
        </w:tc>
      </w:tr>
      <w:tr w:rsidR="001865F2" w:rsidRPr="00D31D98" w14:paraId="03707059" w14:textId="77777777" w:rsidTr="00966809">
        <w:trPr>
          <w:cantSplit/>
        </w:trPr>
        <w:tc>
          <w:tcPr>
            <w:tcW w:w="2381" w:type="dxa"/>
            <w:vAlign w:val="center"/>
          </w:tcPr>
          <w:p w14:paraId="0AD36D5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6C153A8D" w14:textId="77777777" w:rsidR="001865F2" w:rsidRPr="00D31D98" w:rsidRDefault="001865F2" w:rsidP="00966809">
            <w:pPr>
              <w:widowControl w:val="0"/>
            </w:pPr>
            <w:r w:rsidRPr="00D31D98">
              <w:rPr>
                <w:szCs w:val="24"/>
              </w:rPr>
              <w:t>➢ prikupljanje financijskih sredstava</w:t>
            </w:r>
          </w:p>
          <w:p w14:paraId="05741EAC" w14:textId="77777777" w:rsidR="001865F2" w:rsidRPr="00D31D98" w:rsidRDefault="001865F2" w:rsidP="00966809">
            <w:pPr>
              <w:widowControl w:val="0"/>
            </w:pPr>
            <w:r w:rsidRPr="00D31D98">
              <w:rPr>
                <w:szCs w:val="24"/>
              </w:rPr>
              <w:t>➢ dobrovoljni prilozi</w:t>
            </w:r>
          </w:p>
          <w:p w14:paraId="52C9723E" w14:textId="77777777" w:rsidR="001865F2" w:rsidRPr="00D31D98" w:rsidRDefault="001865F2" w:rsidP="00966809">
            <w:pPr>
              <w:widowControl w:val="0"/>
            </w:pPr>
            <w:r w:rsidRPr="00D31D98">
              <w:rPr>
                <w:szCs w:val="24"/>
              </w:rPr>
              <w:t>➢ kreativne akcije za prikupljanje novca</w:t>
            </w:r>
          </w:p>
          <w:p w14:paraId="1530927D" w14:textId="77777777" w:rsidR="001865F2" w:rsidRPr="00D31D98" w:rsidRDefault="001865F2" w:rsidP="00966809">
            <w:pPr>
              <w:widowControl w:val="0"/>
            </w:pPr>
            <w:r w:rsidRPr="00D31D98">
              <w:rPr>
                <w:szCs w:val="24"/>
              </w:rPr>
              <w:t>➢ prodaja narukvica/magneta</w:t>
            </w:r>
          </w:p>
        </w:tc>
      </w:tr>
      <w:tr w:rsidR="001865F2" w:rsidRPr="00D31D98" w14:paraId="14EE38EC" w14:textId="77777777" w:rsidTr="00966809">
        <w:trPr>
          <w:cantSplit/>
        </w:trPr>
        <w:tc>
          <w:tcPr>
            <w:tcW w:w="2381" w:type="dxa"/>
            <w:vAlign w:val="center"/>
          </w:tcPr>
          <w:p w14:paraId="0B92BCE2" w14:textId="77777777" w:rsidR="001865F2" w:rsidRPr="00D31D98" w:rsidRDefault="001865F2" w:rsidP="00966809">
            <w:pPr>
              <w:widowControl w:val="0"/>
              <w:rPr>
                <w:b/>
              </w:rPr>
            </w:pPr>
            <w:proofErr w:type="spellStart"/>
            <w:r w:rsidRPr="00D31D98">
              <w:rPr>
                <w:b/>
                <w:bCs/>
                <w:szCs w:val="24"/>
              </w:rPr>
              <w:lastRenderedPageBreak/>
              <w:t>Vremenik</w:t>
            </w:r>
            <w:proofErr w:type="spellEnd"/>
            <w:r w:rsidRPr="00D31D98">
              <w:rPr>
                <w:b/>
                <w:bCs/>
                <w:szCs w:val="24"/>
              </w:rPr>
              <w:t xml:space="preserve"> aktivnosti</w:t>
            </w:r>
          </w:p>
        </w:tc>
        <w:tc>
          <w:tcPr>
            <w:tcW w:w="6690" w:type="dxa"/>
            <w:vAlign w:val="center"/>
          </w:tcPr>
          <w:p w14:paraId="1764E692" w14:textId="77777777" w:rsidR="001865F2" w:rsidRPr="00D31D98" w:rsidRDefault="001865F2" w:rsidP="00966809">
            <w:pPr>
              <w:widowControl w:val="0"/>
            </w:pPr>
            <w:r w:rsidRPr="00D31D98">
              <w:rPr>
                <w:szCs w:val="24"/>
              </w:rPr>
              <w:t>➢ prosinac 2026. i travanj 2027.</w:t>
            </w:r>
          </w:p>
        </w:tc>
      </w:tr>
      <w:tr w:rsidR="001865F2" w:rsidRPr="00D31D98" w14:paraId="46B8B4CE" w14:textId="77777777" w:rsidTr="00966809">
        <w:trPr>
          <w:cantSplit/>
        </w:trPr>
        <w:tc>
          <w:tcPr>
            <w:tcW w:w="2381" w:type="dxa"/>
            <w:vAlign w:val="center"/>
          </w:tcPr>
          <w:p w14:paraId="120A6CF6" w14:textId="77777777" w:rsidR="001865F2" w:rsidRPr="00D31D98" w:rsidRDefault="001865F2" w:rsidP="00966809">
            <w:pPr>
              <w:widowControl w:val="0"/>
              <w:rPr>
                <w:b/>
              </w:rPr>
            </w:pPr>
            <w:r w:rsidRPr="00D31D98">
              <w:rPr>
                <w:b/>
                <w:bCs/>
                <w:szCs w:val="24"/>
              </w:rPr>
              <w:t>Detaljan troškovnik</w:t>
            </w:r>
          </w:p>
        </w:tc>
        <w:tc>
          <w:tcPr>
            <w:tcW w:w="6690" w:type="dxa"/>
            <w:vAlign w:val="center"/>
          </w:tcPr>
          <w:p w14:paraId="3502C7D3" w14:textId="77777777" w:rsidR="001865F2" w:rsidRPr="00D31D98" w:rsidRDefault="001865F2" w:rsidP="00966809">
            <w:pPr>
              <w:widowControl w:val="0"/>
            </w:pPr>
            <w:r w:rsidRPr="00D31D98">
              <w:rPr>
                <w:szCs w:val="24"/>
              </w:rPr>
              <w:t>➢ nema troškova</w:t>
            </w:r>
          </w:p>
        </w:tc>
      </w:tr>
      <w:tr w:rsidR="001865F2" w:rsidRPr="00D31D98" w14:paraId="12F01552" w14:textId="77777777" w:rsidTr="00966809">
        <w:trPr>
          <w:cantSplit/>
        </w:trPr>
        <w:tc>
          <w:tcPr>
            <w:tcW w:w="2381" w:type="dxa"/>
            <w:vAlign w:val="center"/>
          </w:tcPr>
          <w:p w14:paraId="36FD23CB" w14:textId="77777777" w:rsidR="001865F2" w:rsidRPr="00D31D98" w:rsidRDefault="001865F2" w:rsidP="00966809">
            <w:pPr>
              <w:widowControl w:val="0"/>
              <w:rPr>
                <w:b/>
              </w:rPr>
            </w:pPr>
            <w:r w:rsidRPr="00D31D98">
              <w:rPr>
                <w:b/>
                <w:bCs/>
                <w:szCs w:val="24"/>
              </w:rPr>
              <w:t>Način vrednovanja i način korištenja rezultata</w:t>
            </w:r>
          </w:p>
        </w:tc>
        <w:tc>
          <w:tcPr>
            <w:tcW w:w="6690" w:type="dxa"/>
            <w:vAlign w:val="center"/>
          </w:tcPr>
          <w:p w14:paraId="2852FE3C" w14:textId="77777777" w:rsidR="001865F2" w:rsidRPr="00D31D98" w:rsidRDefault="001865F2" w:rsidP="00966809">
            <w:pPr>
              <w:widowControl w:val="0"/>
            </w:pPr>
            <w:r w:rsidRPr="00D31D98">
              <w:rPr>
                <w:szCs w:val="24"/>
              </w:rPr>
              <w:t>-</w:t>
            </w:r>
          </w:p>
        </w:tc>
      </w:tr>
    </w:tbl>
    <w:p w14:paraId="1F6EB63F" w14:textId="77777777" w:rsidR="001865F2" w:rsidRPr="00D31D98" w:rsidRDefault="001865F2" w:rsidP="001865F2">
      <w:pPr>
        <w:spacing w:after="0"/>
      </w:pPr>
    </w:p>
    <w:p w14:paraId="75523EFD" w14:textId="77777777" w:rsidR="001865F2" w:rsidRPr="00D31D98" w:rsidRDefault="001865F2" w:rsidP="001865F2">
      <w:pPr>
        <w:keepNext/>
        <w:keepLines/>
        <w:pageBreakBefore/>
        <w:spacing w:before="240" w:after="120"/>
        <w:rPr>
          <w:sz w:val="48"/>
          <w:szCs w:val="48"/>
        </w:rPr>
      </w:pPr>
      <w:r w:rsidRPr="00D31D98">
        <w:rPr>
          <w:b/>
          <w:sz w:val="32"/>
          <w:szCs w:val="32"/>
        </w:rPr>
        <w:lastRenderedPageBreak/>
        <w:t>13. SURADNJA S VISOKOŠKOLSKIM USTANOVAMA, STRUČNA PRAKSA I STRUČNE AKTIVNOSTI</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5EE0F63C" w14:textId="77777777" w:rsidTr="00966809">
        <w:trPr>
          <w:cantSplit/>
        </w:trPr>
        <w:tc>
          <w:tcPr>
            <w:tcW w:w="2381" w:type="dxa"/>
            <w:vAlign w:val="center"/>
          </w:tcPr>
          <w:p w14:paraId="6F476146"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206BB3E4" w14:textId="77777777" w:rsidR="001865F2" w:rsidRPr="00D31D98" w:rsidRDefault="001865F2" w:rsidP="00966809">
            <w:pPr>
              <w:keepNext/>
              <w:widowControl w:val="0"/>
              <w:rPr>
                <w:b/>
              </w:rPr>
            </w:pPr>
            <w:r w:rsidRPr="00D31D98">
              <w:rPr>
                <w:b/>
                <w:bCs/>
                <w:szCs w:val="24"/>
              </w:rPr>
              <w:t>Suradnja s fakultetima</w:t>
            </w:r>
          </w:p>
        </w:tc>
      </w:tr>
      <w:tr w:rsidR="001865F2" w:rsidRPr="00D31D98" w14:paraId="745F7405" w14:textId="77777777" w:rsidTr="00966809">
        <w:trPr>
          <w:cantSplit/>
        </w:trPr>
        <w:tc>
          <w:tcPr>
            <w:tcW w:w="2381" w:type="dxa"/>
            <w:vAlign w:val="center"/>
          </w:tcPr>
          <w:p w14:paraId="775355C7"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530EA868" w14:textId="77777777" w:rsidR="001865F2" w:rsidRPr="00D31D98" w:rsidRDefault="001865F2" w:rsidP="00966809">
            <w:pPr>
              <w:widowControl w:val="0"/>
            </w:pPr>
            <w:r w:rsidRPr="00D31D98">
              <w:rPr>
                <w:szCs w:val="24"/>
              </w:rPr>
              <w:t xml:space="preserve">Popularizacija i upoznavanje STEM područja u suradnji s fakultetima  Sveučilišta J. </w:t>
            </w:r>
            <w:proofErr w:type="spellStart"/>
            <w:r w:rsidRPr="00D31D98">
              <w:rPr>
                <w:szCs w:val="24"/>
              </w:rPr>
              <w:t>J.Strossmayera</w:t>
            </w:r>
            <w:proofErr w:type="spellEnd"/>
            <w:r w:rsidRPr="00D31D98">
              <w:rPr>
                <w:szCs w:val="24"/>
              </w:rPr>
              <w:t xml:space="preserve">, Osijek  (FERIT, Fakultet </w:t>
            </w:r>
            <w:proofErr w:type="spellStart"/>
            <w:r w:rsidRPr="00D31D98">
              <w:rPr>
                <w:szCs w:val="24"/>
              </w:rPr>
              <w:t>primjenjene</w:t>
            </w:r>
            <w:proofErr w:type="spellEnd"/>
            <w:r w:rsidRPr="00D31D98">
              <w:rPr>
                <w:szCs w:val="24"/>
              </w:rPr>
              <w:t xml:space="preserve"> matematike i informatike,…).</w:t>
            </w:r>
          </w:p>
        </w:tc>
      </w:tr>
      <w:tr w:rsidR="001865F2" w:rsidRPr="00D31D98" w14:paraId="1F427FB7" w14:textId="77777777" w:rsidTr="00966809">
        <w:trPr>
          <w:cantSplit/>
        </w:trPr>
        <w:tc>
          <w:tcPr>
            <w:tcW w:w="2381" w:type="dxa"/>
            <w:vAlign w:val="center"/>
          </w:tcPr>
          <w:p w14:paraId="0CF2E6A5"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D87011C" w14:textId="77777777" w:rsidR="001865F2" w:rsidRPr="00D31D98" w:rsidRDefault="001865F2" w:rsidP="00966809">
            <w:pPr>
              <w:widowControl w:val="0"/>
            </w:pPr>
            <w:r w:rsidRPr="00D31D98">
              <w:rPr>
                <w:szCs w:val="24"/>
              </w:rPr>
              <w:t>Zainteresirati učenike za prirodne znanosti te poticati upis na prirodoslovne i tehničke fakultete izvođenjem raznih laboratorijskih vježbi.</w:t>
            </w:r>
          </w:p>
        </w:tc>
      </w:tr>
      <w:tr w:rsidR="001865F2" w:rsidRPr="00D31D98" w14:paraId="67089195" w14:textId="77777777" w:rsidTr="00966809">
        <w:trPr>
          <w:cantSplit/>
        </w:trPr>
        <w:tc>
          <w:tcPr>
            <w:tcW w:w="2381" w:type="dxa"/>
            <w:vAlign w:val="center"/>
          </w:tcPr>
          <w:p w14:paraId="552A6293" w14:textId="77777777" w:rsidR="001865F2" w:rsidRPr="00D31D98" w:rsidRDefault="001865F2" w:rsidP="00966809">
            <w:pPr>
              <w:widowControl w:val="0"/>
              <w:rPr>
                <w:b/>
              </w:rPr>
            </w:pPr>
            <w:r w:rsidRPr="00D31D98">
              <w:rPr>
                <w:b/>
                <w:bCs/>
                <w:szCs w:val="24"/>
              </w:rPr>
              <w:t>Nositelji aktivnosti i njihova odgovornost</w:t>
            </w:r>
          </w:p>
        </w:tc>
        <w:tc>
          <w:tcPr>
            <w:tcW w:w="6690" w:type="dxa"/>
            <w:vAlign w:val="center"/>
          </w:tcPr>
          <w:p w14:paraId="56148C19" w14:textId="77777777" w:rsidR="001865F2" w:rsidRPr="00D31D98" w:rsidRDefault="001865F2" w:rsidP="00966809">
            <w:pPr>
              <w:widowControl w:val="0"/>
            </w:pPr>
            <w:r w:rsidRPr="00D31D98">
              <w:rPr>
                <w:szCs w:val="24"/>
              </w:rPr>
              <w:t>Članovi aktiva informatike</w:t>
            </w:r>
          </w:p>
          <w:p w14:paraId="6D4F8E18" w14:textId="77777777" w:rsidR="001865F2" w:rsidRPr="00D31D98" w:rsidRDefault="001865F2" w:rsidP="00966809">
            <w:pPr>
              <w:widowControl w:val="0"/>
            </w:pPr>
            <w:r w:rsidRPr="00D31D98">
              <w:rPr>
                <w:szCs w:val="24"/>
              </w:rPr>
              <w:t>Izvođenje raznih (laboratorijskih vježbi), u dogovorenim terminima, koje su  usklađene s godišnjim izvedbenim kurikulumom tekuće školske godine; poludnevne ili cjelodnevne radionice s „paketima“ vježbi.</w:t>
            </w:r>
          </w:p>
          <w:p w14:paraId="200B27F4" w14:textId="77777777" w:rsidR="001865F2" w:rsidRPr="00D31D98" w:rsidRDefault="001865F2" w:rsidP="00966809">
            <w:pPr>
              <w:widowControl w:val="0"/>
            </w:pPr>
            <w:r w:rsidRPr="00D31D98">
              <w:rPr>
                <w:szCs w:val="24"/>
              </w:rPr>
              <w:t>Nositelj aktivnosti do kraja godine izrađuje službeni izvještaj o aktivnosti.</w:t>
            </w:r>
          </w:p>
        </w:tc>
      </w:tr>
      <w:tr w:rsidR="001865F2" w:rsidRPr="00D31D98" w14:paraId="5B00F475" w14:textId="77777777" w:rsidTr="00966809">
        <w:trPr>
          <w:cantSplit/>
        </w:trPr>
        <w:tc>
          <w:tcPr>
            <w:tcW w:w="2381" w:type="dxa"/>
            <w:vAlign w:val="center"/>
          </w:tcPr>
          <w:p w14:paraId="4EC5E814" w14:textId="77777777" w:rsidR="001865F2" w:rsidRPr="00D31D98" w:rsidRDefault="001865F2" w:rsidP="00966809">
            <w:pPr>
              <w:widowControl w:val="0"/>
              <w:rPr>
                <w:b/>
              </w:rPr>
            </w:pPr>
            <w:r w:rsidRPr="00D31D98">
              <w:rPr>
                <w:b/>
                <w:bCs/>
                <w:szCs w:val="24"/>
              </w:rPr>
              <w:t>Različite realizacije aktivnosti</w:t>
            </w:r>
          </w:p>
        </w:tc>
        <w:tc>
          <w:tcPr>
            <w:tcW w:w="6690" w:type="dxa"/>
            <w:vAlign w:val="center"/>
          </w:tcPr>
          <w:p w14:paraId="19653723" w14:textId="77777777" w:rsidR="001865F2" w:rsidRPr="00D31D98" w:rsidRDefault="001865F2" w:rsidP="00966809">
            <w:pPr>
              <w:widowControl w:val="0"/>
            </w:pPr>
            <w:r w:rsidRPr="00D31D98">
              <w:rPr>
                <w:szCs w:val="24"/>
              </w:rPr>
              <w:t>Praktični rad, radionice, predavanja</w:t>
            </w:r>
          </w:p>
        </w:tc>
      </w:tr>
      <w:tr w:rsidR="001865F2" w:rsidRPr="00D31D98" w14:paraId="61CD8939" w14:textId="77777777" w:rsidTr="00966809">
        <w:trPr>
          <w:cantSplit/>
        </w:trPr>
        <w:tc>
          <w:tcPr>
            <w:tcW w:w="2381" w:type="dxa"/>
            <w:vAlign w:val="center"/>
          </w:tcPr>
          <w:p w14:paraId="4EAF15ED" w14:textId="77777777" w:rsidR="001865F2" w:rsidRPr="00D31D98" w:rsidRDefault="001865F2" w:rsidP="00966809">
            <w:pPr>
              <w:widowControl w:val="0"/>
              <w:rPr>
                <w:b/>
              </w:rPr>
            </w:pP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2DE914BE" w14:textId="77777777" w:rsidR="001865F2" w:rsidRPr="00D31D98" w:rsidRDefault="001865F2" w:rsidP="00966809">
            <w:pPr>
              <w:widowControl w:val="0"/>
            </w:pPr>
            <w:r w:rsidRPr="00D31D98">
              <w:rPr>
                <w:szCs w:val="24"/>
              </w:rPr>
              <w:t>Od listopada 2026. do lipnja 2027.</w:t>
            </w:r>
          </w:p>
        </w:tc>
      </w:tr>
      <w:tr w:rsidR="001865F2" w:rsidRPr="00D31D98" w14:paraId="38F3D104" w14:textId="77777777" w:rsidTr="00966809">
        <w:trPr>
          <w:cantSplit/>
        </w:trPr>
        <w:tc>
          <w:tcPr>
            <w:tcW w:w="2381" w:type="dxa"/>
            <w:vAlign w:val="center"/>
          </w:tcPr>
          <w:p w14:paraId="2516457F" w14:textId="77777777" w:rsidR="001865F2" w:rsidRPr="00D31D98" w:rsidRDefault="001865F2" w:rsidP="00966809">
            <w:pPr>
              <w:widowControl w:val="0"/>
              <w:rPr>
                <w:b/>
              </w:rPr>
            </w:pPr>
            <w:r w:rsidRPr="00D31D98">
              <w:rPr>
                <w:b/>
                <w:bCs/>
                <w:szCs w:val="24"/>
              </w:rPr>
              <w:t>Troškovnik aktivnosti</w:t>
            </w:r>
          </w:p>
        </w:tc>
        <w:tc>
          <w:tcPr>
            <w:tcW w:w="6690" w:type="dxa"/>
            <w:vAlign w:val="center"/>
          </w:tcPr>
          <w:p w14:paraId="6274E14A" w14:textId="77777777" w:rsidR="001865F2" w:rsidRPr="00D31D98" w:rsidRDefault="001865F2" w:rsidP="00966809">
            <w:pPr>
              <w:widowControl w:val="0"/>
            </w:pPr>
            <w:r w:rsidRPr="00D31D98">
              <w:rPr>
                <w:szCs w:val="24"/>
              </w:rPr>
              <w:t>Nema</w:t>
            </w:r>
          </w:p>
        </w:tc>
      </w:tr>
      <w:tr w:rsidR="001865F2" w:rsidRPr="00D31D98" w14:paraId="3F8AB7B7" w14:textId="77777777" w:rsidTr="00966809">
        <w:trPr>
          <w:cantSplit/>
        </w:trPr>
        <w:tc>
          <w:tcPr>
            <w:tcW w:w="2381" w:type="dxa"/>
            <w:vAlign w:val="center"/>
          </w:tcPr>
          <w:p w14:paraId="7CA646F7" w14:textId="77777777" w:rsidR="001865F2" w:rsidRPr="00D31D98" w:rsidRDefault="001865F2" w:rsidP="00966809">
            <w:pPr>
              <w:widowControl w:val="0"/>
              <w:rPr>
                <w:b/>
              </w:rPr>
            </w:pPr>
            <w:r w:rsidRPr="00D31D98">
              <w:rPr>
                <w:b/>
                <w:bCs/>
                <w:szCs w:val="24"/>
              </w:rPr>
              <w:t>Način vrednovanja i korištenja rezultata vrednovanja</w:t>
            </w:r>
          </w:p>
        </w:tc>
        <w:tc>
          <w:tcPr>
            <w:tcW w:w="6690" w:type="dxa"/>
            <w:vAlign w:val="center"/>
          </w:tcPr>
          <w:p w14:paraId="11FD5AA2" w14:textId="77777777" w:rsidR="001865F2" w:rsidRPr="00D31D98" w:rsidRDefault="001865F2" w:rsidP="00966809">
            <w:pPr>
              <w:widowControl w:val="0"/>
            </w:pPr>
            <w:r w:rsidRPr="00D31D98">
              <w:rPr>
                <w:szCs w:val="24"/>
              </w:rPr>
              <w:t>Formativno vrednovanje</w:t>
            </w:r>
          </w:p>
        </w:tc>
      </w:tr>
    </w:tbl>
    <w:p w14:paraId="47B6D088"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FE0AB5D" w14:textId="77777777" w:rsidTr="00966809">
        <w:trPr>
          <w:cantSplit/>
        </w:trPr>
        <w:tc>
          <w:tcPr>
            <w:tcW w:w="2381" w:type="dxa"/>
            <w:vAlign w:val="center"/>
          </w:tcPr>
          <w:p w14:paraId="4B6ABE35"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90FD80F" w14:textId="77777777" w:rsidR="001865F2" w:rsidRPr="00D31D98" w:rsidRDefault="001865F2" w:rsidP="00966809">
            <w:pPr>
              <w:keepNext/>
              <w:widowControl w:val="0"/>
              <w:rPr>
                <w:b/>
              </w:rPr>
            </w:pPr>
            <w:r w:rsidRPr="00D31D98">
              <w:rPr>
                <w:b/>
                <w:bCs/>
                <w:szCs w:val="24"/>
              </w:rPr>
              <w:t>METODIKA NASTAVE MATEMATIKE – STRUČNA PRAKSA ZA STUDENTE</w:t>
            </w:r>
          </w:p>
        </w:tc>
      </w:tr>
      <w:tr w:rsidR="001865F2" w:rsidRPr="00D31D98" w14:paraId="4324B6F5" w14:textId="77777777" w:rsidTr="00966809">
        <w:trPr>
          <w:cantSplit/>
        </w:trPr>
        <w:tc>
          <w:tcPr>
            <w:tcW w:w="2381" w:type="dxa"/>
            <w:vAlign w:val="center"/>
          </w:tcPr>
          <w:p w14:paraId="791AE88C" w14:textId="77777777" w:rsidR="001865F2" w:rsidRPr="00D31D98" w:rsidRDefault="001865F2" w:rsidP="00966809">
            <w:pPr>
              <w:widowControl w:val="0"/>
              <w:rPr>
                <w:b/>
              </w:rPr>
            </w:pPr>
            <w:r w:rsidRPr="00D31D98">
              <w:rPr>
                <w:b/>
                <w:bCs/>
                <w:szCs w:val="24"/>
              </w:rPr>
              <w:t>Ciljevi</w:t>
            </w:r>
          </w:p>
        </w:tc>
        <w:tc>
          <w:tcPr>
            <w:tcW w:w="6690" w:type="dxa"/>
            <w:vAlign w:val="center"/>
          </w:tcPr>
          <w:p w14:paraId="185833EE" w14:textId="77777777" w:rsidR="001865F2" w:rsidRPr="00D31D98" w:rsidRDefault="001865F2" w:rsidP="00966809">
            <w:pPr>
              <w:widowControl w:val="0"/>
            </w:pPr>
            <w:r w:rsidRPr="00D31D98">
              <w:rPr>
                <w:szCs w:val="24"/>
              </w:rPr>
              <w:t>- Omogućiti studentima Fakulteta za primijenjenu matematiku i računalstvo stjecanje praktičnih vještina poučavanja matematike u stvarnom školskom okruženju.</w:t>
            </w:r>
          </w:p>
          <w:p w14:paraId="0ACCE8B0" w14:textId="77777777" w:rsidR="001865F2" w:rsidRPr="00D31D98" w:rsidRDefault="001865F2" w:rsidP="00966809">
            <w:pPr>
              <w:widowControl w:val="0"/>
            </w:pPr>
            <w:r w:rsidRPr="00D31D98">
              <w:rPr>
                <w:szCs w:val="24"/>
              </w:rPr>
              <w:t>- Razvijati kompetencije za planiranje, izvođenje i analizu nastavnih sati matematike prema suvremenim nastavnim metodama.</w:t>
            </w:r>
          </w:p>
          <w:p w14:paraId="72075664" w14:textId="77777777" w:rsidR="001865F2" w:rsidRPr="00D31D98" w:rsidRDefault="001865F2" w:rsidP="00966809">
            <w:pPr>
              <w:widowControl w:val="0"/>
            </w:pPr>
            <w:r w:rsidRPr="00D31D98">
              <w:rPr>
                <w:szCs w:val="24"/>
              </w:rPr>
              <w:t>- Povezati teorijska znanja iz metodike s nastavnom praksom i stvarnim nastavnim situacijama.</w:t>
            </w:r>
          </w:p>
          <w:p w14:paraId="1E8A2BD9" w14:textId="77777777" w:rsidR="001865F2" w:rsidRPr="00D31D98" w:rsidRDefault="001865F2" w:rsidP="00966809">
            <w:pPr>
              <w:widowControl w:val="0"/>
            </w:pPr>
            <w:r w:rsidRPr="00D31D98">
              <w:rPr>
                <w:szCs w:val="24"/>
              </w:rPr>
              <w:t>- Osposobiti studente za korištenje različitih nastavnih strategija, materijala i nastavne tehnologije.</w:t>
            </w:r>
          </w:p>
          <w:p w14:paraId="35C0DE80" w14:textId="77777777" w:rsidR="001865F2" w:rsidRPr="00D31D98" w:rsidRDefault="001865F2" w:rsidP="00966809">
            <w:pPr>
              <w:widowControl w:val="0"/>
            </w:pPr>
            <w:r w:rsidRPr="00D31D98">
              <w:rPr>
                <w:szCs w:val="24"/>
              </w:rPr>
              <w:t>- Potaknuti kritičko promišljanje i samoprocjenu vlastitog nastavnog rada.</w:t>
            </w:r>
          </w:p>
        </w:tc>
      </w:tr>
      <w:tr w:rsidR="001865F2" w:rsidRPr="00D31D98" w14:paraId="0F15A29F" w14:textId="77777777" w:rsidTr="00966809">
        <w:trPr>
          <w:cantSplit/>
        </w:trPr>
        <w:tc>
          <w:tcPr>
            <w:tcW w:w="2381" w:type="dxa"/>
            <w:vAlign w:val="center"/>
          </w:tcPr>
          <w:p w14:paraId="728BA267" w14:textId="77777777" w:rsidR="001865F2" w:rsidRPr="00D31D98" w:rsidRDefault="001865F2" w:rsidP="00966809">
            <w:pPr>
              <w:widowControl w:val="0"/>
              <w:rPr>
                <w:b/>
              </w:rPr>
            </w:pPr>
            <w:r w:rsidRPr="00D31D98">
              <w:rPr>
                <w:b/>
                <w:bCs/>
                <w:szCs w:val="24"/>
              </w:rPr>
              <w:lastRenderedPageBreak/>
              <w:t>Namjena aktivnosti</w:t>
            </w:r>
          </w:p>
        </w:tc>
        <w:tc>
          <w:tcPr>
            <w:tcW w:w="6690" w:type="dxa"/>
            <w:vAlign w:val="center"/>
          </w:tcPr>
          <w:p w14:paraId="71E23B9B" w14:textId="77777777" w:rsidR="001865F2" w:rsidRPr="00D31D98" w:rsidRDefault="001865F2" w:rsidP="00966809">
            <w:pPr>
              <w:widowControl w:val="0"/>
            </w:pPr>
            <w:r w:rsidRPr="00D31D98">
              <w:rPr>
                <w:szCs w:val="24"/>
              </w:rPr>
              <w:t>Aktivnost je namijenjena studentima 5. godine nastavničkog studija matematike, odnosno studentima kolegija Metodika nastave matematike. Cilj je osposobiti ih za budući rad u području obrazovanja uz praktično iskustvo pod stručnim vodstvom</w:t>
            </w:r>
          </w:p>
        </w:tc>
      </w:tr>
      <w:tr w:rsidR="001865F2" w:rsidRPr="00D31D98" w14:paraId="38D0E342" w14:textId="77777777" w:rsidTr="00966809">
        <w:trPr>
          <w:cantSplit/>
        </w:trPr>
        <w:tc>
          <w:tcPr>
            <w:tcW w:w="2381" w:type="dxa"/>
            <w:vAlign w:val="center"/>
          </w:tcPr>
          <w:p w14:paraId="4C0C643C"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126E2DA9" w14:textId="77777777" w:rsidR="001865F2" w:rsidRPr="00D31D98" w:rsidRDefault="001865F2" w:rsidP="00966809">
            <w:pPr>
              <w:widowControl w:val="0"/>
            </w:pPr>
            <w:r w:rsidRPr="00D31D98">
              <w:rPr>
                <w:szCs w:val="24"/>
              </w:rPr>
              <w:t xml:space="preserve">mr.sc. Ella Rakovac </w:t>
            </w:r>
            <w:proofErr w:type="spellStart"/>
            <w:r w:rsidRPr="00D31D98">
              <w:rPr>
                <w:szCs w:val="24"/>
              </w:rPr>
              <w:t>Bekeš</w:t>
            </w:r>
            <w:proofErr w:type="spellEnd"/>
          </w:p>
          <w:p w14:paraId="27DA7A66" w14:textId="77777777" w:rsidR="001865F2" w:rsidRPr="00D31D98" w:rsidRDefault="001865F2" w:rsidP="00966809">
            <w:pPr>
              <w:widowControl w:val="0"/>
            </w:pPr>
            <w:r w:rsidRPr="00D31D98">
              <w:rPr>
                <w:szCs w:val="24"/>
              </w:rPr>
              <w:t>- Fakultet za primijenjenu matematiku i računalstvo</w:t>
            </w:r>
          </w:p>
          <w:p w14:paraId="039651E8" w14:textId="77777777" w:rsidR="001865F2" w:rsidRPr="00D31D98" w:rsidRDefault="001865F2" w:rsidP="00966809">
            <w:pPr>
              <w:widowControl w:val="0"/>
            </w:pPr>
            <w:r w:rsidRPr="00D31D98">
              <w:rPr>
                <w:szCs w:val="24"/>
              </w:rPr>
              <w:t>- Studenti kolegija Metodika nastave matematike</w:t>
            </w:r>
          </w:p>
        </w:tc>
      </w:tr>
      <w:tr w:rsidR="001865F2" w:rsidRPr="00D31D98" w14:paraId="0F714CF0" w14:textId="77777777" w:rsidTr="00966809">
        <w:trPr>
          <w:cantSplit/>
        </w:trPr>
        <w:tc>
          <w:tcPr>
            <w:tcW w:w="2381" w:type="dxa"/>
            <w:vAlign w:val="center"/>
          </w:tcPr>
          <w:p w14:paraId="40AB3ABC"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03F91D63" w14:textId="77777777" w:rsidR="001865F2" w:rsidRPr="00D31D98" w:rsidRDefault="001865F2" w:rsidP="00966809">
            <w:pPr>
              <w:widowControl w:val="0"/>
            </w:pPr>
            <w:r w:rsidRPr="00D31D98">
              <w:rPr>
                <w:szCs w:val="24"/>
              </w:rPr>
              <w:t>- Studenti sudjeluju u hospitacijama i praktično izvode nastavne sate iz matematike u školama.</w:t>
            </w:r>
          </w:p>
          <w:p w14:paraId="06E8FF56" w14:textId="77777777" w:rsidR="001865F2" w:rsidRPr="00D31D98" w:rsidRDefault="001865F2" w:rsidP="00966809">
            <w:pPr>
              <w:widowControl w:val="0"/>
            </w:pPr>
            <w:r w:rsidRPr="00D31D98">
              <w:rPr>
                <w:szCs w:val="24"/>
              </w:rPr>
              <w:t xml:space="preserve">- Izrada pisanih priprema, provedba probnih i </w:t>
            </w:r>
            <w:proofErr w:type="spellStart"/>
            <w:r w:rsidRPr="00D31D98">
              <w:rPr>
                <w:szCs w:val="24"/>
              </w:rPr>
              <w:t>ocjenskih</w:t>
            </w:r>
            <w:proofErr w:type="spellEnd"/>
            <w:r w:rsidRPr="00D31D98">
              <w:rPr>
                <w:szCs w:val="24"/>
              </w:rPr>
              <w:t xml:space="preserve"> nastavnih sati uz vođenje stručnog dnevnika prakse.</w:t>
            </w:r>
          </w:p>
          <w:p w14:paraId="33984BB4" w14:textId="77777777" w:rsidR="001865F2" w:rsidRPr="00D31D98" w:rsidRDefault="001865F2" w:rsidP="00966809">
            <w:pPr>
              <w:widowControl w:val="0"/>
            </w:pPr>
            <w:r w:rsidRPr="00D31D98">
              <w:rPr>
                <w:szCs w:val="24"/>
              </w:rPr>
              <w:t>- Sudjelovanje u analizi nastavnih sati i konstruktivnoj raspravi s mentorima.</w:t>
            </w:r>
          </w:p>
          <w:p w14:paraId="749CFA79" w14:textId="77777777" w:rsidR="001865F2" w:rsidRPr="00D31D98" w:rsidRDefault="001865F2" w:rsidP="00966809">
            <w:pPr>
              <w:widowControl w:val="0"/>
            </w:pPr>
            <w:r w:rsidRPr="00D31D98">
              <w:rPr>
                <w:szCs w:val="24"/>
              </w:rPr>
              <w:t>- Samostalna izrada nastavnih materijala, evaluacija učeničkih radova i vođenje projektnih ili problemskih zadataka.</w:t>
            </w:r>
          </w:p>
          <w:p w14:paraId="4541FC1A" w14:textId="77777777" w:rsidR="001865F2" w:rsidRPr="00D31D98" w:rsidRDefault="001865F2" w:rsidP="00966809">
            <w:pPr>
              <w:widowControl w:val="0"/>
            </w:pPr>
            <w:r w:rsidRPr="00D31D98">
              <w:rPr>
                <w:szCs w:val="24"/>
              </w:rPr>
              <w:t xml:space="preserve">- Kontinuirana refleksija i </w:t>
            </w:r>
            <w:proofErr w:type="spellStart"/>
            <w:r w:rsidRPr="00D31D98">
              <w:rPr>
                <w:szCs w:val="24"/>
              </w:rPr>
              <w:t>samoanaliza</w:t>
            </w:r>
            <w:proofErr w:type="spellEnd"/>
            <w:r w:rsidRPr="00D31D98">
              <w:rPr>
                <w:szCs w:val="24"/>
              </w:rPr>
              <w:t xml:space="preserve"> kroz mentorsku podršku i povratne informacije.</w:t>
            </w:r>
          </w:p>
        </w:tc>
      </w:tr>
      <w:tr w:rsidR="001865F2" w:rsidRPr="00D31D98" w14:paraId="488FA66A" w14:textId="77777777" w:rsidTr="00966809">
        <w:trPr>
          <w:cantSplit/>
        </w:trPr>
        <w:tc>
          <w:tcPr>
            <w:tcW w:w="2381" w:type="dxa"/>
            <w:vAlign w:val="center"/>
          </w:tcPr>
          <w:p w14:paraId="08A13E5A"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CE1A7C9" w14:textId="77777777" w:rsidR="001865F2" w:rsidRPr="00D31D98" w:rsidRDefault="001865F2" w:rsidP="00966809">
            <w:pPr>
              <w:widowControl w:val="0"/>
            </w:pPr>
            <w:r w:rsidRPr="00D31D98">
              <w:rPr>
                <w:szCs w:val="24"/>
              </w:rPr>
              <w:t>- Provedba stručne prakse u školama: ožujak. – lipanj 2027.</w:t>
            </w:r>
          </w:p>
          <w:p w14:paraId="67EEA07C" w14:textId="77777777" w:rsidR="001865F2" w:rsidRPr="00D31D98" w:rsidRDefault="001865F2" w:rsidP="00966809">
            <w:pPr>
              <w:widowControl w:val="0"/>
            </w:pPr>
            <w:r w:rsidRPr="00D31D98">
              <w:rPr>
                <w:szCs w:val="24"/>
              </w:rPr>
              <w:t>- Završna analiza i vrednovanje iskustava: lipanj 2027.</w:t>
            </w:r>
          </w:p>
        </w:tc>
      </w:tr>
      <w:tr w:rsidR="001865F2" w:rsidRPr="00D31D98" w14:paraId="572D74E3" w14:textId="77777777" w:rsidTr="00966809">
        <w:trPr>
          <w:cantSplit/>
        </w:trPr>
        <w:tc>
          <w:tcPr>
            <w:tcW w:w="2381" w:type="dxa"/>
            <w:vAlign w:val="center"/>
          </w:tcPr>
          <w:p w14:paraId="49F00387" w14:textId="77777777" w:rsidR="001865F2" w:rsidRPr="00D31D98" w:rsidRDefault="001865F2" w:rsidP="00966809">
            <w:pPr>
              <w:widowControl w:val="0"/>
              <w:rPr>
                <w:b/>
              </w:rPr>
            </w:pPr>
            <w:r w:rsidRPr="00D31D98">
              <w:rPr>
                <w:b/>
                <w:bCs/>
                <w:szCs w:val="24"/>
              </w:rPr>
              <w:t>Troškovnik</w:t>
            </w:r>
          </w:p>
        </w:tc>
        <w:tc>
          <w:tcPr>
            <w:tcW w:w="6690" w:type="dxa"/>
            <w:vAlign w:val="center"/>
          </w:tcPr>
          <w:p w14:paraId="17C435C6" w14:textId="77777777" w:rsidR="001865F2" w:rsidRPr="00D31D98" w:rsidRDefault="001865F2" w:rsidP="00966809">
            <w:pPr>
              <w:widowControl w:val="0"/>
            </w:pPr>
            <w:r w:rsidRPr="00D31D98">
              <w:rPr>
                <w:szCs w:val="24"/>
              </w:rPr>
              <w:t>- Praksa se provodi bez dodatnih novčanih troškova za studente.</w:t>
            </w:r>
          </w:p>
          <w:p w14:paraId="5D4FBDB3" w14:textId="77777777" w:rsidR="001865F2" w:rsidRPr="00D31D98" w:rsidRDefault="001865F2" w:rsidP="00966809">
            <w:pPr>
              <w:widowControl w:val="0"/>
            </w:pPr>
            <w:r w:rsidRPr="00D31D98">
              <w:rPr>
                <w:szCs w:val="24"/>
              </w:rPr>
              <w:t>- Materijali i sredstva za nastavu osigurani su iz postojećih školskih resursa ili fakultetske podrške.</w:t>
            </w:r>
          </w:p>
        </w:tc>
      </w:tr>
      <w:tr w:rsidR="001865F2" w:rsidRPr="00D31D98" w14:paraId="53606B14" w14:textId="77777777" w:rsidTr="00966809">
        <w:trPr>
          <w:cantSplit/>
        </w:trPr>
        <w:tc>
          <w:tcPr>
            <w:tcW w:w="2381" w:type="dxa"/>
            <w:vAlign w:val="center"/>
          </w:tcPr>
          <w:p w14:paraId="05EA01C9"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7D531CE9" w14:textId="77777777" w:rsidR="001865F2" w:rsidRPr="00D31D98" w:rsidRDefault="001865F2" w:rsidP="00966809">
            <w:pPr>
              <w:widowControl w:val="0"/>
            </w:pPr>
            <w:r w:rsidRPr="00D31D98">
              <w:rPr>
                <w:szCs w:val="24"/>
              </w:rPr>
              <w:t>- Redovito vođenje dnevnika stručne prakse.</w:t>
            </w:r>
          </w:p>
          <w:p w14:paraId="78890CE1" w14:textId="77777777" w:rsidR="001865F2" w:rsidRPr="00D31D98" w:rsidRDefault="001865F2" w:rsidP="00966809">
            <w:pPr>
              <w:widowControl w:val="0"/>
            </w:pPr>
            <w:r w:rsidRPr="00D31D98">
              <w:rPr>
                <w:szCs w:val="24"/>
              </w:rPr>
              <w:t>- Analiza i ocjenjivanje priprema, održanih nastavnih sati i nastavnih materijala.</w:t>
            </w:r>
          </w:p>
          <w:p w14:paraId="3CC005DB" w14:textId="77777777" w:rsidR="001865F2" w:rsidRPr="00D31D98" w:rsidRDefault="001865F2" w:rsidP="00966809">
            <w:pPr>
              <w:widowControl w:val="0"/>
            </w:pPr>
            <w:r w:rsidRPr="00D31D98">
              <w:rPr>
                <w:szCs w:val="24"/>
              </w:rPr>
              <w:t>- Povratne informacije mentora i nositelja aktivnosti.</w:t>
            </w:r>
          </w:p>
          <w:p w14:paraId="2DAD6E9D" w14:textId="77777777" w:rsidR="001865F2" w:rsidRPr="00D31D98" w:rsidRDefault="001865F2" w:rsidP="00966809">
            <w:pPr>
              <w:widowControl w:val="0"/>
            </w:pPr>
            <w:r w:rsidRPr="00D31D98">
              <w:rPr>
                <w:szCs w:val="24"/>
              </w:rPr>
              <w:t>- Sudjelovanje na završnom susretu i prezentaciji iskustava.</w:t>
            </w:r>
          </w:p>
          <w:p w14:paraId="71793E85" w14:textId="77777777" w:rsidR="001865F2" w:rsidRPr="00D31D98" w:rsidRDefault="001865F2" w:rsidP="00966809">
            <w:pPr>
              <w:widowControl w:val="0"/>
            </w:pPr>
            <w:r w:rsidRPr="00D31D98">
              <w:rPr>
                <w:szCs w:val="24"/>
              </w:rPr>
              <w:t xml:space="preserve">- </w:t>
            </w:r>
            <w:proofErr w:type="spellStart"/>
            <w:r w:rsidRPr="00D31D98">
              <w:rPr>
                <w:szCs w:val="24"/>
              </w:rPr>
              <w:t>Samovrednovanje</w:t>
            </w:r>
            <w:proofErr w:type="spellEnd"/>
            <w:r w:rsidRPr="00D31D98">
              <w:rPr>
                <w:szCs w:val="24"/>
              </w:rPr>
              <w:t xml:space="preserve"> i refleksivni izvještaj studenta</w:t>
            </w:r>
          </w:p>
        </w:tc>
      </w:tr>
    </w:tbl>
    <w:p w14:paraId="34F8B45C"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0C3741FE" w14:textId="77777777" w:rsidTr="00966809">
        <w:trPr>
          <w:cantSplit/>
        </w:trPr>
        <w:tc>
          <w:tcPr>
            <w:tcW w:w="2381" w:type="dxa"/>
            <w:vAlign w:val="center"/>
          </w:tcPr>
          <w:p w14:paraId="442BFBF2"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666D5A8A" w14:textId="77777777" w:rsidR="001865F2" w:rsidRPr="00D31D98" w:rsidRDefault="001865F2" w:rsidP="00966809">
            <w:pPr>
              <w:keepNext/>
              <w:widowControl w:val="0"/>
              <w:rPr>
                <w:b/>
              </w:rPr>
            </w:pPr>
            <w:r w:rsidRPr="00D31D98">
              <w:rPr>
                <w:b/>
                <w:bCs/>
                <w:szCs w:val="24"/>
              </w:rPr>
              <w:t>DRŽAVNI STRUČNI ISPIT IZ ENGLESKOG JEZIKA</w:t>
            </w:r>
          </w:p>
        </w:tc>
      </w:tr>
      <w:tr w:rsidR="001865F2" w:rsidRPr="00D31D98" w14:paraId="0DAC6B2A" w14:textId="77777777" w:rsidTr="00966809">
        <w:trPr>
          <w:cantSplit/>
        </w:trPr>
        <w:tc>
          <w:tcPr>
            <w:tcW w:w="2381" w:type="dxa"/>
            <w:vAlign w:val="center"/>
          </w:tcPr>
          <w:p w14:paraId="3EEB694B" w14:textId="77777777" w:rsidR="001865F2" w:rsidRPr="00D31D98" w:rsidRDefault="001865F2" w:rsidP="00966809">
            <w:pPr>
              <w:widowControl w:val="0"/>
              <w:rPr>
                <w:b/>
              </w:rPr>
            </w:pPr>
            <w:r w:rsidRPr="00D31D98">
              <w:rPr>
                <w:b/>
                <w:bCs/>
                <w:szCs w:val="24"/>
              </w:rPr>
              <w:t>Ciljevi</w:t>
            </w:r>
          </w:p>
        </w:tc>
        <w:tc>
          <w:tcPr>
            <w:tcW w:w="6690" w:type="dxa"/>
            <w:vAlign w:val="center"/>
          </w:tcPr>
          <w:p w14:paraId="683328AD" w14:textId="77777777" w:rsidR="001865F2" w:rsidRPr="00D31D98" w:rsidRDefault="001865F2" w:rsidP="00966809">
            <w:pPr>
              <w:widowControl w:val="0"/>
            </w:pPr>
            <w:r w:rsidRPr="00D31D98">
              <w:rPr>
                <w:szCs w:val="24"/>
              </w:rPr>
              <w:t>Pedagoško, metodičko i didaktičko stručno osposobljavanje i vrednovanje</w:t>
            </w:r>
          </w:p>
        </w:tc>
      </w:tr>
      <w:tr w:rsidR="001865F2" w:rsidRPr="00D31D98" w14:paraId="385B5217" w14:textId="77777777" w:rsidTr="00966809">
        <w:trPr>
          <w:cantSplit/>
        </w:trPr>
        <w:tc>
          <w:tcPr>
            <w:tcW w:w="2381" w:type="dxa"/>
            <w:vAlign w:val="center"/>
          </w:tcPr>
          <w:p w14:paraId="2A97D678"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E0B7384" w14:textId="77777777" w:rsidR="001865F2" w:rsidRPr="00D31D98" w:rsidRDefault="001865F2" w:rsidP="00966809">
            <w:pPr>
              <w:widowControl w:val="0"/>
            </w:pPr>
            <w:r w:rsidRPr="00D31D98">
              <w:rPr>
                <w:szCs w:val="24"/>
              </w:rPr>
              <w:t>Potvrda o položenom državnom stručnom ispitu</w:t>
            </w:r>
          </w:p>
        </w:tc>
      </w:tr>
      <w:tr w:rsidR="001865F2" w:rsidRPr="00D31D98" w14:paraId="55D2F220" w14:textId="77777777" w:rsidTr="00966809">
        <w:trPr>
          <w:cantSplit/>
        </w:trPr>
        <w:tc>
          <w:tcPr>
            <w:tcW w:w="2381" w:type="dxa"/>
            <w:vAlign w:val="center"/>
          </w:tcPr>
          <w:p w14:paraId="22690C9B"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3155E64" w14:textId="77777777" w:rsidR="001865F2" w:rsidRPr="00D31D98" w:rsidRDefault="001865F2" w:rsidP="00966809">
            <w:pPr>
              <w:widowControl w:val="0"/>
            </w:pPr>
            <w:r w:rsidRPr="00D31D98">
              <w:rPr>
                <w:szCs w:val="24"/>
              </w:rPr>
              <w:t>Povjerenstvo za provođenje stručnog ispita (</w:t>
            </w:r>
            <w:proofErr w:type="spellStart"/>
            <w:r w:rsidRPr="00D31D98">
              <w:rPr>
                <w:szCs w:val="24"/>
              </w:rPr>
              <w:t>prof.Dorčak</w:t>
            </w:r>
            <w:proofErr w:type="spellEnd"/>
            <w:r w:rsidRPr="00D31D98">
              <w:rPr>
                <w:szCs w:val="24"/>
              </w:rPr>
              <w:t>)</w:t>
            </w:r>
          </w:p>
        </w:tc>
      </w:tr>
      <w:tr w:rsidR="001865F2" w:rsidRPr="00D31D98" w14:paraId="79CCC544" w14:textId="77777777" w:rsidTr="00966809">
        <w:trPr>
          <w:cantSplit/>
        </w:trPr>
        <w:tc>
          <w:tcPr>
            <w:tcW w:w="2381" w:type="dxa"/>
            <w:vAlign w:val="center"/>
          </w:tcPr>
          <w:p w14:paraId="189FA0A0"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3EE1DC49" w14:textId="77777777" w:rsidR="001865F2" w:rsidRPr="00D31D98" w:rsidRDefault="001865F2" w:rsidP="00966809">
            <w:pPr>
              <w:widowControl w:val="0"/>
            </w:pPr>
            <w:r w:rsidRPr="00D31D98">
              <w:rPr>
                <w:szCs w:val="24"/>
              </w:rPr>
              <w:t>Pismeni i usmeni ispit, ogledni nastavni sat</w:t>
            </w:r>
          </w:p>
        </w:tc>
      </w:tr>
      <w:tr w:rsidR="001865F2" w:rsidRPr="00D31D98" w14:paraId="53CDE39E" w14:textId="77777777" w:rsidTr="00966809">
        <w:trPr>
          <w:cantSplit/>
        </w:trPr>
        <w:tc>
          <w:tcPr>
            <w:tcW w:w="2381" w:type="dxa"/>
            <w:vAlign w:val="center"/>
          </w:tcPr>
          <w:p w14:paraId="3FB8BF5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D91F76D" w14:textId="77777777" w:rsidR="001865F2" w:rsidRPr="00D31D98" w:rsidRDefault="001865F2" w:rsidP="00966809">
            <w:pPr>
              <w:widowControl w:val="0"/>
            </w:pPr>
            <w:r w:rsidRPr="00D31D98">
              <w:rPr>
                <w:szCs w:val="24"/>
              </w:rPr>
              <w:t>Proljetni rok-jesenski rok</w:t>
            </w:r>
          </w:p>
        </w:tc>
      </w:tr>
      <w:tr w:rsidR="001865F2" w:rsidRPr="00D31D98" w14:paraId="2689CD56" w14:textId="77777777" w:rsidTr="00966809">
        <w:trPr>
          <w:cantSplit/>
        </w:trPr>
        <w:tc>
          <w:tcPr>
            <w:tcW w:w="2381" w:type="dxa"/>
            <w:vAlign w:val="center"/>
          </w:tcPr>
          <w:p w14:paraId="1CA20821" w14:textId="77777777" w:rsidR="001865F2" w:rsidRPr="00D31D98" w:rsidRDefault="001865F2" w:rsidP="00966809">
            <w:pPr>
              <w:widowControl w:val="0"/>
              <w:rPr>
                <w:b/>
              </w:rPr>
            </w:pPr>
            <w:r w:rsidRPr="00D31D98">
              <w:rPr>
                <w:b/>
                <w:bCs/>
                <w:szCs w:val="24"/>
              </w:rPr>
              <w:t>Troškovnik</w:t>
            </w:r>
          </w:p>
        </w:tc>
        <w:tc>
          <w:tcPr>
            <w:tcW w:w="6690" w:type="dxa"/>
            <w:vAlign w:val="center"/>
          </w:tcPr>
          <w:p w14:paraId="0F1EAAC4" w14:textId="77777777" w:rsidR="001865F2" w:rsidRPr="00D31D98" w:rsidRDefault="001865F2" w:rsidP="00966809">
            <w:pPr>
              <w:widowControl w:val="0"/>
            </w:pPr>
            <w:r w:rsidRPr="00D31D98">
              <w:rPr>
                <w:szCs w:val="24"/>
              </w:rPr>
              <w:t>Nema troškova</w:t>
            </w:r>
          </w:p>
        </w:tc>
      </w:tr>
      <w:tr w:rsidR="001865F2" w:rsidRPr="00D31D98" w14:paraId="75399F20" w14:textId="77777777" w:rsidTr="00966809">
        <w:trPr>
          <w:cantSplit/>
        </w:trPr>
        <w:tc>
          <w:tcPr>
            <w:tcW w:w="2381" w:type="dxa"/>
            <w:vAlign w:val="center"/>
          </w:tcPr>
          <w:p w14:paraId="0F97358F"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6EE7635" w14:textId="77777777" w:rsidR="001865F2" w:rsidRPr="00D31D98" w:rsidRDefault="001865F2" w:rsidP="00966809">
            <w:pPr>
              <w:widowControl w:val="0"/>
            </w:pPr>
            <w:r w:rsidRPr="00D31D98">
              <w:rPr>
                <w:szCs w:val="24"/>
              </w:rPr>
              <w:t>Prosudba povjerenstva</w:t>
            </w:r>
          </w:p>
        </w:tc>
      </w:tr>
    </w:tbl>
    <w:p w14:paraId="3E9A8097" w14:textId="77777777" w:rsidR="001865F2" w:rsidRPr="00D31D98" w:rsidRDefault="001865F2" w:rsidP="001865F2">
      <w:pPr>
        <w:spacing w:after="0"/>
      </w:pPr>
    </w:p>
    <w:p w14:paraId="48440556" w14:textId="77777777" w:rsidR="001865F2" w:rsidRPr="00D31D98" w:rsidRDefault="001865F2" w:rsidP="001865F2">
      <w:pPr>
        <w:spacing w:after="120"/>
      </w:pPr>
      <w:r w:rsidRPr="00D31D98">
        <w:rPr>
          <w:szCs w:val="24"/>
        </w:rPr>
        <w:t>Suradnja s Akademijom za umjetnost i kulturu u Osijeku i Filozofskim fakultetom – Studij povijesti umjetnosti, Osijek.</w:t>
      </w: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2866ADF2" w14:textId="77777777" w:rsidTr="00966809">
        <w:trPr>
          <w:cantSplit/>
        </w:trPr>
        <w:tc>
          <w:tcPr>
            <w:tcW w:w="2381" w:type="dxa"/>
            <w:vAlign w:val="center"/>
          </w:tcPr>
          <w:p w14:paraId="748D7DF8" w14:textId="77777777" w:rsidR="001865F2" w:rsidRPr="00D31D98" w:rsidRDefault="001865F2" w:rsidP="00966809">
            <w:pPr>
              <w:keepNext/>
              <w:widowControl w:val="0"/>
              <w:rPr>
                <w:b/>
              </w:rPr>
            </w:pPr>
            <w:r w:rsidRPr="00D31D98">
              <w:rPr>
                <w:b/>
                <w:bCs/>
                <w:szCs w:val="24"/>
              </w:rPr>
              <w:lastRenderedPageBreak/>
              <w:t>AKTIVNOST</w:t>
            </w:r>
          </w:p>
        </w:tc>
        <w:tc>
          <w:tcPr>
            <w:tcW w:w="6690" w:type="dxa"/>
            <w:vAlign w:val="center"/>
          </w:tcPr>
          <w:p w14:paraId="7326891A" w14:textId="77777777" w:rsidR="001865F2" w:rsidRPr="00D31D98" w:rsidRDefault="001865F2" w:rsidP="00966809">
            <w:pPr>
              <w:keepNext/>
              <w:widowControl w:val="0"/>
              <w:rPr>
                <w:b/>
              </w:rPr>
            </w:pPr>
            <w:r w:rsidRPr="00D31D98">
              <w:rPr>
                <w:b/>
                <w:bCs/>
                <w:szCs w:val="24"/>
              </w:rPr>
              <w:t>VJEŽBAONICA ZA STUDENTE</w:t>
            </w:r>
          </w:p>
        </w:tc>
      </w:tr>
      <w:tr w:rsidR="001865F2" w:rsidRPr="00D31D98" w14:paraId="43B673A8" w14:textId="77777777" w:rsidTr="00966809">
        <w:trPr>
          <w:cantSplit/>
        </w:trPr>
        <w:tc>
          <w:tcPr>
            <w:tcW w:w="2381" w:type="dxa"/>
            <w:vAlign w:val="center"/>
          </w:tcPr>
          <w:p w14:paraId="062BEE5D" w14:textId="77777777" w:rsidR="001865F2" w:rsidRPr="00D31D98" w:rsidRDefault="001865F2" w:rsidP="00966809">
            <w:pPr>
              <w:widowControl w:val="0"/>
              <w:rPr>
                <w:b/>
              </w:rPr>
            </w:pPr>
            <w:r w:rsidRPr="00D31D98">
              <w:rPr>
                <w:b/>
                <w:bCs/>
                <w:szCs w:val="24"/>
              </w:rPr>
              <w:t>Ciljevi</w:t>
            </w:r>
          </w:p>
        </w:tc>
        <w:tc>
          <w:tcPr>
            <w:tcW w:w="6690" w:type="dxa"/>
            <w:vAlign w:val="center"/>
          </w:tcPr>
          <w:p w14:paraId="5E642A45" w14:textId="77777777" w:rsidR="001865F2" w:rsidRPr="00D31D98" w:rsidRDefault="001865F2" w:rsidP="00966809">
            <w:pPr>
              <w:widowControl w:val="0"/>
            </w:pPr>
            <w:r w:rsidRPr="00D31D98">
              <w:rPr>
                <w:szCs w:val="24"/>
              </w:rPr>
              <w:t>Pedagoško, metodičko i didaktičko stručno osposobljavanje i vrednovanje</w:t>
            </w:r>
          </w:p>
        </w:tc>
      </w:tr>
      <w:tr w:rsidR="001865F2" w:rsidRPr="00D31D98" w14:paraId="68B5DC28" w14:textId="77777777" w:rsidTr="00966809">
        <w:trPr>
          <w:cantSplit/>
        </w:trPr>
        <w:tc>
          <w:tcPr>
            <w:tcW w:w="2381" w:type="dxa"/>
            <w:vAlign w:val="center"/>
          </w:tcPr>
          <w:p w14:paraId="497FBEA9"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44C22FF0" w14:textId="77777777" w:rsidR="001865F2" w:rsidRPr="00D31D98" w:rsidRDefault="001865F2" w:rsidP="00966809">
            <w:pPr>
              <w:widowControl w:val="0"/>
            </w:pPr>
            <w:r w:rsidRPr="00D31D98">
              <w:rPr>
                <w:szCs w:val="24"/>
              </w:rPr>
              <w:t>Praktični dio nastave Metodika likovne umjetnosti</w:t>
            </w:r>
          </w:p>
        </w:tc>
      </w:tr>
      <w:tr w:rsidR="001865F2" w:rsidRPr="00D31D98" w14:paraId="67584272" w14:textId="77777777" w:rsidTr="00966809">
        <w:trPr>
          <w:cantSplit/>
        </w:trPr>
        <w:tc>
          <w:tcPr>
            <w:tcW w:w="2381" w:type="dxa"/>
            <w:vAlign w:val="center"/>
          </w:tcPr>
          <w:p w14:paraId="23CBDFCC" w14:textId="77777777" w:rsidR="001865F2" w:rsidRPr="00D31D98" w:rsidRDefault="001865F2" w:rsidP="00966809">
            <w:pPr>
              <w:widowControl w:val="0"/>
              <w:rPr>
                <w:b/>
              </w:rPr>
            </w:pPr>
            <w:r w:rsidRPr="00D31D98">
              <w:rPr>
                <w:b/>
                <w:bCs/>
                <w:szCs w:val="24"/>
              </w:rPr>
              <w:t>Nositelj</w:t>
            </w:r>
          </w:p>
        </w:tc>
        <w:tc>
          <w:tcPr>
            <w:tcW w:w="6690" w:type="dxa"/>
            <w:vAlign w:val="center"/>
          </w:tcPr>
          <w:p w14:paraId="5F5552D9" w14:textId="77777777" w:rsidR="001865F2" w:rsidRPr="00D31D98" w:rsidRDefault="001865F2" w:rsidP="00966809">
            <w:pPr>
              <w:widowControl w:val="0"/>
            </w:pPr>
            <w:r w:rsidRPr="00D31D98">
              <w:rPr>
                <w:szCs w:val="24"/>
              </w:rPr>
              <w:t xml:space="preserve">Prof. Nataša </w:t>
            </w:r>
            <w:proofErr w:type="spellStart"/>
            <w:r w:rsidRPr="00D31D98">
              <w:rPr>
                <w:szCs w:val="24"/>
              </w:rPr>
              <w:t>Tram</w:t>
            </w:r>
            <w:proofErr w:type="spellEnd"/>
          </w:p>
        </w:tc>
      </w:tr>
      <w:tr w:rsidR="001865F2" w:rsidRPr="00D31D98" w14:paraId="3EFC2CB6" w14:textId="77777777" w:rsidTr="00966809">
        <w:trPr>
          <w:cantSplit/>
        </w:trPr>
        <w:tc>
          <w:tcPr>
            <w:tcW w:w="2381" w:type="dxa"/>
            <w:vAlign w:val="center"/>
          </w:tcPr>
          <w:p w14:paraId="3FF9F3AB"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7305C24E" w14:textId="77777777" w:rsidR="001865F2" w:rsidRPr="00D31D98" w:rsidRDefault="001865F2" w:rsidP="00966809">
            <w:pPr>
              <w:widowControl w:val="0"/>
            </w:pPr>
            <w:r w:rsidRPr="00D31D98">
              <w:rPr>
                <w:szCs w:val="24"/>
              </w:rPr>
              <w:t>Hospitacije i ogledni nastavni sati.</w:t>
            </w:r>
          </w:p>
        </w:tc>
      </w:tr>
      <w:tr w:rsidR="001865F2" w:rsidRPr="00D31D98" w14:paraId="79B8F653" w14:textId="77777777" w:rsidTr="00966809">
        <w:trPr>
          <w:cantSplit/>
        </w:trPr>
        <w:tc>
          <w:tcPr>
            <w:tcW w:w="2381" w:type="dxa"/>
            <w:vAlign w:val="center"/>
          </w:tcPr>
          <w:p w14:paraId="6B4C1E0D"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6229D40E" w14:textId="77777777" w:rsidR="001865F2" w:rsidRPr="00D31D98" w:rsidRDefault="001865F2" w:rsidP="00966809">
            <w:pPr>
              <w:widowControl w:val="0"/>
            </w:pPr>
            <w:r w:rsidRPr="00D31D98">
              <w:rPr>
                <w:szCs w:val="24"/>
              </w:rPr>
              <w:t>Listopad 2026. – Svibanj 2027.</w:t>
            </w:r>
          </w:p>
        </w:tc>
      </w:tr>
      <w:tr w:rsidR="001865F2" w:rsidRPr="00D31D98" w14:paraId="3EAD7459" w14:textId="77777777" w:rsidTr="00966809">
        <w:trPr>
          <w:cantSplit/>
        </w:trPr>
        <w:tc>
          <w:tcPr>
            <w:tcW w:w="2381" w:type="dxa"/>
            <w:vAlign w:val="center"/>
          </w:tcPr>
          <w:p w14:paraId="47CEB4CE" w14:textId="77777777" w:rsidR="001865F2" w:rsidRPr="00D31D98" w:rsidRDefault="001865F2" w:rsidP="00966809">
            <w:pPr>
              <w:widowControl w:val="0"/>
              <w:rPr>
                <w:b/>
              </w:rPr>
            </w:pPr>
            <w:r w:rsidRPr="00D31D98">
              <w:rPr>
                <w:b/>
                <w:bCs/>
                <w:szCs w:val="24"/>
              </w:rPr>
              <w:t>Troškovnik</w:t>
            </w:r>
          </w:p>
        </w:tc>
        <w:tc>
          <w:tcPr>
            <w:tcW w:w="6690" w:type="dxa"/>
            <w:vAlign w:val="center"/>
          </w:tcPr>
          <w:p w14:paraId="5FFB16FB" w14:textId="77777777" w:rsidR="001865F2" w:rsidRPr="00D31D98" w:rsidRDefault="001865F2" w:rsidP="00966809">
            <w:pPr>
              <w:widowControl w:val="0"/>
            </w:pPr>
            <w:r w:rsidRPr="00D31D98">
              <w:rPr>
                <w:szCs w:val="24"/>
              </w:rPr>
              <w:t>-</w:t>
            </w:r>
          </w:p>
        </w:tc>
      </w:tr>
      <w:tr w:rsidR="001865F2" w:rsidRPr="00D31D98" w14:paraId="0E1EB047" w14:textId="77777777" w:rsidTr="00966809">
        <w:trPr>
          <w:cantSplit/>
        </w:trPr>
        <w:tc>
          <w:tcPr>
            <w:tcW w:w="2381" w:type="dxa"/>
            <w:vAlign w:val="center"/>
          </w:tcPr>
          <w:p w14:paraId="1F555A05" w14:textId="77777777" w:rsidR="001865F2" w:rsidRPr="00D31D98" w:rsidRDefault="001865F2" w:rsidP="00966809">
            <w:pPr>
              <w:widowControl w:val="0"/>
              <w:rPr>
                <w:b/>
              </w:rPr>
            </w:pPr>
            <w:r w:rsidRPr="00D31D98">
              <w:rPr>
                <w:b/>
                <w:bCs/>
                <w:szCs w:val="24"/>
              </w:rPr>
              <w:t>Način vrednovanja i korištenja</w:t>
            </w:r>
          </w:p>
          <w:p w14:paraId="286B2392" w14:textId="77777777" w:rsidR="001865F2" w:rsidRPr="00D31D98" w:rsidRDefault="001865F2" w:rsidP="00966809">
            <w:pPr>
              <w:widowControl w:val="0"/>
              <w:rPr>
                <w:b/>
              </w:rPr>
            </w:pPr>
            <w:r w:rsidRPr="00D31D98">
              <w:rPr>
                <w:b/>
                <w:bCs/>
                <w:szCs w:val="24"/>
              </w:rPr>
              <w:t>rezultata vrednovanja</w:t>
            </w:r>
          </w:p>
        </w:tc>
        <w:tc>
          <w:tcPr>
            <w:tcW w:w="6690" w:type="dxa"/>
            <w:vAlign w:val="center"/>
          </w:tcPr>
          <w:p w14:paraId="314062E5" w14:textId="77777777" w:rsidR="001865F2" w:rsidRPr="00D31D98" w:rsidRDefault="001865F2" w:rsidP="00966809">
            <w:pPr>
              <w:widowControl w:val="0"/>
            </w:pPr>
            <w:r w:rsidRPr="00D31D98">
              <w:rPr>
                <w:szCs w:val="24"/>
              </w:rPr>
              <w:t>Ogledni nastavni sati.</w:t>
            </w:r>
          </w:p>
        </w:tc>
      </w:tr>
    </w:tbl>
    <w:p w14:paraId="4A5D596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41B05918" w14:textId="77777777" w:rsidTr="00966809">
        <w:trPr>
          <w:cantSplit/>
        </w:trPr>
        <w:tc>
          <w:tcPr>
            <w:tcW w:w="2381" w:type="dxa"/>
            <w:vAlign w:val="center"/>
          </w:tcPr>
          <w:p w14:paraId="7A3B9470"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5ABA8C97" w14:textId="77777777" w:rsidR="001865F2" w:rsidRPr="00D31D98" w:rsidRDefault="001865F2" w:rsidP="00966809">
            <w:pPr>
              <w:keepNext/>
              <w:widowControl w:val="0"/>
              <w:rPr>
                <w:b/>
              </w:rPr>
            </w:pPr>
            <w:r w:rsidRPr="00D31D98">
              <w:rPr>
                <w:b/>
                <w:bCs/>
                <w:szCs w:val="24"/>
              </w:rPr>
              <w:t>MIE 2026./2027.</w:t>
            </w:r>
          </w:p>
        </w:tc>
      </w:tr>
      <w:tr w:rsidR="001865F2" w:rsidRPr="00D31D98" w14:paraId="189A0391" w14:textId="77777777" w:rsidTr="00966809">
        <w:trPr>
          <w:cantSplit/>
        </w:trPr>
        <w:tc>
          <w:tcPr>
            <w:tcW w:w="2381" w:type="dxa"/>
            <w:vAlign w:val="center"/>
          </w:tcPr>
          <w:p w14:paraId="2556B833" w14:textId="77777777" w:rsidR="001865F2" w:rsidRPr="00D31D98" w:rsidRDefault="001865F2" w:rsidP="00966809">
            <w:pPr>
              <w:widowControl w:val="0"/>
              <w:rPr>
                <w:b/>
              </w:rPr>
            </w:pPr>
            <w:r w:rsidRPr="00D31D98">
              <w:rPr>
                <w:b/>
                <w:bCs/>
                <w:szCs w:val="24"/>
              </w:rPr>
              <w:t>Nastavni odjeli</w:t>
            </w:r>
          </w:p>
        </w:tc>
        <w:tc>
          <w:tcPr>
            <w:tcW w:w="6690" w:type="dxa"/>
            <w:vAlign w:val="center"/>
          </w:tcPr>
          <w:p w14:paraId="0AE54523" w14:textId="77777777" w:rsidR="001865F2" w:rsidRPr="00D31D98" w:rsidRDefault="001865F2" w:rsidP="00966809">
            <w:pPr>
              <w:widowControl w:val="0"/>
            </w:pPr>
            <w:r w:rsidRPr="00D31D98">
              <w:rPr>
                <w:szCs w:val="24"/>
              </w:rPr>
              <w:t>Učenici I. gimnazije Osijek</w:t>
            </w:r>
          </w:p>
        </w:tc>
      </w:tr>
      <w:tr w:rsidR="001865F2" w:rsidRPr="00D31D98" w14:paraId="218E2493" w14:textId="77777777" w:rsidTr="00966809">
        <w:trPr>
          <w:cantSplit/>
        </w:trPr>
        <w:tc>
          <w:tcPr>
            <w:tcW w:w="2381" w:type="dxa"/>
            <w:vAlign w:val="center"/>
          </w:tcPr>
          <w:p w14:paraId="67879FD3" w14:textId="77777777" w:rsidR="001865F2" w:rsidRPr="00D31D98" w:rsidRDefault="001865F2" w:rsidP="00966809">
            <w:pPr>
              <w:widowControl w:val="0"/>
              <w:rPr>
                <w:b/>
              </w:rPr>
            </w:pPr>
            <w:r w:rsidRPr="00D31D98">
              <w:rPr>
                <w:b/>
                <w:bCs/>
                <w:szCs w:val="24"/>
              </w:rPr>
              <w:t>Nositelj aktivnosti</w:t>
            </w:r>
          </w:p>
        </w:tc>
        <w:tc>
          <w:tcPr>
            <w:tcW w:w="6690" w:type="dxa"/>
            <w:vAlign w:val="center"/>
          </w:tcPr>
          <w:p w14:paraId="590B4CCC" w14:textId="77777777" w:rsidR="001865F2" w:rsidRPr="00D31D98" w:rsidRDefault="001865F2" w:rsidP="00966809">
            <w:pPr>
              <w:widowControl w:val="0"/>
            </w:pPr>
            <w:r w:rsidRPr="00D31D98">
              <w:rPr>
                <w:szCs w:val="24"/>
              </w:rPr>
              <w:t>Snježana Novaković, prof.,</w:t>
            </w:r>
          </w:p>
        </w:tc>
      </w:tr>
      <w:tr w:rsidR="001865F2" w:rsidRPr="00D31D98" w14:paraId="5151E8CD" w14:textId="77777777" w:rsidTr="00966809">
        <w:trPr>
          <w:cantSplit/>
        </w:trPr>
        <w:tc>
          <w:tcPr>
            <w:tcW w:w="2381" w:type="dxa"/>
            <w:vAlign w:val="center"/>
          </w:tcPr>
          <w:p w14:paraId="651DD58B" w14:textId="77777777" w:rsidR="001865F2" w:rsidRPr="00D31D98" w:rsidRDefault="001865F2" w:rsidP="00966809">
            <w:pPr>
              <w:widowControl w:val="0"/>
              <w:rPr>
                <w:b/>
              </w:rPr>
            </w:pPr>
            <w:r w:rsidRPr="00D31D98">
              <w:rPr>
                <w:b/>
                <w:bCs/>
                <w:szCs w:val="24"/>
              </w:rPr>
              <w:t>Ciljevi aktivnosti</w:t>
            </w:r>
          </w:p>
        </w:tc>
        <w:tc>
          <w:tcPr>
            <w:tcW w:w="6690" w:type="dxa"/>
            <w:vAlign w:val="center"/>
          </w:tcPr>
          <w:p w14:paraId="449633E6" w14:textId="77777777" w:rsidR="001865F2" w:rsidRPr="00D31D98" w:rsidRDefault="001865F2" w:rsidP="00966809">
            <w:pPr>
              <w:widowControl w:val="0"/>
            </w:pPr>
            <w:r w:rsidRPr="00D31D98">
              <w:rPr>
                <w:szCs w:val="24"/>
              </w:rPr>
              <w:t xml:space="preserve">Microsoftov program MIE </w:t>
            </w:r>
            <w:proofErr w:type="spellStart"/>
            <w:r w:rsidRPr="00D31D98">
              <w:rPr>
                <w:szCs w:val="24"/>
              </w:rPr>
              <w:t>Expert</w:t>
            </w:r>
            <w:proofErr w:type="spellEnd"/>
            <w:r w:rsidRPr="00D31D98">
              <w:rPr>
                <w:szCs w:val="24"/>
              </w:rPr>
              <w:t xml:space="preserve"> namijenjen je učiteljima koji su prepoznali didaktički potencijal i važnost digitalnih tehnologija i koji ih inovativno koriste u nastavi.</w:t>
            </w:r>
          </w:p>
        </w:tc>
      </w:tr>
      <w:tr w:rsidR="001865F2" w:rsidRPr="00D31D98" w14:paraId="475CF9FB" w14:textId="77777777" w:rsidTr="00966809">
        <w:trPr>
          <w:cantSplit/>
        </w:trPr>
        <w:tc>
          <w:tcPr>
            <w:tcW w:w="2381" w:type="dxa"/>
            <w:vAlign w:val="center"/>
          </w:tcPr>
          <w:p w14:paraId="4E5CF00A"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5E719B3A" w14:textId="77777777" w:rsidR="001865F2" w:rsidRPr="00D31D98" w:rsidRDefault="001865F2" w:rsidP="00966809">
            <w:pPr>
              <w:widowControl w:val="0"/>
            </w:pPr>
            <w:r w:rsidRPr="00D31D98">
              <w:rPr>
                <w:szCs w:val="24"/>
              </w:rPr>
              <w:t xml:space="preserve">S programom MIE </w:t>
            </w:r>
            <w:proofErr w:type="spellStart"/>
            <w:r w:rsidRPr="00D31D98">
              <w:rPr>
                <w:szCs w:val="24"/>
              </w:rPr>
              <w:t>Expert</w:t>
            </w:r>
            <w:proofErr w:type="spellEnd"/>
            <w:r w:rsidRPr="00D31D98">
              <w:rPr>
                <w:szCs w:val="24"/>
              </w:rPr>
              <w:t>, koji je dio  učiteljske zajednice  , inovativnim učiteljima dajemo međunarodnu platformu: MIE stručnjaci koriste softver i hardver za obogaćivanje lekcija. Razvijate nastavne koncepte koji koriste digitalne tehnologije na didaktički promišljen način.</w:t>
            </w:r>
          </w:p>
        </w:tc>
      </w:tr>
      <w:tr w:rsidR="001865F2" w:rsidRPr="00D31D98" w14:paraId="4FDC9BEF" w14:textId="77777777" w:rsidTr="00966809">
        <w:trPr>
          <w:cantSplit/>
        </w:trPr>
        <w:tc>
          <w:tcPr>
            <w:tcW w:w="2381" w:type="dxa"/>
            <w:vAlign w:val="center"/>
          </w:tcPr>
          <w:p w14:paraId="54EED9F7" w14:textId="77777777" w:rsidR="001865F2" w:rsidRPr="00D31D98" w:rsidRDefault="001865F2" w:rsidP="00966809">
            <w:pPr>
              <w:widowControl w:val="0"/>
              <w:rPr>
                <w:b/>
              </w:rPr>
            </w:pPr>
            <w:r w:rsidRPr="00D31D98">
              <w:rPr>
                <w:b/>
                <w:bCs/>
                <w:szCs w:val="24"/>
              </w:rPr>
              <w:t xml:space="preserve">Način realizacije i </w:t>
            </w:r>
            <w:proofErr w:type="spellStart"/>
            <w:r w:rsidRPr="00D31D98">
              <w:rPr>
                <w:b/>
                <w:bCs/>
                <w:szCs w:val="24"/>
              </w:rPr>
              <w:t>vremenik</w:t>
            </w:r>
            <w:proofErr w:type="spellEnd"/>
            <w:r w:rsidRPr="00D31D98">
              <w:rPr>
                <w:b/>
                <w:bCs/>
                <w:szCs w:val="24"/>
              </w:rPr>
              <w:t xml:space="preserve"> aktivnosti</w:t>
            </w:r>
          </w:p>
        </w:tc>
        <w:tc>
          <w:tcPr>
            <w:tcW w:w="6690" w:type="dxa"/>
            <w:vAlign w:val="center"/>
          </w:tcPr>
          <w:p w14:paraId="6A2CB304" w14:textId="77777777" w:rsidR="001865F2" w:rsidRPr="00D31D98" w:rsidRDefault="001865F2" w:rsidP="00966809">
            <w:pPr>
              <w:widowControl w:val="0"/>
            </w:pPr>
            <w:r w:rsidRPr="00D31D98">
              <w:rPr>
                <w:szCs w:val="24"/>
              </w:rPr>
              <w:t>01. rujna 2026.– 31. kolovoza 2027. Kroz redovnu i dodatnu nastavu, te online predavanja i radionice, izradom interaktivnih materijala, kvizova, upotrebom različitih alata i tehnologije proširene stvarnosti</w:t>
            </w:r>
          </w:p>
        </w:tc>
      </w:tr>
      <w:tr w:rsidR="001865F2" w:rsidRPr="00D31D98" w14:paraId="6EC377A9" w14:textId="77777777" w:rsidTr="00966809">
        <w:trPr>
          <w:cantSplit/>
        </w:trPr>
        <w:tc>
          <w:tcPr>
            <w:tcW w:w="2381" w:type="dxa"/>
            <w:vAlign w:val="center"/>
          </w:tcPr>
          <w:p w14:paraId="5D5706D9" w14:textId="77777777" w:rsidR="001865F2" w:rsidRPr="00D31D98" w:rsidRDefault="001865F2" w:rsidP="00966809">
            <w:pPr>
              <w:widowControl w:val="0"/>
              <w:rPr>
                <w:b/>
              </w:rPr>
            </w:pPr>
            <w:r w:rsidRPr="00D31D98">
              <w:rPr>
                <w:b/>
                <w:bCs/>
                <w:szCs w:val="24"/>
              </w:rPr>
              <w:t>Način vrednovanja i način korištenja rezultata vrednovanja</w:t>
            </w:r>
          </w:p>
        </w:tc>
        <w:tc>
          <w:tcPr>
            <w:tcW w:w="6690" w:type="dxa"/>
            <w:vAlign w:val="center"/>
          </w:tcPr>
          <w:p w14:paraId="6EAEA9AA" w14:textId="77777777" w:rsidR="001865F2" w:rsidRPr="00D31D98" w:rsidRDefault="001865F2" w:rsidP="00966809">
            <w:pPr>
              <w:widowControl w:val="0"/>
            </w:pPr>
            <w:r w:rsidRPr="00D31D98">
              <w:rPr>
                <w:szCs w:val="24"/>
              </w:rPr>
              <w:t>MIE stručnjaci imaju sljedeće mogućnosti:</w:t>
            </w:r>
          </w:p>
          <w:p w14:paraId="3DAFE21C" w14:textId="77777777" w:rsidR="001865F2" w:rsidRPr="00D31D98" w:rsidRDefault="001865F2" w:rsidP="00966809">
            <w:pPr>
              <w:widowControl w:val="0"/>
            </w:pPr>
            <w:r w:rsidRPr="00D31D98">
              <w:rPr>
                <w:szCs w:val="24"/>
              </w:rPr>
              <w:t>➢ Pristup mogućnostima profesionalnog razvoja i certifikatima</w:t>
            </w:r>
          </w:p>
          <w:p w14:paraId="1F820FAF" w14:textId="77777777" w:rsidR="001865F2" w:rsidRPr="00D31D98" w:rsidRDefault="001865F2" w:rsidP="00966809">
            <w:pPr>
              <w:widowControl w:val="0"/>
            </w:pPr>
            <w:r w:rsidRPr="00D31D98">
              <w:rPr>
                <w:szCs w:val="24"/>
              </w:rPr>
              <w:t>➢ Podijelite svoju stručnost s nastavnicima i stručnjacima diljem svijeta kako biste proširili svoje inovacije</w:t>
            </w:r>
          </w:p>
          <w:p w14:paraId="5BA0794D" w14:textId="77777777" w:rsidR="001865F2" w:rsidRPr="00D31D98" w:rsidRDefault="001865F2" w:rsidP="00966809">
            <w:pPr>
              <w:widowControl w:val="0"/>
            </w:pPr>
            <w:r w:rsidRPr="00D31D98">
              <w:rPr>
                <w:szCs w:val="24"/>
              </w:rPr>
              <w:t>➢ Testirajte nove proizvode u beta verziji i sudjelujte u programima prije objavljivanja za određene obrazovne alate</w:t>
            </w:r>
          </w:p>
          <w:p w14:paraId="365A58D0" w14:textId="77777777" w:rsidR="001865F2" w:rsidRPr="00D31D98" w:rsidRDefault="001865F2" w:rsidP="00966809">
            <w:pPr>
              <w:widowControl w:val="0"/>
            </w:pPr>
            <w:r w:rsidRPr="00D31D98">
              <w:rPr>
                <w:szCs w:val="24"/>
              </w:rPr>
              <w:t>➢ Predstavite Microsoft kroz demonstracije proizvoda i posjećivanjem događaja</w:t>
            </w:r>
          </w:p>
          <w:p w14:paraId="430DF53C" w14:textId="77777777" w:rsidR="001865F2" w:rsidRPr="00D31D98" w:rsidRDefault="001865F2" w:rsidP="00966809">
            <w:pPr>
              <w:widowControl w:val="0"/>
            </w:pPr>
            <w:r w:rsidRPr="00D31D98">
              <w:rPr>
                <w:szCs w:val="24"/>
              </w:rPr>
              <w:t>➢ Surađujte s inovativnim edukatorima diljem svijeta</w:t>
            </w:r>
          </w:p>
          <w:p w14:paraId="0985D831" w14:textId="77777777" w:rsidR="001865F2" w:rsidRPr="00D31D98" w:rsidRDefault="001865F2" w:rsidP="00966809">
            <w:pPr>
              <w:widowControl w:val="0"/>
            </w:pPr>
            <w:r w:rsidRPr="00D31D98">
              <w:rPr>
                <w:szCs w:val="24"/>
              </w:rPr>
              <w:t>➢ Domaćini regionalnih događaja koji pokazuju kako koristite Microsoftovu tehnologiju u učionici</w:t>
            </w:r>
          </w:p>
        </w:tc>
      </w:tr>
      <w:tr w:rsidR="001865F2" w:rsidRPr="00D31D98" w14:paraId="2088099C" w14:textId="77777777" w:rsidTr="00966809">
        <w:trPr>
          <w:cantSplit/>
        </w:trPr>
        <w:tc>
          <w:tcPr>
            <w:tcW w:w="2381" w:type="dxa"/>
            <w:vAlign w:val="center"/>
          </w:tcPr>
          <w:p w14:paraId="5BD28082" w14:textId="77777777" w:rsidR="001865F2" w:rsidRPr="00D31D98" w:rsidRDefault="001865F2" w:rsidP="00966809">
            <w:pPr>
              <w:widowControl w:val="0"/>
              <w:rPr>
                <w:b/>
              </w:rPr>
            </w:pPr>
            <w:proofErr w:type="spellStart"/>
            <w:r w:rsidRPr="00D31D98">
              <w:rPr>
                <w:b/>
                <w:bCs/>
                <w:szCs w:val="24"/>
              </w:rPr>
              <w:lastRenderedPageBreak/>
              <w:t>Međupredmetne</w:t>
            </w:r>
            <w:proofErr w:type="spellEnd"/>
            <w:r w:rsidRPr="00D31D98">
              <w:rPr>
                <w:b/>
                <w:bCs/>
                <w:szCs w:val="24"/>
              </w:rPr>
              <w:t xml:space="preserve"> teme</w:t>
            </w:r>
          </w:p>
        </w:tc>
        <w:tc>
          <w:tcPr>
            <w:tcW w:w="6690" w:type="dxa"/>
            <w:vAlign w:val="center"/>
          </w:tcPr>
          <w:p w14:paraId="3598EDA5"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D.4/5.2. Suradnja s drugima. Učenik ostvaruje dobru komunikaciju s drugima, uspješno surađuje u različitim situacijama i spreman je zatražiti i ponuditi pomoć.</w:t>
            </w:r>
          </w:p>
          <w:p w14:paraId="46E1946E" w14:textId="77777777" w:rsidR="001865F2" w:rsidRPr="00D31D98" w:rsidRDefault="001865F2" w:rsidP="00966809">
            <w:pPr>
              <w:widowControl w:val="0"/>
            </w:pPr>
            <w:proofErr w:type="spellStart"/>
            <w:r w:rsidRPr="00D31D98">
              <w:rPr>
                <w:szCs w:val="24"/>
              </w:rPr>
              <w:t>uku</w:t>
            </w:r>
            <w:proofErr w:type="spellEnd"/>
            <w:r w:rsidRPr="00D31D98">
              <w:rPr>
                <w:szCs w:val="24"/>
              </w:rPr>
              <w:t xml:space="preserve"> A.4/5.3. Kreativno mišljenje. Učenik kreativno djeluje u različitim područjima učenja.</w:t>
            </w:r>
          </w:p>
          <w:p w14:paraId="5708105C" w14:textId="77777777" w:rsidR="001865F2" w:rsidRPr="00D31D98" w:rsidRDefault="001865F2" w:rsidP="00966809">
            <w:pPr>
              <w:widowControl w:val="0"/>
            </w:pPr>
            <w:r w:rsidRPr="00D31D98">
              <w:rPr>
                <w:szCs w:val="24"/>
              </w:rPr>
              <w:t>pod C.4.1. i 4.2. Sudjeluje u projektu ili proizvodnji od ideje do realizacije (nadovezuje se i uključuje elemente očekivanja iz 3. ciklusa)</w:t>
            </w:r>
          </w:p>
          <w:p w14:paraId="6B686F70" w14:textId="77777777" w:rsidR="001865F2" w:rsidRPr="00D31D98" w:rsidRDefault="001865F2" w:rsidP="00966809">
            <w:pPr>
              <w:widowControl w:val="0"/>
            </w:pPr>
            <w:proofErr w:type="spellStart"/>
            <w:r w:rsidRPr="00D31D98">
              <w:rPr>
                <w:szCs w:val="24"/>
              </w:rPr>
              <w:t>ikt</w:t>
            </w:r>
            <w:proofErr w:type="spellEnd"/>
            <w:r w:rsidRPr="00D31D98">
              <w:rPr>
                <w:szCs w:val="24"/>
              </w:rPr>
              <w:t xml:space="preserve"> D 4.3. Učenik predočava, stvara i dijeli ideje i sadržaje o složenoj temi s pomoću IKT-a.</w:t>
            </w:r>
          </w:p>
        </w:tc>
      </w:tr>
    </w:tbl>
    <w:p w14:paraId="1DE56B2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32ADA01" w14:textId="77777777" w:rsidTr="00966809">
        <w:trPr>
          <w:cantSplit/>
        </w:trPr>
        <w:tc>
          <w:tcPr>
            <w:tcW w:w="2381" w:type="dxa"/>
            <w:vAlign w:val="center"/>
          </w:tcPr>
          <w:p w14:paraId="054BB971"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4515DF78" w14:textId="77777777" w:rsidR="001865F2" w:rsidRPr="00D31D98" w:rsidRDefault="001865F2" w:rsidP="00966809">
            <w:pPr>
              <w:keepNext/>
              <w:widowControl w:val="0"/>
              <w:rPr>
                <w:b/>
              </w:rPr>
            </w:pPr>
            <w:r w:rsidRPr="00D31D98">
              <w:rPr>
                <w:b/>
                <w:bCs/>
                <w:szCs w:val="24"/>
              </w:rPr>
              <w:t>DRŽAVNI STRUČNI ISPIT IZ ENGLESKOG JEZIKA</w:t>
            </w:r>
          </w:p>
        </w:tc>
      </w:tr>
      <w:tr w:rsidR="001865F2" w:rsidRPr="00D31D98" w14:paraId="6BDCA1E5" w14:textId="77777777" w:rsidTr="00966809">
        <w:trPr>
          <w:cantSplit/>
        </w:trPr>
        <w:tc>
          <w:tcPr>
            <w:tcW w:w="2381" w:type="dxa"/>
            <w:vAlign w:val="center"/>
          </w:tcPr>
          <w:p w14:paraId="4DFA4948" w14:textId="77777777" w:rsidR="001865F2" w:rsidRPr="00D31D98" w:rsidRDefault="001865F2" w:rsidP="00966809">
            <w:pPr>
              <w:widowControl w:val="0"/>
              <w:rPr>
                <w:b/>
              </w:rPr>
            </w:pPr>
            <w:r w:rsidRPr="00D31D98">
              <w:rPr>
                <w:b/>
                <w:bCs/>
                <w:szCs w:val="24"/>
              </w:rPr>
              <w:t>Ciljevi</w:t>
            </w:r>
          </w:p>
        </w:tc>
        <w:tc>
          <w:tcPr>
            <w:tcW w:w="6690" w:type="dxa"/>
            <w:vAlign w:val="center"/>
          </w:tcPr>
          <w:p w14:paraId="15DA1ECF" w14:textId="77777777" w:rsidR="001865F2" w:rsidRPr="00D31D98" w:rsidRDefault="001865F2" w:rsidP="00966809">
            <w:pPr>
              <w:widowControl w:val="0"/>
            </w:pPr>
            <w:r w:rsidRPr="00D31D98">
              <w:rPr>
                <w:szCs w:val="24"/>
              </w:rPr>
              <w:t>Pedagoško, metodičko i didaktičko stručno osposobljavanje i vrednovanje</w:t>
            </w:r>
          </w:p>
        </w:tc>
      </w:tr>
      <w:tr w:rsidR="001865F2" w:rsidRPr="00D31D98" w14:paraId="3FDED592" w14:textId="77777777" w:rsidTr="00966809">
        <w:trPr>
          <w:cantSplit/>
        </w:trPr>
        <w:tc>
          <w:tcPr>
            <w:tcW w:w="2381" w:type="dxa"/>
            <w:vAlign w:val="center"/>
          </w:tcPr>
          <w:p w14:paraId="0A3BBEF6"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3119A515" w14:textId="77777777" w:rsidR="001865F2" w:rsidRPr="00D31D98" w:rsidRDefault="001865F2" w:rsidP="00966809">
            <w:pPr>
              <w:widowControl w:val="0"/>
            </w:pPr>
            <w:r w:rsidRPr="00D31D98">
              <w:rPr>
                <w:szCs w:val="24"/>
              </w:rPr>
              <w:t>Potvrda o položenom državnom stručnom ispitu</w:t>
            </w:r>
          </w:p>
        </w:tc>
      </w:tr>
      <w:tr w:rsidR="001865F2" w:rsidRPr="00D31D98" w14:paraId="74493526" w14:textId="77777777" w:rsidTr="00966809">
        <w:trPr>
          <w:cantSplit/>
        </w:trPr>
        <w:tc>
          <w:tcPr>
            <w:tcW w:w="2381" w:type="dxa"/>
            <w:vAlign w:val="center"/>
          </w:tcPr>
          <w:p w14:paraId="62B40BB1"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30317459" w14:textId="77777777" w:rsidR="001865F2" w:rsidRPr="00D31D98" w:rsidRDefault="001865F2" w:rsidP="00966809">
            <w:pPr>
              <w:widowControl w:val="0"/>
            </w:pPr>
            <w:r w:rsidRPr="00D31D98">
              <w:rPr>
                <w:szCs w:val="24"/>
              </w:rPr>
              <w:t>Povjerenstvo za provođenje stručnog ispita (</w:t>
            </w:r>
            <w:proofErr w:type="spellStart"/>
            <w:r w:rsidRPr="00D31D98">
              <w:rPr>
                <w:szCs w:val="24"/>
              </w:rPr>
              <w:t>prof.Dorčak</w:t>
            </w:r>
            <w:proofErr w:type="spellEnd"/>
            <w:r w:rsidRPr="00D31D98">
              <w:rPr>
                <w:szCs w:val="24"/>
              </w:rPr>
              <w:t>)</w:t>
            </w:r>
          </w:p>
        </w:tc>
      </w:tr>
      <w:tr w:rsidR="001865F2" w:rsidRPr="00D31D98" w14:paraId="00388C85" w14:textId="77777777" w:rsidTr="00966809">
        <w:trPr>
          <w:cantSplit/>
        </w:trPr>
        <w:tc>
          <w:tcPr>
            <w:tcW w:w="2381" w:type="dxa"/>
            <w:vAlign w:val="center"/>
          </w:tcPr>
          <w:p w14:paraId="3788E333"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1980E0B0" w14:textId="77777777" w:rsidR="001865F2" w:rsidRPr="00D31D98" w:rsidRDefault="001865F2" w:rsidP="00966809">
            <w:pPr>
              <w:widowControl w:val="0"/>
            </w:pPr>
            <w:r w:rsidRPr="00D31D98">
              <w:rPr>
                <w:szCs w:val="24"/>
              </w:rPr>
              <w:t>Pismeni i usmeni ispit, ogledni nastavni sat</w:t>
            </w:r>
          </w:p>
        </w:tc>
      </w:tr>
      <w:tr w:rsidR="001865F2" w:rsidRPr="00D31D98" w14:paraId="5AAD4EF7" w14:textId="77777777" w:rsidTr="00966809">
        <w:trPr>
          <w:cantSplit/>
        </w:trPr>
        <w:tc>
          <w:tcPr>
            <w:tcW w:w="2381" w:type="dxa"/>
            <w:vAlign w:val="center"/>
          </w:tcPr>
          <w:p w14:paraId="14736FDC"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2B96FE7A" w14:textId="77777777" w:rsidR="001865F2" w:rsidRPr="00D31D98" w:rsidRDefault="001865F2" w:rsidP="00966809">
            <w:pPr>
              <w:widowControl w:val="0"/>
            </w:pPr>
            <w:r w:rsidRPr="00D31D98">
              <w:rPr>
                <w:szCs w:val="24"/>
              </w:rPr>
              <w:t>Proljetni rok-jesenski rok</w:t>
            </w:r>
          </w:p>
        </w:tc>
      </w:tr>
      <w:tr w:rsidR="001865F2" w:rsidRPr="00D31D98" w14:paraId="01508EB3" w14:textId="77777777" w:rsidTr="00966809">
        <w:trPr>
          <w:cantSplit/>
        </w:trPr>
        <w:tc>
          <w:tcPr>
            <w:tcW w:w="2381" w:type="dxa"/>
            <w:vAlign w:val="center"/>
          </w:tcPr>
          <w:p w14:paraId="45BB3212" w14:textId="77777777" w:rsidR="001865F2" w:rsidRPr="00D31D98" w:rsidRDefault="001865F2" w:rsidP="00966809">
            <w:pPr>
              <w:widowControl w:val="0"/>
              <w:rPr>
                <w:b/>
              </w:rPr>
            </w:pPr>
            <w:r w:rsidRPr="00D31D98">
              <w:rPr>
                <w:b/>
                <w:bCs/>
                <w:szCs w:val="24"/>
              </w:rPr>
              <w:t>Troškovnik</w:t>
            </w:r>
          </w:p>
        </w:tc>
        <w:tc>
          <w:tcPr>
            <w:tcW w:w="6690" w:type="dxa"/>
            <w:vAlign w:val="center"/>
          </w:tcPr>
          <w:p w14:paraId="397CBC4C" w14:textId="77777777" w:rsidR="001865F2" w:rsidRPr="00D31D98" w:rsidRDefault="001865F2" w:rsidP="00966809">
            <w:pPr>
              <w:widowControl w:val="0"/>
            </w:pPr>
            <w:r w:rsidRPr="00D31D98">
              <w:rPr>
                <w:szCs w:val="24"/>
              </w:rPr>
              <w:t>Nema troškova</w:t>
            </w:r>
          </w:p>
        </w:tc>
      </w:tr>
      <w:tr w:rsidR="001865F2" w:rsidRPr="00D31D98" w14:paraId="5CC8BC8A" w14:textId="77777777" w:rsidTr="00966809">
        <w:trPr>
          <w:cantSplit/>
        </w:trPr>
        <w:tc>
          <w:tcPr>
            <w:tcW w:w="2381" w:type="dxa"/>
            <w:vAlign w:val="center"/>
          </w:tcPr>
          <w:p w14:paraId="0A7F0966"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46985384" w14:textId="77777777" w:rsidR="001865F2" w:rsidRPr="00D31D98" w:rsidRDefault="001865F2" w:rsidP="00966809">
            <w:pPr>
              <w:widowControl w:val="0"/>
            </w:pPr>
            <w:r w:rsidRPr="00D31D98">
              <w:rPr>
                <w:szCs w:val="24"/>
              </w:rPr>
              <w:t>Prosudba povjerenstva</w:t>
            </w:r>
          </w:p>
        </w:tc>
      </w:tr>
    </w:tbl>
    <w:p w14:paraId="1BF5EA87"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328A347F" w14:textId="77777777" w:rsidTr="00966809">
        <w:trPr>
          <w:cantSplit/>
        </w:trPr>
        <w:tc>
          <w:tcPr>
            <w:tcW w:w="2381" w:type="dxa"/>
            <w:vAlign w:val="center"/>
          </w:tcPr>
          <w:p w14:paraId="44330234"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73E85177" w14:textId="77777777" w:rsidR="001865F2" w:rsidRPr="00D31D98" w:rsidRDefault="001865F2" w:rsidP="00966809">
            <w:pPr>
              <w:keepNext/>
              <w:widowControl w:val="0"/>
              <w:rPr>
                <w:b/>
              </w:rPr>
            </w:pPr>
            <w:r w:rsidRPr="00D31D98">
              <w:rPr>
                <w:b/>
                <w:bCs/>
                <w:szCs w:val="24"/>
              </w:rPr>
              <w:t>Nastavna praksa studenata Odjela za kemiju</w:t>
            </w:r>
          </w:p>
        </w:tc>
      </w:tr>
      <w:tr w:rsidR="001865F2" w:rsidRPr="00D31D98" w14:paraId="551863F1" w14:textId="77777777" w:rsidTr="00966809">
        <w:trPr>
          <w:cantSplit/>
        </w:trPr>
        <w:tc>
          <w:tcPr>
            <w:tcW w:w="2381" w:type="dxa"/>
            <w:vAlign w:val="center"/>
          </w:tcPr>
          <w:p w14:paraId="7B0CC61F" w14:textId="77777777" w:rsidR="001865F2" w:rsidRPr="00D31D98" w:rsidRDefault="001865F2" w:rsidP="00966809">
            <w:pPr>
              <w:widowControl w:val="0"/>
              <w:rPr>
                <w:b/>
              </w:rPr>
            </w:pPr>
            <w:r w:rsidRPr="00D31D98">
              <w:rPr>
                <w:b/>
                <w:bCs/>
                <w:szCs w:val="24"/>
              </w:rPr>
              <w:t>Ciljevi</w:t>
            </w:r>
          </w:p>
        </w:tc>
        <w:tc>
          <w:tcPr>
            <w:tcW w:w="6690" w:type="dxa"/>
            <w:vAlign w:val="center"/>
          </w:tcPr>
          <w:p w14:paraId="3419993C" w14:textId="77777777" w:rsidR="001865F2" w:rsidRPr="00D31D98" w:rsidRDefault="001865F2" w:rsidP="00966809">
            <w:pPr>
              <w:widowControl w:val="0"/>
            </w:pPr>
            <w:r w:rsidRPr="00D31D98">
              <w:rPr>
                <w:szCs w:val="24"/>
              </w:rPr>
              <w:t>Omogućiti studentima razvijanje praktičnih aspekata odgojno-obrazovnog rada promatranjem različitih oblika mentorskih odgojno-obrazovnih aktivnosti i osobnim iskustvom samostalnog poučavanja i drugog odgojno-obrazovnog rada, povezivanjem teorijskih spoznaja iz relevantnih kolegija s konkretnim primjerima nastavne prakse, razvijanjem osjećaja profesionalnosti i profesionalne odgovornosti te razvijanjem vještina samoprocjene odgojno-obrazovnih kompetencija.</w:t>
            </w:r>
          </w:p>
        </w:tc>
      </w:tr>
      <w:tr w:rsidR="001865F2" w:rsidRPr="00D31D98" w14:paraId="444B5B43" w14:textId="77777777" w:rsidTr="00966809">
        <w:trPr>
          <w:cantSplit/>
        </w:trPr>
        <w:tc>
          <w:tcPr>
            <w:tcW w:w="2381" w:type="dxa"/>
            <w:vAlign w:val="center"/>
          </w:tcPr>
          <w:p w14:paraId="23BF09E4"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72EB3489" w14:textId="77777777" w:rsidR="001865F2" w:rsidRPr="00D31D98" w:rsidRDefault="001865F2" w:rsidP="00966809">
            <w:pPr>
              <w:widowControl w:val="0"/>
            </w:pPr>
            <w:r w:rsidRPr="00D31D98">
              <w:rPr>
                <w:szCs w:val="24"/>
              </w:rPr>
              <w:t>Omogućiti studentima upoznavanje i uvježbavanje temeljnih pristupa, strategija i metoda u planiranju i izvođenju nastave i drugih odgojno-obrazovnih djelatnosti te stjecanje neposrednog uvida u organizaciju i funkcioniranje odgojno-obrazovnih ustanova i organizacija.</w:t>
            </w:r>
          </w:p>
        </w:tc>
      </w:tr>
      <w:tr w:rsidR="001865F2" w:rsidRPr="00D31D98" w14:paraId="62C2023F" w14:textId="77777777" w:rsidTr="00966809">
        <w:trPr>
          <w:cantSplit/>
        </w:trPr>
        <w:tc>
          <w:tcPr>
            <w:tcW w:w="2381" w:type="dxa"/>
            <w:vAlign w:val="center"/>
          </w:tcPr>
          <w:p w14:paraId="19F8FDF9"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0033EAC4" w14:textId="77777777" w:rsidR="001865F2" w:rsidRPr="00D31D98" w:rsidRDefault="001865F2" w:rsidP="00966809">
            <w:pPr>
              <w:widowControl w:val="0"/>
            </w:pPr>
            <w:r w:rsidRPr="00D31D98">
              <w:rPr>
                <w:szCs w:val="24"/>
              </w:rPr>
              <w:t xml:space="preserve">Mirta </w:t>
            </w:r>
            <w:proofErr w:type="spellStart"/>
            <w:r w:rsidRPr="00D31D98">
              <w:rPr>
                <w:szCs w:val="24"/>
              </w:rPr>
              <w:t>Engelhart</w:t>
            </w:r>
            <w:proofErr w:type="spellEnd"/>
            <w:r w:rsidRPr="00D31D98">
              <w:rPr>
                <w:szCs w:val="24"/>
              </w:rPr>
              <w:t>, prof.</w:t>
            </w:r>
          </w:p>
        </w:tc>
      </w:tr>
      <w:tr w:rsidR="001865F2" w:rsidRPr="00D31D98" w14:paraId="1AAE2DF6" w14:textId="77777777" w:rsidTr="00966809">
        <w:trPr>
          <w:cantSplit/>
        </w:trPr>
        <w:tc>
          <w:tcPr>
            <w:tcW w:w="2381" w:type="dxa"/>
            <w:vAlign w:val="center"/>
          </w:tcPr>
          <w:p w14:paraId="47DD08B3" w14:textId="77777777" w:rsidR="001865F2" w:rsidRPr="00D31D98" w:rsidRDefault="001865F2" w:rsidP="00966809">
            <w:pPr>
              <w:widowControl w:val="0"/>
              <w:rPr>
                <w:b/>
              </w:rPr>
            </w:pPr>
            <w:r w:rsidRPr="00D31D98">
              <w:rPr>
                <w:b/>
                <w:bCs/>
                <w:szCs w:val="24"/>
              </w:rPr>
              <w:lastRenderedPageBreak/>
              <w:t>Način realizacije</w:t>
            </w:r>
          </w:p>
        </w:tc>
        <w:tc>
          <w:tcPr>
            <w:tcW w:w="6690" w:type="dxa"/>
            <w:vAlign w:val="center"/>
          </w:tcPr>
          <w:p w14:paraId="05A38CC7" w14:textId="77777777" w:rsidR="001865F2" w:rsidRPr="00D31D98" w:rsidRDefault="001865F2" w:rsidP="00966809">
            <w:pPr>
              <w:widowControl w:val="0"/>
            </w:pPr>
            <w:r w:rsidRPr="00D31D98">
              <w:rPr>
                <w:szCs w:val="24"/>
              </w:rPr>
              <w:t>1. hospitacije - planirana nazočnost i sudjelovanje studenata na nastavnim satima i drugim odgojno-obrazovnim aktivnostima mentora, s jasno određenim obvezama studenata;</w:t>
            </w:r>
          </w:p>
          <w:p w14:paraId="6E5C6849" w14:textId="77777777" w:rsidR="001865F2" w:rsidRPr="00D31D98" w:rsidRDefault="001865F2" w:rsidP="00966809">
            <w:pPr>
              <w:widowControl w:val="0"/>
            </w:pPr>
            <w:r w:rsidRPr="00D31D98">
              <w:rPr>
                <w:szCs w:val="24"/>
              </w:rPr>
              <w:t>2. uzorni sati - dio vježbi koji se odnosi na reprezentativne nastavne sate mentora, za koje je mentor studentima i sveučilišnom nastavniku osigurao pisanu pripremu, a koje studenti u skupinama prate i analiziraju zajedno s mentorom;</w:t>
            </w:r>
          </w:p>
          <w:p w14:paraId="6A19A8FC" w14:textId="77777777" w:rsidR="001865F2" w:rsidRPr="00D31D98" w:rsidRDefault="001865F2" w:rsidP="00966809">
            <w:pPr>
              <w:widowControl w:val="0"/>
            </w:pPr>
            <w:r w:rsidRPr="00D31D98">
              <w:rPr>
                <w:szCs w:val="24"/>
              </w:rPr>
              <w:t>3. individualni sati - nastavni sati koje studenti izvode samostalno, u nazočnosti mentora i u skladu s mentorovim uputama i smjernicama;</w:t>
            </w:r>
          </w:p>
          <w:p w14:paraId="7574BE1C" w14:textId="77777777" w:rsidR="001865F2" w:rsidRPr="00D31D98" w:rsidRDefault="001865F2" w:rsidP="00966809">
            <w:pPr>
              <w:widowControl w:val="0"/>
            </w:pPr>
            <w:r w:rsidRPr="00D31D98">
              <w:rPr>
                <w:szCs w:val="24"/>
              </w:rPr>
              <w:t>4. javni sati - nastavni sati koje studenti izvode samostalno u nazočnosti sveučilišnog nastavnika, mentora i drugih studenata, a koji se analiziraju i ocjenjuju;</w:t>
            </w:r>
          </w:p>
        </w:tc>
      </w:tr>
      <w:tr w:rsidR="001865F2" w:rsidRPr="00D31D98" w14:paraId="244FC94B" w14:textId="77777777" w:rsidTr="00966809">
        <w:trPr>
          <w:cantSplit/>
        </w:trPr>
        <w:tc>
          <w:tcPr>
            <w:tcW w:w="2381" w:type="dxa"/>
            <w:vAlign w:val="center"/>
          </w:tcPr>
          <w:p w14:paraId="2725FE86"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77A23172" w14:textId="77777777" w:rsidR="001865F2" w:rsidRPr="00D31D98" w:rsidRDefault="001865F2" w:rsidP="00966809">
            <w:pPr>
              <w:widowControl w:val="0"/>
            </w:pPr>
            <w:r w:rsidRPr="00D31D98">
              <w:rPr>
                <w:szCs w:val="24"/>
              </w:rPr>
              <w:t>tijekom nastavne godine 2026./2027.</w:t>
            </w:r>
          </w:p>
        </w:tc>
      </w:tr>
      <w:tr w:rsidR="001865F2" w:rsidRPr="00D31D98" w14:paraId="38869E0B" w14:textId="77777777" w:rsidTr="00966809">
        <w:trPr>
          <w:cantSplit/>
        </w:trPr>
        <w:tc>
          <w:tcPr>
            <w:tcW w:w="2381" w:type="dxa"/>
            <w:vAlign w:val="center"/>
          </w:tcPr>
          <w:p w14:paraId="23EA04DC" w14:textId="77777777" w:rsidR="001865F2" w:rsidRPr="00D31D98" w:rsidRDefault="001865F2" w:rsidP="00966809">
            <w:pPr>
              <w:widowControl w:val="0"/>
              <w:rPr>
                <w:b/>
              </w:rPr>
            </w:pPr>
            <w:r w:rsidRPr="00D31D98">
              <w:rPr>
                <w:b/>
                <w:bCs/>
                <w:szCs w:val="24"/>
              </w:rPr>
              <w:t>Troškovnik</w:t>
            </w:r>
          </w:p>
        </w:tc>
        <w:tc>
          <w:tcPr>
            <w:tcW w:w="6690" w:type="dxa"/>
            <w:vAlign w:val="center"/>
          </w:tcPr>
          <w:p w14:paraId="63C931C1" w14:textId="77777777" w:rsidR="001865F2" w:rsidRPr="00D31D98" w:rsidRDefault="001865F2" w:rsidP="00966809">
            <w:pPr>
              <w:widowControl w:val="0"/>
            </w:pPr>
            <w:r w:rsidRPr="00D31D98">
              <w:rPr>
                <w:szCs w:val="24"/>
              </w:rPr>
              <w:t>troškovi pripreme nastave</w:t>
            </w:r>
          </w:p>
        </w:tc>
      </w:tr>
      <w:tr w:rsidR="001865F2" w:rsidRPr="00D31D98" w14:paraId="0AD71861" w14:textId="77777777" w:rsidTr="00966809">
        <w:trPr>
          <w:cantSplit/>
        </w:trPr>
        <w:tc>
          <w:tcPr>
            <w:tcW w:w="2381" w:type="dxa"/>
            <w:vAlign w:val="center"/>
          </w:tcPr>
          <w:p w14:paraId="1F69D92D"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3ABD4A45" w14:textId="77777777" w:rsidR="001865F2" w:rsidRPr="00D31D98" w:rsidRDefault="001865F2" w:rsidP="00966809">
            <w:pPr>
              <w:widowControl w:val="0"/>
            </w:pPr>
            <w:r w:rsidRPr="00D31D98">
              <w:rPr>
                <w:szCs w:val="24"/>
              </w:rPr>
              <w:t>Analiza i vrednovanje planiranja, pripreme i izvođenja nastavnih sati prosudbom mentora i sveučilišnog nastavnika.</w:t>
            </w:r>
          </w:p>
        </w:tc>
      </w:tr>
    </w:tbl>
    <w:p w14:paraId="78CEF682" w14:textId="77777777" w:rsidR="001865F2" w:rsidRPr="00D31D98" w:rsidRDefault="001865F2" w:rsidP="001865F2">
      <w:pPr>
        <w:spacing w:after="0"/>
      </w:pPr>
    </w:p>
    <w:tbl>
      <w:tblPr>
        <w:tblStyle w:val="Reetkatablice"/>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00" w:type="dxa"/>
          <w:bottom w:w="80" w:type="dxa"/>
          <w:right w:w="100" w:type="dxa"/>
        </w:tblCellMar>
        <w:tblLook w:val="04A0" w:firstRow="1" w:lastRow="0" w:firstColumn="1" w:lastColumn="0" w:noHBand="0" w:noVBand="1"/>
      </w:tblPr>
      <w:tblGrid>
        <w:gridCol w:w="2381"/>
        <w:gridCol w:w="6690"/>
      </w:tblGrid>
      <w:tr w:rsidR="001865F2" w:rsidRPr="00D31D98" w14:paraId="77693FC7" w14:textId="77777777" w:rsidTr="00966809">
        <w:trPr>
          <w:cantSplit/>
        </w:trPr>
        <w:tc>
          <w:tcPr>
            <w:tcW w:w="2381" w:type="dxa"/>
            <w:vAlign w:val="center"/>
          </w:tcPr>
          <w:p w14:paraId="36D3DF0D" w14:textId="77777777" w:rsidR="001865F2" w:rsidRPr="00D31D98" w:rsidRDefault="001865F2" w:rsidP="00966809">
            <w:pPr>
              <w:keepNext/>
              <w:widowControl w:val="0"/>
              <w:rPr>
                <w:b/>
              </w:rPr>
            </w:pPr>
            <w:r w:rsidRPr="00D31D98">
              <w:rPr>
                <w:b/>
                <w:bCs/>
                <w:szCs w:val="24"/>
              </w:rPr>
              <w:t>AKTIVNOST</w:t>
            </w:r>
          </w:p>
        </w:tc>
        <w:tc>
          <w:tcPr>
            <w:tcW w:w="6690" w:type="dxa"/>
            <w:vAlign w:val="center"/>
          </w:tcPr>
          <w:p w14:paraId="7920B914" w14:textId="77777777" w:rsidR="001865F2" w:rsidRPr="00D31D98" w:rsidRDefault="001865F2" w:rsidP="00966809">
            <w:pPr>
              <w:keepNext/>
              <w:widowControl w:val="0"/>
              <w:rPr>
                <w:b/>
                <w:bCs/>
                <w:szCs w:val="24"/>
              </w:rPr>
            </w:pPr>
            <w:r w:rsidRPr="00D31D98">
              <w:rPr>
                <w:b/>
                <w:bCs/>
                <w:szCs w:val="24"/>
              </w:rPr>
              <w:t xml:space="preserve">Mentorstvo studenata u sklopu kolegija </w:t>
            </w:r>
            <w:r w:rsidRPr="00D31D98">
              <w:rPr>
                <w:b/>
                <w:bCs/>
                <w:i/>
                <w:iCs/>
                <w:szCs w:val="24"/>
              </w:rPr>
              <w:t xml:space="preserve">Školska </w:t>
            </w:r>
            <w:proofErr w:type="spellStart"/>
            <w:r w:rsidRPr="00D31D98">
              <w:rPr>
                <w:b/>
                <w:bCs/>
                <w:i/>
                <w:iCs/>
                <w:szCs w:val="24"/>
              </w:rPr>
              <w:t>praksa</w:t>
            </w:r>
            <w:r w:rsidRPr="00D31D98">
              <w:rPr>
                <w:b/>
                <w:bCs/>
                <w:szCs w:val="24"/>
              </w:rPr>
              <w:t>u</w:t>
            </w:r>
            <w:proofErr w:type="spellEnd"/>
            <w:r w:rsidRPr="00D31D98">
              <w:rPr>
                <w:b/>
                <w:bCs/>
                <w:szCs w:val="24"/>
              </w:rPr>
              <w:t xml:space="preserve"> suradnji s Filozofskim fakultetom Sveučilišta u Zagrebu</w:t>
            </w:r>
          </w:p>
        </w:tc>
      </w:tr>
      <w:tr w:rsidR="001865F2" w:rsidRPr="00D31D98" w14:paraId="09B40438" w14:textId="77777777" w:rsidTr="00966809">
        <w:trPr>
          <w:cantSplit/>
        </w:trPr>
        <w:tc>
          <w:tcPr>
            <w:tcW w:w="2381" w:type="dxa"/>
            <w:vAlign w:val="center"/>
          </w:tcPr>
          <w:p w14:paraId="1BC0BDE4" w14:textId="77777777" w:rsidR="001865F2" w:rsidRPr="00D31D98" w:rsidRDefault="001865F2" w:rsidP="00966809">
            <w:pPr>
              <w:widowControl w:val="0"/>
              <w:rPr>
                <w:b/>
              </w:rPr>
            </w:pPr>
            <w:r w:rsidRPr="00D31D98">
              <w:rPr>
                <w:b/>
                <w:bCs/>
                <w:szCs w:val="24"/>
              </w:rPr>
              <w:t>Ciljevi</w:t>
            </w:r>
          </w:p>
        </w:tc>
        <w:tc>
          <w:tcPr>
            <w:tcW w:w="6690" w:type="dxa"/>
            <w:vAlign w:val="center"/>
          </w:tcPr>
          <w:p w14:paraId="4C418C66" w14:textId="77777777" w:rsidR="001865F2" w:rsidRPr="00D31D98" w:rsidRDefault="001865F2" w:rsidP="00966809">
            <w:pPr>
              <w:widowControl w:val="0"/>
              <w:rPr>
                <w:szCs w:val="24"/>
              </w:rPr>
            </w:pPr>
            <w:r w:rsidRPr="00D31D98">
              <w:rPr>
                <w:szCs w:val="24"/>
              </w:rPr>
              <w:t xml:space="preserve">Razviti svjesnost o sastavnicama nastavničke kompetencije i potrebi njezinog </w:t>
            </w:r>
            <w:proofErr w:type="spellStart"/>
            <w:r w:rsidRPr="00D31D98">
              <w:rPr>
                <w:szCs w:val="24"/>
              </w:rPr>
              <w:t>razvoja;osposobiti</w:t>
            </w:r>
            <w:proofErr w:type="spellEnd"/>
            <w:r w:rsidRPr="00D31D98">
              <w:rPr>
                <w:szCs w:val="24"/>
              </w:rPr>
              <w:t xml:space="preserve"> studente za ciljano i refleksivno promatranje </w:t>
            </w:r>
            <w:proofErr w:type="spellStart"/>
            <w:r w:rsidRPr="00D31D98">
              <w:rPr>
                <w:szCs w:val="24"/>
              </w:rPr>
              <w:t>nastave;razviti</w:t>
            </w:r>
            <w:proofErr w:type="spellEnd"/>
            <w:r w:rsidRPr="00D31D98">
              <w:rPr>
                <w:szCs w:val="24"/>
              </w:rPr>
              <w:t xml:space="preserve"> sposobnost procjene učinkovitosti primjene nastavnih </w:t>
            </w:r>
            <w:proofErr w:type="spellStart"/>
            <w:r w:rsidRPr="00D31D98">
              <w:rPr>
                <w:szCs w:val="24"/>
              </w:rPr>
              <w:t>strategija;osposobiti</w:t>
            </w:r>
            <w:proofErr w:type="spellEnd"/>
            <w:r w:rsidRPr="00D31D98">
              <w:rPr>
                <w:szCs w:val="24"/>
              </w:rPr>
              <w:t xml:space="preserve"> studente za samostalno pripremanje i izvođenje </w:t>
            </w:r>
            <w:proofErr w:type="spellStart"/>
            <w:r w:rsidRPr="00D31D98">
              <w:rPr>
                <w:szCs w:val="24"/>
              </w:rPr>
              <w:t>nastave;razviti</w:t>
            </w:r>
            <w:proofErr w:type="spellEnd"/>
            <w:r w:rsidRPr="00D31D98">
              <w:rPr>
                <w:szCs w:val="24"/>
              </w:rPr>
              <w:t xml:space="preserve"> sposobnost </w:t>
            </w:r>
            <w:proofErr w:type="spellStart"/>
            <w:r w:rsidRPr="00D31D98">
              <w:rPr>
                <w:szCs w:val="24"/>
              </w:rPr>
              <w:t>samoanalize</w:t>
            </w:r>
            <w:proofErr w:type="spellEnd"/>
            <w:r w:rsidRPr="00D31D98">
              <w:rPr>
                <w:szCs w:val="24"/>
              </w:rPr>
              <w:t xml:space="preserve"> i </w:t>
            </w:r>
            <w:proofErr w:type="spellStart"/>
            <w:r w:rsidRPr="00D31D98">
              <w:rPr>
                <w:szCs w:val="24"/>
              </w:rPr>
              <w:t>samovrednovanja</w:t>
            </w:r>
            <w:proofErr w:type="spellEnd"/>
            <w:r w:rsidRPr="00D31D98">
              <w:rPr>
                <w:szCs w:val="24"/>
              </w:rPr>
              <w:t xml:space="preserve"> vlastite </w:t>
            </w:r>
            <w:proofErr w:type="spellStart"/>
            <w:r w:rsidRPr="00D31D98">
              <w:rPr>
                <w:szCs w:val="24"/>
              </w:rPr>
              <w:t>nastave;upoznavanje</w:t>
            </w:r>
            <w:proofErr w:type="spellEnd"/>
            <w:r w:rsidRPr="00D31D98">
              <w:rPr>
                <w:szCs w:val="24"/>
              </w:rPr>
              <w:t xml:space="preserve"> s institucijom škole i osnovnom školsko-pedagoškom dokumentacijom.</w:t>
            </w:r>
          </w:p>
        </w:tc>
      </w:tr>
      <w:tr w:rsidR="001865F2" w:rsidRPr="00D31D98" w14:paraId="159145DB" w14:textId="77777777" w:rsidTr="00966809">
        <w:trPr>
          <w:cantSplit/>
        </w:trPr>
        <w:tc>
          <w:tcPr>
            <w:tcW w:w="2381" w:type="dxa"/>
            <w:vAlign w:val="center"/>
          </w:tcPr>
          <w:p w14:paraId="5A127FAE" w14:textId="77777777" w:rsidR="001865F2" w:rsidRPr="00D31D98" w:rsidRDefault="001865F2" w:rsidP="00966809">
            <w:pPr>
              <w:widowControl w:val="0"/>
              <w:rPr>
                <w:b/>
              </w:rPr>
            </w:pPr>
            <w:r w:rsidRPr="00D31D98">
              <w:rPr>
                <w:b/>
                <w:bCs/>
                <w:szCs w:val="24"/>
              </w:rPr>
              <w:t>Namjena aktivnosti</w:t>
            </w:r>
          </w:p>
        </w:tc>
        <w:tc>
          <w:tcPr>
            <w:tcW w:w="6690" w:type="dxa"/>
            <w:vAlign w:val="center"/>
          </w:tcPr>
          <w:p w14:paraId="12B91DEA" w14:textId="77777777" w:rsidR="001865F2" w:rsidRPr="00D31D98" w:rsidRDefault="001865F2" w:rsidP="00966809">
            <w:pPr>
              <w:widowControl w:val="0"/>
              <w:rPr>
                <w:szCs w:val="24"/>
              </w:rPr>
            </w:pPr>
            <w:r w:rsidRPr="00D31D98">
              <w:rPr>
                <w:szCs w:val="24"/>
              </w:rPr>
              <w:t xml:space="preserve">Izvedba praktičnog dijela kolegija </w:t>
            </w:r>
            <w:r w:rsidRPr="00D31D98">
              <w:rPr>
                <w:i/>
                <w:iCs/>
                <w:szCs w:val="24"/>
              </w:rPr>
              <w:t>Školska praksa</w:t>
            </w:r>
            <w:r w:rsidRPr="00D31D98">
              <w:rPr>
                <w:szCs w:val="24"/>
              </w:rPr>
              <w:t>.</w:t>
            </w:r>
          </w:p>
          <w:p w14:paraId="62BD5C78" w14:textId="77777777" w:rsidR="001865F2" w:rsidRPr="00D31D98" w:rsidRDefault="001865F2" w:rsidP="00966809">
            <w:pPr>
              <w:widowControl w:val="0"/>
              <w:rPr>
                <w:szCs w:val="24"/>
              </w:rPr>
            </w:pPr>
            <w:r w:rsidRPr="00D31D98">
              <w:rPr>
                <w:szCs w:val="24"/>
              </w:rPr>
              <w:t>Prikazivanje različitih metoda poučavanja i rada s učenicima koje su se, prema osobnom iskustvu mentorice, pokazale djelotvornima.</w:t>
            </w:r>
          </w:p>
        </w:tc>
      </w:tr>
      <w:tr w:rsidR="001865F2" w:rsidRPr="00D31D98" w14:paraId="2235B6BC" w14:textId="77777777" w:rsidTr="00966809">
        <w:trPr>
          <w:cantSplit/>
        </w:trPr>
        <w:tc>
          <w:tcPr>
            <w:tcW w:w="2381" w:type="dxa"/>
            <w:vAlign w:val="center"/>
          </w:tcPr>
          <w:p w14:paraId="0131A95F" w14:textId="77777777" w:rsidR="001865F2" w:rsidRPr="00D31D98" w:rsidRDefault="001865F2" w:rsidP="00966809">
            <w:pPr>
              <w:widowControl w:val="0"/>
              <w:rPr>
                <w:b/>
              </w:rPr>
            </w:pPr>
            <w:r w:rsidRPr="00D31D98">
              <w:rPr>
                <w:b/>
                <w:bCs/>
                <w:szCs w:val="24"/>
              </w:rPr>
              <w:t>Nositelji aktivnosti</w:t>
            </w:r>
          </w:p>
        </w:tc>
        <w:tc>
          <w:tcPr>
            <w:tcW w:w="6690" w:type="dxa"/>
            <w:vAlign w:val="center"/>
          </w:tcPr>
          <w:p w14:paraId="693B4793" w14:textId="77777777" w:rsidR="001865F2" w:rsidRPr="00D31D98" w:rsidRDefault="001865F2" w:rsidP="00966809">
            <w:pPr>
              <w:widowControl w:val="0"/>
              <w:rPr>
                <w:szCs w:val="24"/>
              </w:rPr>
            </w:pPr>
            <w:r w:rsidRPr="00D31D98">
              <w:rPr>
                <w:szCs w:val="24"/>
              </w:rPr>
              <w:t xml:space="preserve">Gracija </w:t>
            </w:r>
            <w:proofErr w:type="spellStart"/>
            <w:r w:rsidRPr="00D31D98">
              <w:rPr>
                <w:szCs w:val="24"/>
              </w:rPr>
              <w:t>Rezić</w:t>
            </w:r>
            <w:proofErr w:type="spellEnd"/>
            <w:r w:rsidRPr="00D31D98">
              <w:rPr>
                <w:szCs w:val="24"/>
              </w:rPr>
              <w:t xml:space="preserve">, </w:t>
            </w:r>
            <w:proofErr w:type="spellStart"/>
            <w:r w:rsidRPr="00D31D98">
              <w:rPr>
                <w:szCs w:val="24"/>
              </w:rPr>
              <w:t>mag.soc</w:t>
            </w:r>
            <w:proofErr w:type="spellEnd"/>
            <w:r w:rsidRPr="00D31D98">
              <w:rPr>
                <w:szCs w:val="24"/>
              </w:rPr>
              <w:t>.</w:t>
            </w:r>
          </w:p>
        </w:tc>
      </w:tr>
      <w:tr w:rsidR="001865F2" w:rsidRPr="00D31D98" w14:paraId="35C4AD00" w14:textId="77777777" w:rsidTr="00966809">
        <w:trPr>
          <w:cantSplit/>
        </w:trPr>
        <w:tc>
          <w:tcPr>
            <w:tcW w:w="2381" w:type="dxa"/>
            <w:vAlign w:val="center"/>
          </w:tcPr>
          <w:p w14:paraId="01B0118F" w14:textId="77777777" w:rsidR="001865F2" w:rsidRPr="00D31D98" w:rsidRDefault="001865F2" w:rsidP="00966809">
            <w:pPr>
              <w:widowControl w:val="0"/>
              <w:rPr>
                <w:b/>
              </w:rPr>
            </w:pPr>
            <w:r w:rsidRPr="00D31D98">
              <w:rPr>
                <w:b/>
                <w:bCs/>
                <w:szCs w:val="24"/>
              </w:rPr>
              <w:t>Način realizacije</w:t>
            </w:r>
          </w:p>
        </w:tc>
        <w:tc>
          <w:tcPr>
            <w:tcW w:w="6690" w:type="dxa"/>
            <w:vAlign w:val="center"/>
          </w:tcPr>
          <w:p w14:paraId="5A9E4475" w14:textId="77777777" w:rsidR="001865F2" w:rsidRPr="00D31D98" w:rsidRDefault="001865F2" w:rsidP="00966809">
            <w:pPr>
              <w:widowControl w:val="0"/>
              <w:rPr>
                <w:szCs w:val="24"/>
              </w:rPr>
            </w:pPr>
            <w:r w:rsidRPr="00D31D98">
              <w:rPr>
                <w:szCs w:val="24"/>
              </w:rPr>
              <w:t xml:space="preserve">Hospitacijski i ogledni nastavni sati. </w:t>
            </w:r>
          </w:p>
          <w:p w14:paraId="04B52E7A" w14:textId="77777777" w:rsidR="001865F2" w:rsidRPr="00D31D98" w:rsidRDefault="001865F2" w:rsidP="00966809">
            <w:pPr>
              <w:widowControl w:val="0"/>
              <w:rPr>
                <w:szCs w:val="24"/>
              </w:rPr>
            </w:pPr>
            <w:r w:rsidRPr="00D31D98">
              <w:rPr>
                <w:szCs w:val="24"/>
              </w:rPr>
              <w:t xml:space="preserve">Konzultacijski termini. </w:t>
            </w:r>
          </w:p>
        </w:tc>
      </w:tr>
      <w:tr w:rsidR="001865F2" w:rsidRPr="00D31D98" w14:paraId="55FC079B" w14:textId="77777777" w:rsidTr="00966809">
        <w:trPr>
          <w:cantSplit/>
        </w:trPr>
        <w:tc>
          <w:tcPr>
            <w:tcW w:w="2381" w:type="dxa"/>
            <w:vAlign w:val="center"/>
          </w:tcPr>
          <w:p w14:paraId="552DB90F" w14:textId="77777777" w:rsidR="001865F2" w:rsidRPr="00D31D98" w:rsidRDefault="001865F2" w:rsidP="00966809">
            <w:pPr>
              <w:widowControl w:val="0"/>
              <w:rPr>
                <w:b/>
              </w:rPr>
            </w:pPr>
            <w:proofErr w:type="spellStart"/>
            <w:r w:rsidRPr="00D31D98">
              <w:rPr>
                <w:b/>
                <w:bCs/>
                <w:szCs w:val="24"/>
              </w:rPr>
              <w:t>Vremenik</w:t>
            </w:r>
            <w:proofErr w:type="spellEnd"/>
          </w:p>
        </w:tc>
        <w:tc>
          <w:tcPr>
            <w:tcW w:w="6690" w:type="dxa"/>
            <w:vAlign w:val="center"/>
          </w:tcPr>
          <w:p w14:paraId="5621490B" w14:textId="77777777" w:rsidR="001865F2" w:rsidRPr="00D31D98" w:rsidRDefault="001865F2" w:rsidP="00966809">
            <w:pPr>
              <w:widowControl w:val="0"/>
              <w:rPr>
                <w:szCs w:val="24"/>
              </w:rPr>
            </w:pPr>
            <w:r w:rsidRPr="00D31D98">
              <w:rPr>
                <w:szCs w:val="24"/>
              </w:rPr>
              <w:t xml:space="preserve">veljača – lipanj 2027. godine </w:t>
            </w:r>
          </w:p>
        </w:tc>
      </w:tr>
      <w:tr w:rsidR="001865F2" w:rsidRPr="00D31D98" w14:paraId="664A1B48" w14:textId="77777777" w:rsidTr="00966809">
        <w:trPr>
          <w:cantSplit/>
        </w:trPr>
        <w:tc>
          <w:tcPr>
            <w:tcW w:w="2381" w:type="dxa"/>
            <w:vAlign w:val="center"/>
          </w:tcPr>
          <w:p w14:paraId="40BCB2A1" w14:textId="77777777" w:rsidR="001865F2" w:rsidRPr="00D31D98" w:rsidRDefault="001865F2" w:rsidP="00966809">
            <w:pPr>
              <w:widowControl w:val="0"/>
              <w:rPr>
                <w:b/>
              </w:rPr>
            </w:pPr>
            <w:r w:rsidRPr="00D31D98">
              <w:rPr>
                <w:b/>
                <w:bCs/>
                <w:szCs w:val="24"/>
              </w:rPr>
              <w:t>Troškovnik</w:t>
            </w:r>
          </w:p>
        </w:tc>
        <w:tc>
          <w:tcPr>
            <w:tcW w:w="6690" w:type="dxa"/>
            <w:vAlign w:val="center"/>
          </w:tcPr>
          <w:p w14:paraId="221DA4DB" w14:textId="77777777" w:rsidR="001865F2" w:rsidRPr="00D31D98" w:rsidRDefault="001865F2" w:rsidP="00966809">
            <w:pPr>
              <w:widowControl w:val="0"/>
              <w:rPr>
                <w:szCs w:val="24"/>
              </w:rPr>
            </w:pPr>
            <w:r w:rsidRPr="00D31D98">
              <w:rPr>
                <w:szCs w:val="24"/>
              </w:rPr>
              <w:t>Nema</w:t>
            </w:r>
          </w:p>
        </w:tc>
      </w:tr>
      <w:tr w:rsidR="001865F2" w:rsidRPr="00D31D98" w14:paraId="2A8B26DC" w14:textId="77777777" w:rsidTr="00966809">
        <w:trPr>
          <w:cantSplit/>
        </w:trPr>
        <w:tc>
          <w:tcPr>
            <w:tcW w:w="2381" w:type="dxa"/>
            <w:vAlign w:val="center"/>
          </w:tcPr>
          <w:p w14:paraId="44057C10" w14:textId="77777777" w:rsidR="001865F2" w:rsidRPr="00D31D98" w:rsidRDefault="001865F2" w:rsidP="00966809">
            <w:pPr>
              <w:widowControl w:val="0"/>
              <w:rPr>
                <w:b/>
              </w:rPr>
            </w:pPr>
            <w:r w:rsidRPr="00D31D98">
              <w:rPr>
                <w:b/>
                <w:bCs/>
                <w:szCs w:val="24"/>
              </w:rPr>
              <w:t>Način vrednovanja</w:t>
            </w:r>
          </w:p>
        </w:tc>
        <w:tc>
          <w:tcPr>
            <w:tcW w:w="6690" w:type="dxa"/>
            <w:vAlign w:val="center"/>
          </w:tcPr>
          <w:p w14:paraId="217542AA" w14:textId="77777777" w:rsidR="001865F2" w:rsidRPr="00D31D98" w:rsidRDefault="001865F2" w:rsidP="00966809">
            <w:pPr>
              <w:widowControl w:val="0"/>
              <w:rPr>
                <w:szCs w:val="24"/>
              </w:rPr>
            </w:pPr>
            <w:r w:rsidRPr="00D31D98">
              <w:rPr>
                <w:szCs w:val="24"/>
              </w:rPr>
              <w:t xml:space="preserve">Deskriptivno izvješće održanog oglednog sata studenta nositelju kolegija </w:t>
            </w:r>
            <w:r w:rsidRPr="00D31D98">
              <w:rPr>
                <w:i/>
                <w:iCs/>
                <w:szCs w:val="24"/>
              </w:rPr>
              <w:t>Školska praksa</w:t>
            </w:r>
            <w:r w:rsidRPr="00D31D98">
              <w:rPr>
                <w:szCs w:val="24"/>
              </w:rPr>
              <w:t>.</w:t>
            </w:r>
          </w:p>
        </w:tc>
      </w:tr>
    </w:tbl>
    <w:p w14:paraId="375E9B1E" w14:textId="77777777" w:rsidR="001865F2" w:rsidRPr="00D31D98" w:rsidRDefault="001865F2" w:rsidP="001865F2">
      <w:pPr>
        <w:spacing w:after="0"/>
      </w:pPr>
    </w:p>
    <w:p w14:paraId="43719588" w14:textId="77777777" w:rsidR="0091379C" w:rsidRPr="00D31D98" w:rsidRDefault="0091379C">
      <w:pPr>
        <w:spacing w:after="0"/>
        <w:rPr>
          <w:szCs w:val="24"/>
        </w:rPr>
      </w:pPr>
    </w:p>
    <w:p w14:paraId="77824EC1" w14:textId="10AA97B6" w:rsidR="0091379C" w:rsidRDefault="0091379C">
      <w:pPr>
        <w:spacing w:after="0"/>
        <w:rPr>
          <w:szCs w:val="24"/>
        </w:rPr>
      </w:pPr>
    </w:p>
    <w:p w14:paraId="7B8AE945" w14:textId="1B23F933" w:rsidR="00ED6703" w:rsidRDefault="00ED6703">
      <w:pPr>
        <w:spacing w:after="0"/>
        <w:rPr>
          <w:szCs w:val="24"/>
        </w:rPr>
      </w:pPr>
    </w:p>
    <w:p w14:paraId="4E1BDA31" w14:textId="1D8E5A47" w:rsidR="00ED6703" w:rsidRDefault="00ED6703">
      <w:pPr>
        <w:spacing w:after="0"/>
        <w:rPr>
          <w:szCs w:val="24"/>
        </w:rPr>
      </w:pPr>
    </w:p>
    <w:p w14:paraId="0B83CD08" w14:textId="77777777" w:rsidR="00260501" w:rsidRDefault="00260501" w:rsidP="00ED6703">
      <w:pPr>
        <w:rPr>
          <w:rFonts w:ascii="Calibri" w:eastAsia="Calibri" w:hAnsi="Calibri" w:cs="Calibri"/>
          <w:sz w:val="28"/>
          <w:szCs w:val="28"/>
        </w:rPr>
      </w:pPr>
    </w:p>
    <w:p w14:paraId="490D3C33" w14:textId="77777777" w:rsidR="00260501" w:rsidRDefault="00260501" w:rsidP="00ED6703">
      <w:pPr>
        <w:rPr>
          <w:rFonts w:ascii="Calibri" w:eastAsia="Calibri" w:hAnsi="Calibri" w:cs="Calibri"/>
          <w:sz w:val="28"/>
          <w:szCs w:val="28"/>
        </w:rPr>
      </w:pPr>
    </w:p>
    <w:p w14:paraId="5D2B284E" w14:textId="5A5D5185" w:rsidR="00ED6703" w:rsidRDefault="00ED6703" w:rsidP="00ED6703">
      <w:pPr>
        <w:rPr>
          <w:rFonts w:ascii="Calibri" w:eastAsia="Calibri" w:hAnsi="Calibri" w:cs="Calibri"/>
          <w:sz w:val="28"/>
          <w:szCs w:val="28"/>
          <w:highlight w:val="green"/>
        </w:rPr>
      </w:pPr>
      <w:r w:rsidRPr="6F9AC6B1">
        <w:rPr>
          <w:rFonts w:ascii="Calibri" w:eastAsia="Calibri" w:hAnsi="Calibri" w:cs="Calibri"/>
          <w:sz w:val="28"/>
          <w:szCs w:val="28"/>
        </w:rPr>
        <w:t xml:space="preserve">Kurikulum škole usvojen je na sjednici Nastavničkoga vijeća </w:t>
      </w:r>
      <w:r>
        <w:rPr>
          <w:rFonts w:ascii="Calibri" w:eastAsia="Calibri" w:hAnsi="Calibri" w:cs="Calibri"/>
          <w:sz w:val="28"/>
          <w:szCs w:val="28"/>
        </w:rPr>
        <w:t>5</w:t>
      </w:r>
      <w:r>
        <w:rPr>
          <w:rFonts w:ascii="Calibri" w:eastAsia="Calibri" w:hAnsi="Calibri" w:cs="Calibri"/>
          <w:sz w:val="28"/>
          <w:szCs w:val="28"/>
        </w:rPr>
        <w:t>. listopada 202</w:t>
      </w:r>
      <w:r>
        <w:rPr>
          <w:rFonts w:ascii="Calibri" w:eastAsia="Calibri" w:hAnsi="Calibri" w:cs="Calibri"/>
          <w:sz w:val="28"/>
          <w:szCs w:val="28"/>
        </w:rPr>
        <w:t>6</w:t>
      </w:r>
      <w:r w:rsidRPr="6F9AC6B1">
        <w:rPr>
          <w:rFonts w:ascii="Calibri" w:eastAsia="Calibri" w:hAnsi="Calibri" w:cs="Calibri"/>
          <w:sz w:val="28"/>
          <w:szCs w:val="28"/>
        </w:rPr>
        <w:t xml:space="preserve">. i na sjednici Školskoga odbora </w:t>
      </w:r>
      <w:r>
        <w:rPr>
          <w:rFonts w:ascii="Calibri" w:eastAsia="Calibri" w:hAnsi="Calibri" w:cs="Calibri"/>
          <w:sz w:val="28"/>
          <w:szCs w:val="28"/>
        </w:rPr>
        <w:t xml:space="preserve"> 6. listopada 202</w:t>
      </w:r>
      <w:r>
        <w:rPr>
          <w:rFonts w:ascii="Calibri" w:eastAsia="Calibri" w:hAnsi="Calibri" w:cs="Calibri"/>
          <w:sz w:val="28"/>
          <w:szCs w:val="28"/>
        </w:rPr>
        <w:t>6</w:t>
      </w:r>
      <w:r w:rsidRPr="6F9AC6B1">
        <w:rPr>
          <w:rFonts w:ascii="Calibri" w:eastAsia="Calibri" w:hAnsi="Calibri" w:cs="Calibri"/>
          <w:sz w:val="28"/>
          <w:szCs w:val="28"/>
        </w:rPr>
        <w:t>.</w:t>
      </w:r>
    </w:p>
    <w:p w14:paraId="5BB62475" w14:textId="77777777" w:rsidR="00ED6703" w:rsidRDefault="00ED6703" w:rsidP="00ED6703">
      <w:pPr>
        <w:rPr>
          <w:rFonts w:ascii="Calibri" w:eastAsia="Calibri" w:hAnsi="Calibri" w:cs="Calibri"/>
          <w:sz w:val="28"/>
          <w:szCs w:val="28"/>
        </w:rPr>
      </w:pPr>
    </w:p>
    <w:p w14:paraId="75A17A76" w14:textId="7E6C7B63" w:rsidR="00ED6703" w:rsidRPr="00AA320B" w:rsidRDefault="00ED6703" w:rsidP="00ED6703">
      <w:pPr>
        <w:rPr>
          <w:rFonts w:ascii="Arial" w:eastAsia="Calibri" w:hAnsi="Arial" w:cs="Arial"/>
        </w:rPr>
      </w:pPr>
      <w:r w:rsidRPr="6F9AC6B1">
        <w:rPr>
          <w:rFonts w:ascii="Arial" w:eastAsia="Calibri" w:hAnsi="Arial" w:cs="Arial"/>
        </w:rPr>
        <w:t xml:space="preserve">Klasa: </w:t>
      </w:r>
      <w:r>
        <w:rPr>
          <w:rFonts w:ascii="Arial" w:eastAsia="Calibri" w:hAnsi="Arial" w:cs="Arial"/>
        </w:rPr>
        <w:t>602-02/2</w:t>
      </w:r>
      <w:r>
        <w:rPr>
          <w:rFonts w:ascii="Arial" w:eastAsia="Calibri" w:hAnsi="Arial" w:cs="Arial"/>
        </w:rPr>
        <w:t>6</w:t>
      </w:r>
      <w:r>
        <w:rPr>
          <w:rFonts w:ascii="Arial" w:eastAsia="Calibri" w:hAnsi="Arial" w:cs="Arial"/>
        </w:rPr>
        <w:t>-12/1</w:t>
      </w:r>
    </w:p>
    <w:p w14:paraId="4EE3F887" w14:textId="31FB964F" w:rsidR="00ED6703" w:rsidRPr="00AA320B" w:rsidRDefault="00ED6703" w:rsidP="00ED6703">
      <w:pPr>
        <w:rPr>
          <w:rFonts w:ascii="Arial" w:eastAsia="Calibri" w:hAnsi="Arial" w:cs="Arial"/>
        </w:rPr>
      </w:pPr>
      <w:proofErr w:type="spellStart"/>
      <w:r w:rsidRPr="6F9AC6B1">
        <w:rPr>
          <w:rFonts w:ascii="Arial" w:eastAsia="Calibri" w:hAnsi="Arial" w:cs="Arial"/>
        </w:rPr>
        <w:t>Urbroj</w:t>
      </w:r>
      <w:proofErr w:type="spellEnd"/>
      <w:r w:rsidRPr="6F9AC6B1">
        <w:rPr>
          <w:rFonts w:ascii="Arial" w:eastAsia="Calibri" w:hAnsi="Arial" w:cs="Arial"/>
        </w:rPr>
        <w:t xml:space="preserve">: </w:t>
      </w:r>
      <w:r>
        <w:rPr>
          <w:rFonts w:ascii="Arial" w:eastAsia="Calibri" w:hAnsi="Arial" w:cs="Arial"/>
        </w:rPr>
        <w:t>2158-37-01-2</w:t>
      </w:r>
      <w:r>
        <w:rPr>
          <w:rFonts w:ascii="Arial" w:eastAsia="Calibri" w:hAnsi="Arial" w:cs="Arial"/>
        </w:rPr>
        <w:t>6</w:t>
      </w:r>
      <w:r>
        <w:rPr>
          <w:rFonts w:ascii="Arial" w:eastAsia="Calibri" w:hAnsi="Arial" w:cs="Arial"/>
        </w:rPr>
        <w:t>-01</w:t>
      </w:r>
    </w:p>
    <w:p w14:paraId="1AC23008" w14:textId="77777777" w:rsidR="00ED6703" w:rsidRDefault="00ED6703" w:rsidP="00ED6703">
      <w:pPr>
        <w:jc w:val="right"/>
        <w:rPr>
          <w:rFonts w:ascii="Calibri" w:eastAsia="Calibri" w:hAnsi="Calibri" w:cs="Calibri"/>
        </w:rPr>
      </w:pPr>
    </w:p>
    <w:p w14:paraId="26B96658" w14:textId="77777777" w:rsidR="00ED6703" w:rsidRPr="00AA320B" w:rsidRDefault="00ED6703" w:rsidP="00ED6703">
      <w:pPr>
        <w:jc w:val="right"/>
        <w:rPr>
          <w:rFonts w:ascii="Arial" w:eastAsia="Calibri" w:hAnsi="Arial" w:cs="Arial"/>
        </w:rPr>
      </w:pPr>
      <w:r w:rsidRPr="00AA320B">
        <w:rPr>
          <w:rFonts w:ascii="Arial" w:eastAsia="Calibri" w:hAnsi="Arial" w:cs="Arial"/>
        </w:rPr>
        <w:t>RAVNATELJ:</w:t>
      </w:r>
    </w:p>
    <w:p w14:paraId="319803BA" w14:textId="77777777" w:rsidR="00ED6703" w:rsidRPr="00AA320B" w:rsidRDefault="00ED6703" w:rsidP="00ED6703">
      <w:pPr>
        <w:jc w:val="right"/>
        <w:rPr>
          <w:rFonts w:ascii="Arial" w:eastAsia="Calibri" w:hAnsi="Arial" w:cs="Arial"/>
        </w:rPr>
      </w:pPr>
      <w:r w:rsidRPr="00AA320B">
        <w:rPr>
          <w:rFonts w:ascii="Arial" w:eastAsia="Calibri" w:hAnsi="Arial" w:cs="Arial"/>
        </w:rPr>
        <w:t xml:space="preserve">Ivan Čelebić, </w:t>
      </w:r>
      <w:proofErr w:type="spellStart"/>
      <w:r>
        <w:rPr>
          <w:rFonts w:ascii="Arial" w:eastAsia="Calibri" w:hAnsi="Arial" w:cs="Arial"/>
        </w:rPr>
        <w:t>mag.educ.philol.germ</w:t>
      </w:r>
      <w:proofErr w:type="spellEnd"/>
      <w:r>
        <w:rPr>
          <w:rFonts w:ascii="Arial" w:eastAsia="Calibri" w:hAnsi="Arial" w:cs="Arial"/>
        </w:rPr>
        <w:t>.</w:t>
      </w:r>
    </w:p>
    <w:p w14:paraId="2FD3D488" w14:textId="77777777" w:rsidR="00ED6703" w:rsidRPr="00AA320B" w:rsidRDefault="00ED6703" w:rsidP="00ED6703">
      <w:pPr>
        <w:jc w:val="right"/>
        <w:rPr>
          <w:rFonts w:ascii="Arial" w:eastAsia="Calibri" w:hAnsi="Arial" w:cs="Arial"/>
        </w:rPr>
      </w:pPr>
    </w:p>
    <w:p w14:paraId="6C8D36B3" w14:textId="77777777" w:rsidR="00ED6703" w:rsidRPr="00AA320B" w:rsidRDefault="00ED6703" w:rsidP="00ED6703">
      <w:pPr>
        <w:jc w:val="right"/>
        <w:rPr>
          <w:rFonts w:ascii="Arial" w:eastAsia="Calibri" w:hAnsi="Arial" w:cs="Arial"/>
        </w:rPr>
      </w:pPr>
    </w:p>
    <w:p w14:paraId="0078744E" w14:textId="77777777" w:rsidR="00ED6703" w:rsidRPr="00AA320B" w:rsidRDefault="00ED6703" w:rsidP="00ED6703">
      <w:pPr>
        <w:jc w:val="right"/>
        <w:rPr>
          <w:rFonts w:ascii="Arial" w:eastAsia="Calibri" w:hAnsi="Arial" w:cs="Arial"/>
        </w:rPr>
      </w:pPr>
    </w:p>
    <w:p w14:paraId="281290CE" w14:textId="77777777" w:rsidR="00ED6703" w:rsidRPr="00AA320B" w:rsidRDefault="00ED6703" w:rsidP="00ED6703">
      <w:pPr>
        <w:jc w:val="right"/>
        <w:rPr>
          <w:rFonts w:ascii="Arial" w:eastAsia="Calibri" w:hAnsi="Arial" w:cs="Arial"/>
        </w:rPr>
      </w:pPr>
      <w:r w:rsidRPr="00AA320B">
        <w:rPr>
          <w:rFonts w:ascii="Arial" w:eastAsia="Calibri" w:hAnsi="Arial" w:cs="Arial"/>
        </w:rPr>
        <w:t xml:space="preserve">Predsjednik Školskog odbora </w:t>
      </w:r>
    </w:p>
    <w:p w14:paraId="6B49F8B7" w14:textId="77777777" w:rsidR="00ED6703" w:rsidRPr="00AA320B" w:rsidRDefault="00ED6703" w:rsidP="00ED6703">
      <w:pPr>
        <w:jc w:val="right"/>
        <w:rPr>
          <w:rFonts w:ascii="Arial" w:eastAsia="Calibri" w:hAnsi="Arial" w:cs="Arial"/>
        </w:rPr>
      </w:pPr>
      <w:r w:rsidRPr="00AA320B">
        <w:rPr>
          <w:rFonts w:ascii="Arial" w:eastAsia="Calibri" w:hAnsi="Arial" w:cs="Arial"/>
        </w:rPr>
        <w:t>I. gimnazije Osijek</w:t>
      </w:r>
    </w:p>
    <w:p w14:paraId="0FD76D92" w14:textId="77777777" w:rsidR="00ED6703" w:rsidRPr="00AA320B" w:rsidRDefault="00ED6703" w:rsidP="00ED6703">
      <w:pPr>
        <w:jc w:val="right"/>
        <w:rPr>
          <w:rFonts w:ascii="Arial" w:eastAsia="Calibri" w:hAnsi="Arial" w:cs="Arial"/>
        </w:rPr>
      </w:pPr>
      <w:r w:rsidRPr="00AA320B">
        <w:rPr>
          <w:rFonts w:ascii="Arial" w:eastAsia="Calibri" w:hAnsi="Arial" w:cs="Arial"/>
        </w:rPr>
        <w:t xml:space="preserve">Željko </w:t>
      </w:r>
      <w:proofErr w:type="spellStart"/>
      <w:r w:rsidRPr="00AA320B">
        <w:rPr>
          <w:rFonts w:ascii="Arial" w:eastAsia="Calibri" w:hAnsi="Arial" w:cs="Arial"/>
        </w:rPr>
        <w:t>Radnić</w:t>
      </w:r>
      <w:proofErr w:type="spellEnd"/>
      <w:r w:rsidRPr="00AA320B">
        <w:rPr>
          <w:rFonts w:ascii="Arial" w:eastAsia="Calibri" w:hAnsi="Arial" w:cs="Arial"/>
        </w:rPr>
        <w:t>, prof.</w:t>
      </w:r>
    </w:p>
    <w:p w14:paraId="792A0C6A" w14:textId="77777777" w:rsidR="00ED6703" w:rsidRPr="00D31D98" w:rsidRDefault="00ED6703">
      <w:pPr>
        <w:spacing w:after="0"/>
        <w:rPr>
          <w:szCs w:val="24"/>
        </w:rPr>
      </w:pPr>
    </w:p>
    <w:sectPr w:rsidR="00ED6703" w:rsidRPr="00D31D98" w:rsidSect="005273F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1D95B" w14:textId="77777777" w:rsidR="00A813CB" w:rsidRDefault="00A813CB">
      <w:pPr>
        <w:spacing w:after="0"/>
      </w:pPr>
      <w:r>
        <w:separator/>
      </w:r>
    </w:p>
  </w:endnote>
  <w:endnote w:type="continuationSeparator" w:id="0">
    <w:p w14:paraId="1B82910E" w14:textId="77777777" w:rsidR="00A813CB" w:rsidRDefault="00A813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altName w:val="Arial"/>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0A23" w14:textId="77777777" w:rsidR="00966809" w:rsidRDefault="009668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01992" w14:textId="77777777" w:rsidR="00A813CB" w:rsidRDefault="00A813CB">
      <w:pPr>
        <w:spacing w:after="0"/>
      </w:pPr>
      <w:r>
        <w:separator/>
      </w:r>
    </w:p>
  </w:footnote>
  <w:footnote w:type="continuationSeparator" w:id="0">
    <w:p w14:paraId="6EB71FC9" w14:textId="77777777" w:rsidR="00A813CB" w:rsidRDefault="00A813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AB26" w14:textId="77777777" w:rsidR="00966809" w:rsidRDefault="0096680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AF20403"/>
    <w:multiLevelType w:val="hybridMultilevel"/>
    <w:tmpl w:val="7CE01BFA"/>
    <w:lvl w:ilvl="0" w:tplc="AB3EDDE6">
      <w:start w:val="1"/>
      <w:numFmt w:val="bullet"/>
      <w:lvlText w:val=""/>
      <w:lvlJc w:val="left"/>
      <w:pPr>
        <w:ind w:left="720" w:hanging="360"/>
      </w:pPr>
      <w:rPr>
        <w:rFonts w:ascii="Symbol" w:hAnsi="Symbol" w:hint="default"/>
      </w:rPr>
    </w:lvl>
    <w:lvl w:ilvl="1" w:tplc="4216DC8A">
      <w:start w:val="1"/>
      <w:numFmt w:val="bullet"/>
      <w:lvlText w:val="o"/>
      <w:lvlJc w:val="left"/>
      <w:pPr>
        <w:ind w:left="1440" w:hanging="360"/>
      </w:pPr>
      <w:rPr>
        <w:rFonts w:ascii="Courier New" w:hAnsi="Courier New" w:hint="default"/>
      </w:rPr>
    </w:lvl>
    <w:lvl w:ilvl="2" w:tplc="5CE2CFBA">
      <w:start w:val="1"/>
      <w:numFmt w:val="bullet"/>
      <w:lvlText w:val=""/>
      <w:lvlJc w:val="left"/>
      <w:pPr>
        <w:ind w:left="2160" w:hanging="360"/>
      </w:pPr>
      <w:rPr>
        <w:rFonts w:ascii="Wingdings" w:hAnsi="Wingdings" w:hint="default"/>
      </w:rPr>
    </w:lvl>
    <w:lvl w:ilvl="3" w:tplc="B0AE7BCE">
      <w:start w:val="1"/>
      <w:numFmt w:val="bullet"/>
      <w:lvlText w:val=""/>
      <w:lvlJc w:val="left"/>
      <w:pPr>
        <w:ind w:left="2880" w:hanging="360"/>
      </w:pPr>
      <w:rPr>
        <w:rFonts w:ascii="Symbol" w:hAnsi="Symbol" w:hint="default"/>
      </w:rPr>
    </w:lvl>
    <w:lvl w:ilvl="4" w:tplc="15BEA2B4">
      <w:start w:val="1"/>
      <w:numFmt w:val="bullet"/>
      <w:lvlText w:val="o"/>
      <w:lvlJc w:val="left"/>
      <w:pPr>
        <w:ind w:left="3600" w:hanging="360"/>
      </w:pPr>
      <w:rPr>
        <w:rFonts w:ascii="Courier New" w:hAnsi="Courier New" w:hint="default"/>
      </w:rPr>
    </w:lvl>
    <w:lvl w:ilvl="5" w:tplc="41BE7862">
      <w:start w:val="1"/>
      <w:numFmt w:val="bullet"/>
      <w:lvlText w:val=""/>
      <w:lvlJc w:val="left"/>
      <w:pPr>
        <w:ind w:left="4320" w:hanging="360"/>
      </w:pPr>
      <w:rPr>
        <w:rFonts w:ascii="Wingdings" w:hAnsi="Wingdings" w:hint="default"/>
      </w:rPr>
    </w:lvl>
    <w:lvl w:ilvl="6" w:tplc="D03C4998">
      <w:start w:val="1"/>
      <w:numFmt w:val="bullet"/>
      <w:lvlText w:val=""/>
      <w:lvlJc w:val="left"/>
      <w:pPr>
        <w:ind w:left="5040" w:hanging="360"/>
      </w:pPr>
      <w:rPr>
        <w:rFonts w:ascii="Symbol" w:hAnsi="Symbol" w:hint="default"/>
      </w:rPr>
    </w:lvl>
    <w:lvl w:ilvl="7" w:tplc="ADB8FC5C">
      <w:start w:val="1"/>
      <w:numFmt w:val="bullet"/>
      <w:lvlText w:val="o"/>
      <w:lvlJc w:val="left"/>
      <w:pPr>
        <w:ind w:left="5760" w:hanging="360"/>
      </w:pPr>
      <w:rPr>
        <w:rFonts w:ascii="Courier New" w:hAnsi="Courier New" w:hint="default"/>
      </w:rPr>
    </w:lvl>
    <w:lvl w:ilvl="8" w:tplc="159A2968">
      <w:start w:val="1"/>
      <w:numFmt w:val="bullet"/>
      <w:lvlText w:val=""/>
      <w:lvlJc w:val="left"/>
      <w:pPr>
        <w:ind w:left="6480" w:hanging="360"/>
      </w:pPr>
      <w:rPr>
        <w:rFonts w:ascii="Wingdings" w:hAnsi="Wingdings" w:hint="default"/>
      </w:rPr>
    </w:lvl>
  </w:abstractNum>
  <w:abstractNum w:abstractNumId="10" w15:restartNumberingAfterBreak="0">
    <w:nsid w:val="17973F09"/>
    <w:multiLevelType w:val="multilevel"/>
    <w:tmpl w:val="0754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33A60"/>
    <w:multiLevelType w:val="hybridMultilevel"/>
    <w:tmpl w:val="F19C8498"/>
    <w:lvl w:ilvl="0" w:tplc="4C80514E">
      <w:start w:val="1"/>
      <w:numFmt w:val="bullet"/>
      <w:lvlText w:val=""/>
      <w:lvlJc w:val="left"/>
      <w:pPr>
        <w:ind w:left="720" w:hanging="360"/>
      </w:pPr>
      <w:rPr>
        <w:rFonts w:ascii="Symbol" w:hAnsi="Symbol" w:hint="default"/>
      </w:rPr>
    </w:lvl>
    <w:lvl w:ilvl="1" w:tplc="9CC6F240">
      <w:start w:val="1"/>
      <w:numFmt w:val="bullet"/>
      <w:lvlText w:val="o"/>
      <w:lvlJc w:val="left"/>
      <w:pPr>
        <w:ind w:left="1440" w:hanging="360"/>
      </w:pPr>
      <w:rPr>
        <w:rFonts w:ascii="Courier New" w:hAnsi="Courier New" w:hint="default"/>
      </w:rPr>
    </w:lvl>
    <w:lvl w:ilvl="2" w:tplc="25D83A12">
      <w:start w:val="1"/>
      <w:numFmt w:val="bullet"/>
      <w:lvlText w:val=""/>
      <w:lvlJc w:val="left"/>
      <w:pPr>
        <w:ind w:left="2160" w:hanging="360"/>
      </w:pPr>
      <w:rPr>
        <w:rFonts w:ascii="Wingdings" w:hAnsi="Wingdings" w:hint="default"/>
      </w:rPr>
    </w:lvl>
    <w:lvl w:ilvl="3" w:tplc="1BA8533E">
      <w:start w:val="1"/>
      <w:numFmt w:val="bullet"/>
      <w:lvlText w:val=""/>
      <w:lvlJc w:val="left"/>
      <w:pPr>
        <w:ind w:left="2880" w:hanging="360"/>
      </w:pPr>
      <w:rPr>
        <w:rFonts w:ascii="Symbol" w:hAnsi="Symbol" w:hint="default"/>
      </w:rPr>
    </w:lvl>
    <w:lvl w:ilvl="4" w:tplc="DC4E51C0">
      <w:start w:val="1"/>
      <w:numFmt w:val="bullet"/>
      <w:lvlText w:val="o"/>
      <w:lvlJc w:val="left"/>
      <w:pPr>
        <w:ind w:left="3600" w:hanging="360"/>
      </w:pPr>
      <w:rPr>
        <w:rFonts w:ascii="Courier New" w:hAnsi="Courier New" w:hint="default"/>
      </w:rPr>
    </w:lvl>
    <w:lvl w:ilvl="5" w:tplc="B49AEE70">
      <w:start w:val="1"/>
      <w:numFmt w:val="bullet"/>
      <w:lvlText w:val=""/>
      <w:lvlJc w:val="left"/>
      <w:pPr>
        <w:ind w:left="4320" w:hanging="360"/>
      </w:pPr>
      <w:rPr>
        <w:rFonts w:ascii="Wingdings" w:hAnsi="Wingdings" w:hint="default"/>
      </w:rPr>
    </w:lvl>
    <w:lvl w:ilvl="6" w:tplc="CE10B14A">
      <w:start w:val="1"/>
      <w:numFmt w:val="bullet"/>
      <w:lvlText w:val=""/>
      <w:lvlJc w:val="left"/>
      <w:pPr>
        <w:ind w:left="5040" w:hanging="360"/>
      </w:pPr>
      <w:rPr>
        <w:rFonts w:ascii="Symbol" w:hAnsi="Symbol" w:hint="default"/>
      </w:rPr>
    </w:lvl>
    <w:lvl w:ilvl="7" w:tplc="F90613C2">
      <w:start w:val="1"/>
      <w:numFmt w:val="bullet"/>
      <w:lvlText w:val="o"/>
      <w:lvlJc w:val="left"/>
      <w:pPr>
        <w:ind w:left="5760" w:hanging="360"/>
      </w:pPr>
      <w:rPr>
        <w:rFonts w:ascii="Courier New" w:hAnsi="Courier New" w:hint="default"/>
      </w:rPr>
    </w:lvl>
    <w:lvl w:ilvl="8" w:tplc="81A2B3AA">
      <w:start w:val="1"/>
      <w:numFmt w:val="bullet"/>
      <w:lvlText w:val=""/>
      <w:lvlJc w:val="left"/>
      <w:pPr>
        <w:ind w:left="6480" w:hanging="360"/>
      </w:pPr>
      <w:rPr>
        <w:rFonts w:ascii="Wingdings" w:hAnsi="Wingdings" w:hint="default"/>
      </w:rPr>
    </w:lvl>
  </w:abstractNum>
  <w:abstractNum w:abstractNumId="12" w15:restartNumberingAfterBreak="0">
    <w:nsid w:val="2B4A500C"/>
    <w:multiLevelType w:val="hybridMultilevel"/>
    <w:tmpl w:val="79287CB6"/>
    <w:lvl w:ilvl="0" w:tplc="D8CCA52A">
      <w:start w:val="1"/>
      <w:numFmt w:val="bullet"/>
      <w:lvlText w:val=""/>
      <w:lvlJc w:val="left"/>
      <w:pPr>
        <w:ind w:left="720" w:hanging="360"/>
      </w:pPr>
      <w:rPr>
        <w:rFonts w:ascii="Symbol" w:hAnsi="Symbol" w:hint="default"/>
      </w:rPr>
    </w:lvl>
    <w:lvl w:ilvl="1" w:tplc="AFD0618A">
      <w:start w:val="1"/>
      <w:numFmt w:val="bullet"/>
      <w:lvlText w:val="o"/>
      <w:lvlJc w:val="left"/>
      <w:pPr>
        <w:ind w:left="1440" w:hanging="360"/>
      </w:pPr>
      <w:rPr>
        <w:rFonts w:ascii="Courier New" w:hAnsi="Courier New" w:hint="default"/>
      </w:rPr>
    </w:lvl>
    <w:lvl w:ilvl="2" w:tplc="46663494">
      <w:start w:val="1"/>
      <w:numFmt w:val="bullet"/>
      <w:lvlText w:val=""/>
      <w:lvlJc w:val="left"/>
      <w:pPr>
        <w:ind w:left="2160" w:hanging="360"/>
      </w:pPr>
      <w:rPr>
        <w:rFonts w:ascii="Wingdings" w:hAnsi="Wingdings" w:hint="default"/>
      </w:rPr>
    </w:lvl>
    <w:lvl w:ilvl="3" w:tplc="A3A69074">
      <w:start w:val="1"/>
      <w:numFmt w:val="bullet"/>
      <w:lvlText w:val=""/>
      <w:lvlJc w:val="left"/>
      <w:pPr>
        <w:ind w:left="2880" w:hanging="360"/>
      </w:pPr>
      <w:rPr>
        <w:rFonts w:ascii="Symbol" w:hAnsi="Symbol" w:hint="default"/>
      </w:rPr>
    </w:lvl>
    <w:lvl w:ilvl="4" w:tplc="172AEAF8">
      <w:start w:val="1"/>
      <w:numFmt w:val="bullet"/>
      <w:lvlText w:val="o"/>
      <w:lvlJc w:val="left"/>
      <w:pPr>
        <w:ind w:left="3600" w:hanging="360"/>
      </w:pPr>
      <w:rPr>
        <w:rFonts w:ascii="Courier New" w:hAnsi="Courier New" w:hint="default"/>
      </w:rPr>
    </w:lvl>
    <w:lvl w:ilvl="5" w:tplc="BEBCA560">
      <w:start w:val="1"/>
      <w:numFmt w:val="bullet"/>
      <w:lvlText w:val=""/>
      <w:lvlJc w:val="left"/>
      <w:pPr>
        <w:ind w:left="4320" w:hanging="360"/>
      </w:pPr>
      <w:rPr>
        <w:rFonts w:ascii="Wingdings" w:hAnsi="Wingdings" w:hint="default"/>
      </w:rPr>
    </w:lvl>
    <w:lvl w:ilvl="6" w:tplc="C9683408">
      <w:start w:val="1"/>
      <w:numFmt w:val="bullet"/>
      <w:lvlText w:val=""/>
      <w:lvlJc w:val="left"/>
      <w:pPr>
        <w:ind w:left="5040" w:hanging="360"/>
      </w:pPr>
      <w:rPr>
        <w:rFonts w:ascii="Symbol" w:hAnsi="Symbol" w:hint="default"/>
      </w:rPr>
    </w:lvl>
    <w:lvl w:ilvl="7" w:tplc="A5566BB6">
      <w:start w:val="1"/>
      <w:numFmt w:val="bullet"/>
      <w:lvlText w:val="o"/>
      <w:lvlJc w:val="left"/>
      <w:pPr>
        <w:ind w:left="5760" w:hanging="360"/>
      </w:pPr>
      <w:rPr>
        <w:rFonts w:ascii="Courier New" w:hAnsi="Courier New" w:hint="default"/>
      </w:rPr>
    </w:lvl>
    <w:lvl w:ilvl="8" w:tplc="B6D82380">
      <w:start w:val="1"/>
      <w:numFmt w:val="bullet"/>
      <w:lvlText w:val=""/>
      <w:lvlJc w:val="left"/>
      <w:pPr>
        <w:ind w:left="6480" w:hanging="360"/>
      </w:pPr>
      <w:rPr>
        <w:rFonts w:ascii="Wingdings" w:hAnsi="Wingdings" w:hint="default"/>
      </w:rPr>
    </w:lvl>
  </w:abstractNum>
  <w:abstractNum w:abstractNumId="13" w15:restartNumberingAfterBreak="0">
    <w:nsid w:val="2BA75EE6"/>
    <w:multiLevelType w:val="multilevel"/>
    <w:tmpl w:val="C6DC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484A4"/>
    <w:multiLevelType w:val="hybridMultilevel"/>
    <w:tmpl w:val="2CD09462"/>
    <w:lvl w:ilvl="0" w:tplc="1446384C">
      <w:start w:val="1"/>
      <w:numFmt w:val="bullet"/>
      <w:lvlText w:val=""/>
      <w:lvlJc w:val="left"/>
      <w:pPr>
        <w:ind w:left="720" w:hanging="360"/>
      </w:pPr>
      <w:rPr>
        <w:rFonts w:ascii="Symbol" w:hAnsi="Symbol" w:hint="default"/>
      </w:rPr>
    </w:lvl>
    <w:lvl w:ilvl="1" w:tplc="3CCCC7CE">
      <w:start w:val="1"/>
      <w:numFmt w:val="bullet"/>
      <w:lvlText w:val="o"/>
      <w:lvlJc w:val="left"/>
      <w:pPr>
        <w:ind w:left="1440" w:hanging="360"/>
      </w:pPr>
      <w:rPr>
        <w:rFonts w:ascii="Courier New" w:hAnsi="Courier New" w:hint="default"/>
      </w:rPr>
    </w:lvl>
    <w:lvl w:ilvl="2" w:tplc="9C40B56A">
      <w:start w:val="1"/>
      <w:numFmt w:val="bullet"/>
      <w:lvlText w:val=""/>
      <w:lvlJc w:val="left"/>
      <w:pPr>
        <w:ind w:left="2160" w:hanging="360"/>
      </w:pPr>
      <w:rPr>
        <w:rFonts w:ascii="Wingdings" w:hAnsi="Wingdings" w:hint="default"/>
      </w:rPr>
    </w:lvl>
    <w:lvl w:ilvl="3" w:tplc="35E29544">
      <w:start w:val="1"/>
      <w:numFmt w:val="bullet"/>
      <w:lvlText w:val=""/>
      <w:lvlJc w:val="left"/>
      <w:pPr>
        <w:ind w:left="2880" w:hanging="360"/>
      </w:pPr>
      <w:rPr>
        <w:rFonts w:ascii="Symbol" w:hAnsi="Symbol" w:hint="default"/>
      </w:rPr>
    </w:lvl>
    <w:lvl w:ilvl="4" w:tplc="C666E388">
      <w:start w:val="1"/>
      <w:numFmt w:val="bullet"/>
      <w:lvlText w:val="o"/>
      <w:lvlJc w:val="left"/>
      <w:pPr>
        <w:ind w:left="3600" w:hanging="360"/>
      </w:pPr>
      <w:rPr>
        <w:rFonts w:ascii="Courier New" w:hAnsi="Courier New" w:hint="default"/>
      </w:rPr>
    </w:lvl>
    <w:lvl w:ilvl="5" w:tplc="79F07BAA">
      <w:start w:val="1"/>
      <w:numFmt w:val="bullet"/>
      <w:lvlText w:val=""/>
      <w:lvlJc w:val="left"/>
      <w:pPr>
        <w:ind w:left="4320" w:hanging="360"/>
      </w:pPr>
      <w:rPr>
        <w:rFonts w:ascii="Wingdings" w:hAnsi="Wingdings" w:hint="default"/>
      </w:rPr>
    </w:lvl>
    <w:lvl w:ilvl="6" w:tplc="C3CA9BD0">
      <w:start w:val="1"/>
      <w:numFmt w:val="bullet"/>
      <w:lvlText w:val=""/>
      <w:lvlJc w:val="left"/>
      <w:pPr>
        <w:ind w:left="5040" w:hanging="360"/>
      </w:pPr>
      <w:rPr>
        <w:rFonts w:ascii="Symbol" w:hAnsi="Symbol" w:hint="default"/>
      </w:rPr>
    </w:lvl>
    <w:lvl w:ilvl="7" w:tplc="20443974">
      <w:start w:val="1"/>
      <w:numFmt w:val="bullet"/>
      <w:lvlText w:val="o"/>
      <w:lvlJc w:val="left"/>
      <w:pPr>
        <w:ind w:left="5760" w:hanging="360"/>
      </w:pPr>
      <w:rPr>
        <w:rFonts w:ascii="Courier New" w:hAnsi="Courier New" w:hint="default"/>
      </w:rPr>
    </w:lvl>
    <w:lvl w:ilvl="8" w:tplc="9A5E77CC">
      <w:start w:val="1"/>
      <w:numFmt w:val="bullet"/>
      <w:lvlText w:val=""/>
      <w:lvlJc w:val="left"/>
      <w:pPr>
        <w:ind w:left="6480" w:hanging="360"/>
      </w:pPr>
      <w:rPr>
        <w:rFonts w:ascii="Wingdings" w:hAnsi="Wingdings" w:hint="default"/>
      </w:rPr>
    </w:lvl>
  </w:abstractNum>
  <w:abstractNum w:abstractNumId="15" w15:restartNumberingAfterBreak="0">
    <w:nsid w:val="38C1DE74"/>
    <w:multiLevelType w:val="hybridMultilevel"/>
    <w:tmpl w:val="569E459C"/>
    <w:lvl w:ilvl="0" w:tplc="C1986338">
      <w:start w:val="1"/>
      <w:numFmt w:val="bullet"/>
      <w:lvlText w:val=""/>
      <w:lvlJc w:val="left"/>
      <w:pPr>
        <w:ind w:left="720" w:hanging="360"/>
      </w:pPr>
      <w:rPr>
        <w:rFonts w:ascii="Symbol" w:hAnsi="Symbol" w:hint="default"/>
      </w:rPr>
    </w:lvl>
    <w:lvl w:ilvl="1" w:tplc="E2A21578">
      <w:start w:val="1"/>
      <w:numFmt w:val="bullet"/>
      <w:lvlText w:val="o"/>
      <w:lvlJc w:val="left"/>
      <w:pPr>
        <w:ind w:left="1440" w:hanging="360"/>
      </w:pPr>
      <w:rPr>
        <w:rFonts w:ascii="Courier New" w:hAnsi="Courier New" w:hint="default"/>
      </w:rPr>
    </w:lvl>
    <w:lvl w:ilvl="2" w:tplc="F702CFCC">
      <w:start w:val="1"/>
      <w:numFmt w:val="bullet"/>
      <w:lvlText w:val=""/>
      <w:lvlJc w:val="left"/>
      <w:pPr>
        <w:ind w:left="2160" w:hanging="360"/>
      </w:pPr>
      <w:rPr>
        <w:rFonts w:ascii="Wingdings" w:hAnsi="Wingdings" w:hint="default"/>
      </w:rPr>
    </w:lvl>
    <w:lvl w:ilvl="3" w:tplc="407A193C">
      <w:start w:val="1"/>
      <w:numFmt w:val="bullet"/>
      <w:lvlText w:val=""/>
      <w:lvlJc w:val="left"/>
      <w:pPr>
        <w:ind w:left="2880" w:hanging="360"/>
      </w:pPr>
      <w:rPr>
        <w:rFonts w:ascii="Symbol" w:hAnsi="Symbol" w:hint="default"/>
      </w:rPr>
    </w:lvl>
    <w:lvl w:ilvl="4" w:tplc="673CF232">
      <w:start w:val="1"/>
      <w:numFmt w:val="bullet"/>
      <w:lvlText w:val="o"/>
      <w:lvlJc w:val="left"/>
      <w:pPr>
        <w:ind w:left="3600" w:hanging="360"/>
      </w:pPr>
      <w:rPr>
        <w:rFonts w:ascii="Courier New" w:hAnsi="Courier New" w:hint="default"/>
      </w:rPr>
    </w:lvl>
    <w:lvl w:ilvl="5" w:tplc="E7148328">
      <w:start w:val="1"/>
      <w:numFmt w:val="bullet"/>
      <w:lvlText w:val=""/>
      <w:lvlJc w:val="left"/>
      <w:pPr>
        <w:ind w:left="4320" w:hanging="360"/>
      </w:pPr>
      <w:rPr>
        <w:rFonts w:ascii="Wingdings" w:hAnsi="Wingdings" w:hint="default"/>
      </w:rPr>
    </w:lvl>
    <w:lvl w:ilvl="6" w:tplc="212049D8">
      <w:start w:val="1"/>
      <w:numFmt w:val="bullet"/>
      <w:lvlText w:val=""/>
      <w:lvlJc w:val="left"/>
      <w:pPr>
        <w:ind w:left="5040" w:hanging="360"/>
      </w:pPr>
      <w:rPr>
        <w:rFonts w:ascii="Symbol" w:hAnsi="Symbol" w:hint="default"/>
      </w:rPr>
    </w:lvl>
    <w:lvl w:ilvl="7" w:tplc="34E6EC06">
      <w:start w:val="1"/>
      <w:numFmt w:val="bullet"/>
      <w:lvlText w:val="o"/>
      <w:lvlJc w:val="left"/>
      <w:pPr>
        <w:ind w:left="5760" w:hanging="360"/>
      </w:pPr>
      <w:rPr>
        <w:rFonts w:ascii="Courier New" w:hAnsi="Courier New" w:hint="default"/>
      </w:rPr>
    </w:lvl>
    <w:lvl w:ilvl="8" w:tplc="623C3160">
      <w:start w:val="1"/>
      <w:numFmt w:val="bullet"/>
      <w:lvlText w:val=""/>
      <w:lvlJc w:val="left"/>
      <w:pPr>
        <w:ind w:left="6480" w:hanging="360"/>
      </w:pPr>
      <w:rPr>
        <w:rFonts w:ascii="Wingdings" w:hAnsi="Wingdings" w:hint="default"/>
      </w:rPr>
    </w:lvl>
  </w:abstractNum>
  <w:abstractNum w:abstractNumId="16" w15:restartNumberingAfterBreak="0">
    <w:nsid w:val="3F2C4DE6"/>
    <w:multiLevelType w:val="multilevel"/>
    <w:tmpl w:val="8372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3356DC"/>
    <w:multiLevelType w:val="hybridMultilevel"/>
    <w:tmpl w:val="83060EA6"/>
    <w:lvl w:ilvl="0" w:tplc="106A21CA">
      <w:start w:val="1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54F35ED"/>
    <w:multiLevelType w:val="multilevel"/>
    <w:tmpl w:val="E7CC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61861"/>
    <w:multiLevelType w:val="multilevel"/>
    <w:tmpl w:val="E030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4851F8"/>
    <w:multiLevelType w:val="multilevel"/>
    <w:tmpl w:val="DFCE8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6A404B"/>
    <w:multiLevelType w:val="hybridMultilevel"/>
    <w:tmpl w:val="2A7C62AC"/>
    <w:lvl w:ilvl="0" w:tplc="9F5C140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9229C1"/>
    <w:multiLevelType w:val="hybridMultilevel"/>
    <w:tmpl w:val="A28A1990"/>
    <w:lvl w:ilvl="0" w:tplc="6C789D78">
      <w:start w:val="1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A786994"/>
    <w:multiLevelType w:val="multilevel"/>
    <w:tmpl w:val="45F0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85318"/>
    <w:multiLevelType w:val="hybridMultilevel"/>
    <w:tmpl w:val="EB3CE2B4"/>
    <w:lvl w:ilvl="0" w:tplc="F86C0A6A">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132B26"/>
    <w:multiLevelType w:val="hybridMultilevel"/>
    <w:tmpl w:val="6FF45222"/>
    <w:lvl w:ilvl="0" w:tplc="6C1CCA60">
      <w:start w:val="1"/>
      <w:numFmt w:val="bullet"/>
      <w:lvlText w:val=""/>
      <w:lvlJc w:val="left"/>
      <w:pPr>
        <w:ind w:left="720" w:hanging="360"/>
      </w:pPr>
      <w:rPr>
        <w:rFonts w:ascii="Symbol" w:hAnsi="Symbol" w:hint="default"/>
      </w:rPr>
    </w:lvl>
    <w:lvl w:ilvl="1" w:tplc="682027F4">
      <w:start w:val="1"/>
      <w:numFmt w:val="bullet"/>
      <w:lvlText w:val="o"/>
      <w:lvlJc w:val="left"/>
      <w:pPr>
        <w:ind w:left="1440" w:hanging="360"/>
      </w:pPr>
      <w:rPr>
        <w:rFonts w:ascii="Courier New" w:hAnsi="Courier New" w:hint="default"/>
      </w:rPr>
    </w:lvl>
    <w:lvl w:ilvl="2" w:tplc="3D80E80C">
      <w:start w:val="1"/>
      <w:numFmt w:val="bullet"/>
      <w:lvlText w:val=""/>
      <w:lvlJc w:val="left"/>
      <w:pPr>
        <w:ind w:left="2160" w:hanging="360"/>
      </w:pPr>
      <w:rPr>
        <w:rFonts w:ascii="Wingdings" w:hAnsi="Wingdings" w:hint="default"/>
      </w:rPr>
    </w:lvl>
    <w:lvl w:ilvl="3" w:tplc="CEEA6C8A">
      <w:start w:val="1"/>
      <w:numFmt w:val="bullet"/>
      <w:lvlText w:val=""/>
      <w:lvlJc w:val="left"/>
      <w:pPr>
        <w:ind w:left="2880" w:hanging="360"/>
      </w:pPr>
      <w:rPr>
        <w:rFonts w:ascii="Symbol" w:hAnsi="Symbol" w:hint="default"/>
      </w:rPr>
    </w:lvl>
    <w:lvl w:ilvl="4" w:tplc="7A7A3AEE">
      <w:start w:val="1"/>
      <w:numFmt w:val="bullet"/>
      <w:lvlText w:val="o"/>
      <w:lvlJc w:val="left"/>
      <w:pPr>
        <w:ind w:left="3600" w:hanging="360"/>
      </w:pPr>
      <w:rPr>
        <w:rFonts w:ascii="Courier New" w:hAnsi="Courier New" w:hint="default"/>
      </w:rPr>
    </w:lvl>
    <w:lvl w:ilvl="5" w:tplc="354E439C">
      <w:start w:val="1"/>
      <w:numFmt w:val="bullet"/>
      <w:lvlText w:val=""/>
      <w:lvlJc w:val="left"/>
      <w:pPr>
        <w:ind w:left="4320" w:hanging="360"/>
      </w:pPr>
      <w:rPr>
        <w:rFonts w:ascii="Wingdings" w:hAnsi="Wingdings" w:hint="default"/>
      </w:rPr>
    </w:lvl>
    <w:lvl w:ilvl="6" w:tplc="47FE6926">
      <w:start w:val="1"/>
      <w:numFmt w:val="bullet"/>
      <w:lvlText w:val=""/>
      <w:lvlJc w:val="left"/>
      <w:pPr>
        <w:ind w:left="5040" w:hanging="360"/>
      </w:pPr>
      <w:rPr>
        <w:rFonts w:ascii="Symbol" w:hAnsi="Symbol" w:hint="default"/>
      </w:rPr>
    </w:lvl>
    <w:lvl w:ilvl="7" w:tplc="57467F0E">
      <w:start w:val="1"/>
      <w:numFmt w:val="bullet"/>
      <w:lvlText w:val="o"/>
      <w:lvlJc w:val="left"/>
      <w:pPr>
        <w:ind w:left="5760" w:hanging="360"/>
      </w:pPr>
      <w:rPr>
        <w:rFonts w:ascii="Courier New" w:hAnsi="Courier New" w:hint="default"/>
      </w:rPr>
    </w:lvl>
    <w:lvl w:ilvl="8" w:tplc="A3CEB2B6">
      <w:start w:val="1"/>
      <w:numFmt w:val="bullet"/>
      <w:lvlText w:val=""/>
      <w:lvlJc w:val="left"/>
      <w:pPr>
        <w:ind w:left="6480" w:hanging="360"/>
      </w:pPr>
      <w:rPr>
        <w:rFonts w:ascii="Wingdings" w:hAnsi="Wingdings" w:hint="default"/>
      </w:rPr>
    </w:lvl>
  </w:abstractNum>
  <w:abstractNum w:abstractNumId="26" w15:restartNumberingAfterBreak="0">
    <w:nsid w:val="5E9C4CC0"/>
    <w:multiLevelType w:val="multilevel"/>
    <w:tmpl w:val="6B6C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B32F55"/>
    <w:multiLevelType w:val="multilevel"/>
    <w:tmpl w:val="F23A5DF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1532E4"/>
    <w:multiLevelType w:val="hybridMultilevel"/>
    <w:tmpl w:val="79B46FA8"/>
    <w:lvl w:ilvl="0" w:tplc="DC96F868">
      <w:numFmt w:val="bullet"/>
      <w:lvlText w:val="-"/>
      <w:lvlJc w:val="left"/>
      <w:pPr>
        <w:ind w:left="720" w:hanging="360"/>
      </w:pPr>
      <w:rPr>
        <w:rFonts w:ascii="Calibri" w:hAnsi="Calibri" w:hint="default"/>
      </w:rPr>
    </w:lvl>
    <w:lvl w:ilvl="1" w:tplc="363C1426">
      <w:start w:val="1"/>
      <w:numFmt w:val="bullet"/>
      <w:lvlText w:val="o"/>
      <w:lvlJc w:val="left"/>
      <w:pPr>
        <w:ind w:left="1440" w:hanging="360"/>
      </w:pPr>
      <w:rPr>
        <w:rFonts w:ascii="Courier New" w:hAnsi="Courier New" w:hint="default"/>
      </w:rPr>
    </w:lvl>
    <w:lvl w:ilvl="2" w:tplc="716CA108">
      <w:start w:val="1"/>
      <w:numFmt w:val="bullet"/>
      <w:lvlText w:val=""/>
      <w:lvlJc w:val="left"/>
      <w:pPr>
        <w:ind w:left="2160" w:hanging="360"/>
      </w:pPr>
      <w:rPr>
        <w:rFonts w:ascii="Wingdings" w:hAnsi="Wingdings" w:hint="default"/>
      </w:rPr>
    </w:lvl>
    <w:lvl w:ilvl="3" w:tplc="48486B9E">
      <w:start w:val="1"/>
      <w:numFmt w:val="bullet"/>
      <w:lvlText w:val=""/>
      <w:lvlJc w:val="left"/>
      <w:pPr>
        <w:ind w:left="2880" w:hanging="360"/>
      </w:pPr>
      <w:rPr>
        <w:rFonts w:ascii="Symbol" w:hAnsi="Symbol" w:hint="default"/>
      </w:rPr>
    </w:lvl>
    <w:lvl w:ilvl="4" w:tplc="1CD45140">
      <w:start w:val="1"/>
      <w:numFmt w:val="bullet"/>
      <w:lvlText w:val="o"/>
      <w:lvlJc w:val="left"/>
      <w:pPr>
        <w:ind w:left="3600" w:hanging="360"/>
      </w:pPr>
      <w:rPr>
        <w:rFonts w:ascii="Courier New" w:hAnsi="Courier New" w:hint="default"/>
      </w:rPr>
    </w:lvl>
    <w:lvl w:ilvl="5" w:tplc="7A30108A">
      <w:start w:val="1"/>
      <w:numFmt w:val="bullet"/>
      <w:lvlText w:val=""/>
      <w:lvlJc w:val="left"/>
      <w:pPr>
        <w:ind w:left="4320" w:hanging="360"/>
      </w:pPr>
      <w:rPr>
        <w:rFonts w:ascii="Wingdings" w:hAnsi="Wingdings" w:hint="default"/>
      </w:rPr>
    </w:lvl>
    <w:lvl w:ilvl="6" w:tplc="D4AEA94C">
      <w:start w:val="1"/>
      <w:numFmt w:val="bullet"/>
      <w:lvlText w:val=""/>
      <w:lvlJc w:val="left"/>
      <w:pPr>
        <w:ind w:left="5040" w:hanging="360"/>
      </w:pPr>
      <w:rPr>
        <w:rFonts w:ascii="Symbol" w:hAnsi="Symbol" w:hint="default"/>
      </w:rPr>
    </w:lvl>
    <w:lvl w:ilvl="7" w:tplc="53DECE1C">
      <w:start w:val="1"/>
      <w:numFmt w:val="bullet"/>
      <w:lvlText w:val="o"/>
      <w:lvlJc w:val="left"/>
      <w:pPr>
        <w:ind w:left="5760" w:hanging="360"/>
      </w:pPr>
      <w:rPr>
        <w:rFonts w:ascii="Courier New" w:hAnsi="Courier New" w:hint="default"/>
      </w:rPr>
    </w:lvl>
    <w:lvl w:ilvl="8" w:tplc="BC28D374">
      <w:start w:val="1"/>
      <w:numFmt w:val="bullet"/>
      <w:lvlText w:val=""/>
      <w:lvlJc w:val="left"/>
      <w:pPr>
        <w:ind w:left="6480" w:hanging="360"/>
      </w:pPr>
      <w:rPr>
        <w:rFonts w:ascii="Wingdings" w:hAnsi="Wingdings" w:hint="default"/>
      </w:rPr>
    </w:lvl>
  </w:abstractNum>
  <w:abstractNum w:abstractNumId="29" w15:restartNumberingAfterBreak="0">
    <w:nsid w:val="7552E384"/>
    <w:multiLevelType w:val="hybridMultilevel"/>
    <w:tmpl w:val="8538391A"/>
    <w:lvl w:ilvl="0" w:tplc="1D547B5E">
      <w:numFmt w:val="bullet"/>
      <w:lvlText w:val="-"/>
      <w:lvlJc w:val="left"/>
      <w:pPr>
        <w:ind w:left="720" w:hanging="360"/>
      </w:pPr>
      <w:rPr>
        <w:rFonts w:ascii="Calibri" w:hAnsi="Calibri" w:hint="default"/>
      </w:rPr>
    </w:lvl>
    <w:lvl w:ilvl="1" w:tplc="5F7CA26C">
      <w:start w:val="1"/>
      <w:numFmt w:val="bullet"/>
      <w:lvlText w:val="o"/>
      <w:lvlJc w:val="left"/>
      <w:pPr>
        <w:ind w:left="1440" w:hanging="360"/>
      </w:pPr>
      <w:rPr>
        <w:rFonts w:ascii="Courier New" w:hAnsi="Courier New" w:hint="default"/>
      </w:rPr>
    </w:lvl>
    <w:lvl w:ilvl="2" w:tplc="B7F0FBC6">
      <w:start w:val="1"/>
      <w:numFmt w:val="bullet"/>
      <w:lvlText w:val=""/>
      <w:lvlJc w:val="left"/>
      <w:pPr>
        <w:ind w:left="2160" w:hanging="360"/>
      </w:pPr>
      <w:rPr>
        <w:rFonts w:ascii="Wingdings" w:hAnsi="Wingdings" w:hint="default"/>
      </w:rPr>
    </w:lvl>
    <w:lvl w:ilvl="3" w:tplc="9126E138">
      <w:start w:val="1"/>
      <w:numFmt w:val="bullet"/>
      <w:lvlText w:val=""/>
      <w:lvlJc w:val="left"/>
      <w:pPr>
        <w:ind w:left="2880" w:hanging="360"/>
      </w:pPr>
      <w:rPr>
        <w:rFonts w:ascii="Symbol" w:hAnsi="Symbol" w:hint="default"/>
      </w:rPr>
    </w:lvl>
    <w:lvl w:ilvl="4" w:tplc="B1800348">
      <w:start w:val="1"/>
      <w:numFmt w:val="bullet"/>
      <w:lvlText w:val="o"/>
      <w:lvlJc w:val="left"/>
      <w:pPr>
        <w:ind w:left="3600" w:hanging="360"/>
      </w:pPr>
      <w:rPr>
        <w:rFonts w:ascii="Courier New" w:hAnsi="Courier New" w:hint="default"/>
      </w:rPr>
    </w:lvl>
    <w:lvl w:ilvl="5" w:tplc="58B2F65C">
      <w:start w:val="1"/>
      <w:numFmt w:val="bullet"/>
      <w:lvlText w:val=""/>
      <w:lvlJc w:val="left"/>
      <w:pPr>
        <w:ind w:left="4320" w:hanging="360"/>
      </w:pPr>
      <w:rPr>
        <w:rFonts w:ascii="Wingdings" w:hAnsi="Wingdings" w:hint="default"/>
      </w:rPr>
    </w:lvl>
    <w:lvl w:ilvl="6" w:tplc="B810F2EA">
      <w:start w:val="1"/>
      <w:numFmt w:val="bullet"/>
      <w:lvlText w:val=""/>
      <w:lvlJc w:val="left"/>
      <w:pPr>
        <w:ind w:left="5040" w:hanging="360"/>
      </w:pPr>
      <w:rPr>
        <w:rFonts w:ascii="Symbol" w:hAnsi="Symbol" w:hint="default"/>
      </w:rPr>
    </w:lvl>
    <w:lvl w:ilvl="7" w:tplc="9B44FE4A">
      <w:start w:val="1"/>
      <w:numFmt w:val="bullet"/>
      <w:lvlText w:val="o"/>
      <w:lvlJc w:val="left"/>
      <w:pPr>
        <w:ind w:left="5760" w:hanging="360"/>
      </w:pPr>
      <w:rPr>
        <w:rFonts w:ascii="Courier New" w:hAnsi="Courier New" w:hint="default"/>
      </w:rPr>
    </w:lvl>
    <w:lvl w:ilvl="8" w:tplc="F5707B90">
      <w:start w:val="1"/>
      <w:numFmt w:val="bullet"/>
      <w:lvlText w:val=""/>
      <w:lvlJc w:val="left"/>
      <w:pPr>
        <w:ind w:left="6480" w:hanging="360"/>
      </w:pPr>
      <w:rPr>
        <w:rFonts w:ascii="Wingdings" w:hAnsi="Wingdings" w:hint="default"/>
      </w:rPr>
    </w:lvl>
  </w:abstractNum>
  <w:abstractNum w:abstractNumId="30" w15:restartNumberingAfterBreak="0">
    <w:nsid w:val="7A625500"/>
    <w:multiLevelType w:val="hybridMultilevel"/>
    <w:tmpl w:val="011CD2A2"/>
    <w:lvl w:ilvl="0" w:tplc="491064CA">
      <w:start w:val="1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16"/>
  </w:num>
  <w:num w:numId="4">
    <w:abstractNumId w:val="26"/>
  </w:num>
  <w:num w:numId="5">
    <w:abstractNumId w:val="20"/>
  </w:num>
  <w:num w:numId="6">
    <w:abstractNumId w:val="13"/>
  </w:num>
  <w:num w:numId="7">
    <w:abstractNumId w:val="10"/>
  </w:num>
  <w:num w:numId="8">
    <w:abstractNumId w:val="17"/>
  </w:num>
  <w:num w:numId="9">
    <w:abstractNumId w:val="30"/>
  </w:num>
  <w:num w:numId="10">
    <w:abstractNumId w:val="28"/>
  </w:num>
  <w:num w:numId="11">
    <w:abstractNumId w:val="29"/>
  </w:num>
  <w:num w:numId="12">
    <w:abstractNumId w:val="15"/>
  </w:num>
  <w:num w:numId="13">
    <w:abstractNumId w:val="12"/>
  </w:num>
  <w:num w:numId="14">
    <w:abstractNumId w:val="14"/>
  </w:num>
  <w:num w:numId="15">
    <w:abstractNumId w:val="25"/>
  </w:num>
  <w:num w:numId="16">
    <w:abstractNumId w:val="9"/>
  </w:num>
  <w:num w:numId="17">
    <w:abstractNumId w:val="11"/>
  </w:num>
  <w:num w:numId="18">
    <w:abstractNumId w:val="8"/>
  </w:num>
  <w:num w:numId="19">
    <w:abstractNumId w:val="6"/>
  </w:num>
  <w:num w:numId="20">
    <w:abstractNumId w:val="5"/>
  </w:num>
  <w:num w:numId="21">
    <w:abstractNumId w:val="4"/>
  </w:num>
  <w:num w:numId="22">
    <w:abstractNumId w:val="7"/>
  </w:num>
  <w:num w:numId="23">
    <w:abstractNumId w:val="3"/>
  </w:num>
  <w:num w:numId="24">
    <w:abstractNumId w:val="2"/>
  </w:num>
  <w:num w:numId="25">
    <w:abstractNumId w:val="1"/>
  </w:num>
  <w:num w:numId="26">
    <w:abstractNumId w:val="0"/>
  </w:num>
  <w:num w:numId="27">
    <w:abstractNumId w:val="24"/>
  </w:num>
  <w:num w:numId="28">
    <w:abstractNumId w:val="21"/>
  </w:num>
  <w:num w:numId="29">
    <w:abstractNumId w:val="22"/>
  </w:num>
  <w:num w:numId="30">
    <w:abstractNumId w:val="23"/>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21"/>
    <w:rsid w:val="000422BD"/>
    <w:rsid w:val="000905BF"/>
    <w:rsid w:val="001379BF"/>
    <w:rsid w:val="001865F2"/>
    <w:rsid w:val="001B234E"/>
    <w:rsid w:val="001C4267"/>
    <w:rsid w:val="002259C6"/>
    <w:rsid w:val="00247F61"/>
    <w:rsid w:val="00260501"/>
    <w:rsid w:val="002F5EFA"/>
    <w:rsid w:val="00307801"/>
    <w:rsid w:val="00310619"/>
    <w:rsid w:val="00363952"/>
    <w:rsid w:val="003D3AB7"/>
    <w:rsid w:val="00473E4A"/>
    <w:rsid w:val="004A1F21"/>
    <w:rsid w:val="004F4202"/>
    <w:rsid w:val="005273FF"/>
    <w:rsid w:val="00532C81"/>
    <w:rsid w:val="0056321B"/>
    <w:rsid w:val="00571F54"/>
    <w:rsid w:val="005A7CB0"/>
    <w:rsid w:val="005B38B6"/>
    <w:rsid w:val="006065C9"/>
    <w:rsid w:val="007408ED"/>
    <w:rsid w:val="007B1CFF"/>
    <w:rsid w:val="008A23D6"/>
    <w:rsid w:val="008D2BC3"/>
    <w:rsid w:val="0091379C"/>
    <w:rsid w:val="00966809"/>
    <w:rsid w:val="0097389F"/>
    <w:rsid w:val="00982D66"/>
    <w:rsid w:val="00985981"/>
    <w:rsid w:val="009F61BF"/>
    <w:rsid w:val="00A14CFF"/>
    <w:rsid w:val="00A813CB"/>
    <w:rsid w:val="00AF028B"/>
    <w:rsid w:val="00AF67C0"/>
    <w:rsid w:val="00D31D98"/>
    <w:rsid w:val="00D416FD"/>
    <w:rsid w:val="00DE16E0"/>
    <w:rsid w:val="00E52FB3"/>
    <w:rsid w:val="00E659C7"/>
    <w:rsid w:val="00EB0DAA"/>
    <w:rsid w:val="00ED6703"/>
    <w:rsid w:val="00EF66D1"/>
    <w:rsid w:val="00EF7FB7"/>
    <w:rsid w:val="00F40FE8"/>
    <w:rsid w:val="00F42AC9"/>
    <w:rsid w:val="00F7478C"/>
    <w:rsid w:val="00FE6164"/>
    <w:rsid w:val="00FF7A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8356F"/>
  <w15:docId w15:val="{CFC3BFBF-D2DA-4924-9358-21E2D3E6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3FF"/>
    <w:pPr>
      <w:spacing w:line="240" w:lineRule="auto"/>
    </w:pPr>
    <w:rPr>
      <w:rFonts w:ascii="Times New Roman" w:eastAsia="Times New Roman" w:hAnsi="Times New Roman" w:cs="Times New Roman"/>
      <w:sz w:val="24"/>
    </w:rPr>
  </w:style>
  <w:style w:type="paragraph" w:styleId="Naslov1">
    <w:name w:val="heading 1"/>
    <w:basedOn w:val="Normal"/>
    <w:link w:val="Naslov1Char"/>
    <w:uiPriority w:val="9"/>
    <w:qFormat/>
    <w:rsid w:val="007408ED"/>
    <w:pPr>
      <w:spacing w:before="100" w:beforeAutospacing="1" w:after="100" w:afterAutospacing="1"/>
      <w:outlineLvl w:val="0"/>
    </w:pPr>
    <w:rPr>
      <w:b/>
      <w:bCs/>
      <w:kern w:val="36"/>
      <w:sz w:val="32"/>
      <w:szCs w:val="48"/>
    </w:rPr>
  </w:style>
  <w:style w:type="paragraph" w:styleId="Naslov2">
    <w:name w:val="heading 2"/>
    <w:basedOn w:val="Normal"/>
    <w:link w:val="Naslov2Char"/>
    <w:uiPriority w:val="9"/>
    <w:qFormat/>
    <w:rsid w:val="007408ED"/>
    <w:pPr>
      <w:spacing w:before="100" w:beforeAutospacing="1" w:after="100" w:afterAutospacing="1"/>
      <w:outlineLvl w:val="1"/>
    </w:pPr>
    <w:rPr>
      <w:b/>
      <w:bCs/>
      <w:sz w:val="28"/>
      <w:szCs w:val="36"/>
    </w:rPr>
  </w:style>
  <w:style w:type="paragraph" w:styleId="Naslov3">
    <w:name w:val="heading 3"/>
    <w:basedOn w:val="Normal"/>
    <w:next w:val="Normal"/>
    <w:link w:val="Naslov3Char"/>
    <w:uiPriority w:val="9"/>
    <w:unhideWhenUsed/>
    <w:qFormat/>
    <w:rsid w:val="001865F2"/>
    <w:pPr>
      <w:keepNext/>
      <w:keepLines/>
      <w:spacing w:before="200" w:after="0"/>
      <w:outlineLvl w:val="2"/>
    </w:pPr>
    <w:rPr>
      <w:rFonts w:asciiTheme="majorHAnsi" w:eastAsiaTheme="majorEastAsia" w:hAnsiTheme="majorHAnsi" w:cstheme="majorBidi"/>
      <w:b/>
      <w:bCs/>
      <w:color w:val="4F81BD" w:themeColor="accent1"/>
      <w:lang w:val="en-US" w:eastAsia="en-US"/>
    </w:rPr>
  </w:style>
  <w:style w:type="paragraph" w:styleId="Naslov4">
    <w:name w:val="heading 4"/>
    <w:basedOn w:val="Normal"/>
    <w:next w:val="Normal"/>
    <w:link w:val="Naslov4Char"/>
    <w:uiPriority w:val="9"/>
    <w:semiHidden/>
    <w:unhideWhenUsed/>
    <w:qFormat/>
    <w:rsid w:val="001865F2"/>
    <w:pPr>
      <w:keepNext/>
      <w:keepLines/>
      <w:spacing w:before="200" w:after="0"/>
      <w:outlineLvl w:val="3"/>
    </w:pPr>
    <w:rPr>
      <w:rFonts w:asciiTheme="majorHAnsi" w:eastAsiaTheme="majorEastAsia" w:hAnsiTheme="majorHAnsi" w:cstheme="majorBidi"/>
      <w:b/>
      <w:bCs/>
      <w:i/>
      <w:iCs/>
      <w:color w:val="4F81BD" w:themeColor="accent1"/>
      <w:lang w:val="en-US" w:eastAsia="en-US"/>
    </w:rPr>
  </w:style>
  <w:style w:type="paragraph" w:styleId="Naslov5">
    <w:name w:val="heading 5"/>
    <w:basedOn w:val="Normal"/>
    <w:next w:val="Normal"/>
    <w:link w:val="Naslov5Char"/>
    <w:uiPriority w:val="9"/>
    <w:semiHidden/>
    <w:unhideWhenUsed/>
    <w:qFormat/>
    <w:rsid w:val="001865F2"/>
    <w:pPr>
      <w:keepNext/>
      <w:keepLines/>
      <w:spacing w:before="200" w:after="0"/>
      <w:outlineLvl w:val="4"/>
    </w:pPr>
    <w:rPr>
      <w:rFonts w:asciiTheme="majorHAnsi" w:eastAsiaTheme="majorEastAsia" w:hAnsiTheme="majorHAnsi" w:cstheme="majorBidi"/>
      <w:color w:val="243F60" w:themeColor="accent1" w:themeShade="7F"/>
      <w:lang w:val="en-US" w:eastAsia="en-US"/>
    </w:rPr>
  </w:style>
  <w:style w:type="paragraph" w:styleId="Naslov6">
    <w:name w:val="heading 6"/>
    <w:basedOn w:val="Normal"/>
    <w:next w:val="Normal"/>
    <w:link w:val="Naslov6Char"/>
    <w:uiPriority w:val="9"/>
    <w:semiHidden/>
    <w:unhideWhenUsed/>
    <w:qFormat/>
    <w:rsid w:val="001865F2"/>
    <w:pPr>
      <w:keepNext/>
      <w:keepLines/>
      <w:spacing w:before="200" w:after="0"/>
      <w:outlineLvl w:val="5"/>
    </w:pPr>
    <w:rPr>
      <w:rFonts w:asciiTheme="majorHAnsi" w:eastAsiaTheme="majorEastAsia" w:hAnsiTheme="majorHAnsi" w:cstheme="majorBidi"/>
      <w:i/>
      <w:iCs/>
      <w:color w:val="243F60" w:themeColor="accent1" w:themeShade="7F"/>
      <w:lang w:val="en-US" w:eastAsia="en-US"/>
    </w:rPr>
  </w:style>
  <w:style w:type="paragraph" w:styleId="Naslov7">
    <w:name w:val="heading 7"/>
    <w:basedOn w:val="Normal"/>
    <w:next w:val="Normal"/>
    <w:link w:val="Naslov7Char"/>
    <w:uiPriority w:val="9"/>
    <w:semiHidden/>
    <w:unhideWhenUsed/>
    <w:qFormat/>
    <w:rsid w:val="001865F2"/>
    <w:pPr>
      <w:keepNext/>
      <w:keepLines/>
      <w:spacing w:before="200" w:after="0"/>
      <w:outlineLvl w:val="6"/>
    </w:pPr>
    <w:rPr>
      <w:rFonts w:asciiTheme="majorHAnsi" w:eastAsiaTheme="majorEastAsia" w:hAnsiTheme="majorHAnsi" w:cstheme="majorBidi"/>
      <w:i/>
      <w:iCs/>
      <w:color w:val="404040" w:themeColor="text1" w:themeTint="BF"/>
      <w:lang w:val="en-US" w:eastAsia="en-US"/>
    </w:rPr>
  </w:style>
  <w:style w:type="paragraph" w:styleId="Naslov8">
    <w:name w:val="heading 8"/>
    <w:basedOn w:val="Normal"/>
    <w:next w:val="Normal"/>
    <w:link w:val="Naslov8Char"/>
    <w:uiPriority w:val="9"/>
    <w:semiHidden/>
    <w:unhideWhenUsed/>
    <w:qFormat/>
    <w:rsid w:val="001865F2"/>
    <w:pPr>
      <w:keepNext/>
      <w:keepLines/>
      <w:spacing w:before="200" w:after="0"/>
      <w:outlineLvl w:val="7"/>
    </w:pPr>
    <w:rPr>
      <w:rFonts w:asciiTheme="majorHAnsi" w:eastAsiaTheme="majorEastAsia" w:hAnsiTheme="majorHAnsi" w:cstheme="majorBidi"/>
      <w:color w:val="4F81BD" w:themeColor="accent1"/>
      <w:sz w:val="20"/>
      <w:szCs w:val="20"/>
      <w:lang w:val="en-US" w:eastAsia="en-US"/>
    </w:rPr>
  </w:style>
  <w:style w:type="paragraph" w:styleId="Naslov9">
    <w:name w:val="heading 9"/>
    <w:basedOn w:val="Normal"/>
    <w:next w:val="Normal"/>
    <w:link w:val="Naslov9Char"/>
    <w:uiPriority w:val="9"/>
    <w:semiHidden/>
    <w:unhideWhenUsed/>
    <w:qFormat/>
    <w:rsid w:val="001865F2"/>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408ED"/>
    <w:pPr>
      <w:spacing w:after="0"/>
    </w:pPr>
    <w:rPr>
      <w:rFonts w:cs="Tahoma"/>
      <w:sz w:val="16"/>
      <w:szCs w:val="16"/>
    </w:rPr>
  </w:style>
  <w:style w:type="character" w:customStyle="1" w:styleId="TekstbaloniaChar">
    <w:name w:val="Tekst balončića Char"/>
    <w:basedOn w:val="Zadanifontodlomka"/>
    <w:link w:val="Tekstbalonia"/>
    <w:uiPriority w:val="99"/>
    <w:semiHidden/>
    <w:rsid w:val="007408ED"/>
    <w:rPr>
      <w:rFonts w:ascii="Times New Roman" w:hAnsi="Times New Roman" w:cs="Tahoma"/>
      <w:sz w:val="16"/>
      <w:szCs w:val="16"/>
    </w:rPr>
  </w:style>
  <w:style w:type="character" w:customStyle="1" w:styleId="Naslov1Char">
    <w:name w:val="Naslov 1 Char"/>
    <w:basedOn w:val="Zadanifontodlomka"/>
    <w:link w:val="Naslov1"/>
    <w:uiPriority w:val="9"/>
    <w:rsid w:val="007408ED"/>
    <w:rPr>
      <w:rFonts w:ascii="Times New Roman" w:eastAsia="Times New Roman" w:hAnsi="Times New Roman" w:cs="Times New Roman"/>
      <w:b/>
      <w:bCs/>
      <w:kern w:val="36"/>
      <w:sz w:val="48"/>
      <w:szCs w:val="48"/>
    </w:rPr>
  </w:style>
  <w:style w:type="character" w:customStyle="1" w:styleId="Naslov2Char">
    <w:name w:val="Naslov 2 Char"/>
    <w:basedOn w:val="Zadanifontodlomka"/>
    <w:link w:val="Naslov2"/>
    <w:uiPriority w:val="9"/>
    <w:rsid w:val="007408ED"/>
    <w:rPr>
      <w:rFonts w:ascii="Times New Roman" w:eastAsia="Times New Roman" w:hAnsi="Times New Roman" w:cs="Times New Roman"/>
      <w:b/>
      <w:bCs/>
      <w:sz w:val="36"/>
      <w:szCs w:val="36"/>
    </w:rPr>
  </w:style>
  <w:style w:type="paragraph" w:styleId="StandardWeb">
    <w:name w:val="Normal (Web)"/>
    <w:basedOn w:val="Normal"/>
    <w:uiPriority w:val="99"/>
    <w:semiHidden/>
    <w:unhideWhenUsed/>
    <w:rsid w:val="007408ED"/>
    <w:pPr>
      <w:spacing w:before="100" w:beforeAutospacing="1" w:after="100" w:afterAutospacing="1"/>
    </w:pPr>
    <w:rPr>
      <w:szCs w:val="24"/>
    </w:rPr>
  </w:style>
  <w:style w:type="paragraph" w:customStyle="1" w:styleId="isselectedend">
    <w:name w:val="isselectedend"/>
    <w:basedOn w:val="Normal"/>
    <w:rsid w:val="00FE6164"/>
    <w:pPr>
      <w:spacing w:before="100" w:beforeAutospacing="1" w:after="100" w:afterAutospacing="1"/>
    </w:pPr>
    <w:rPr>
      <w:szCs w:val="24"/>
    </w:rPr>
  </w:style>
  <w:style w:type="character" w:styleId="Naglaeno">
    <w:name w:val="Strong"/>
    <w:basedOn w:val="Zadanifontodlomka"/>
    <w:uiPriority w:val="22"/>
    <w:qFormat/>
    <w:rsid w:val="00FE6164"/>
    <w:rPr>
      <w:rFonts w:ascii="Times New Roman" w:hAnsi="Times New Roman"/>
      <w:b/>
      <w:bCs/>
    </w:rPr>
  </w:style>
  <w:style w:type="paragraph" w:styleId="Odlomakpopisa">
    <w:name w:val="List Paragraph"/>
    <w:basedOn w:val="Normal"/>
    <w:uiPriority w:val="34"/>
    <w:qFormat/>
    <w:rsid w:val="00363952"/>
    <w:pPr>
      <w:ind w:left="720"/>
      <w:contextualSpacing/>
    </w:pPr>
  </w:style>
  <w:style w:type="table" w:customStyle="1" w:styleId="Tablicareetke4-isticanje11">
    <w:name w:val="Tablica rešetke 4 - isticanje 11"/>
    <w:basedOn w:val="Obinatablica"/>
    <w:uiPriority w:val="49"/>
    <w:rsid w:val="00363952"/>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eetkatablice">
    <w:name w:val="Table Grid"/>
    <w:basedOn w:val="Obinatablica"/>
    <w:uiPriority w:val="59"/>
    <w:rsid w:val="001379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adrajitablice">
    <w:name w:val="Sadržaji tablice"/>
    <w:basedOn w:val="Normal"/>
    <w:qFormat/>
    <w:rsid w:val="001379BF"/>
    <w:pPr>
      <w:widowControl w:val="0"/>
      <w:suppressLineNumbers/>
      <w:suppressAutoHyphens/>
      <w:overflowPunct w:val="0"/>
      <w:spacing w:after="0"/>
    </w:pPr>
    <w:rPr>
      <w:rFonts w:eastAsia="SimSun" w:cs="Mangal"/>
      <w:kern w:val="2"/>
      <w:szCs w:val="24"/>
      <w:lang w:val="en-US" w:eastAsia="zh-CN" w:bidi="hi-IN"/>
    </w:rPr>
  </w:style>
  <w:style w:type="table" w:customStyle="1" w:styleId="Tablicareetke2-isticanje11">
    <w:name w:val="Tablica rešetke 2 - isticanje 11"/>
    <w:basedOn w:val="Obinatablica"/>
    <w:uiPriority w:val="47"/>
    <w:rsid w:val="001379BF"/>
    <w:pPr>
      <w:spacing w:after="0" w:line="240" w:lineRule="auto"/>
    </w:pPr>
    <w:rPr>
      <w:rFonts w:ascii="Times New Roman" w:eastAsia="Times New Roman" w:hAnsi="Times New Roman" w:cs="Times New Roman"/>
      <w:sz w:val="24"/>
      <w:szCs w:val="24"/>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1">
    <w:name w:val="List Table 3 - Accent 11"/>
    <w:basedOn w:val="Obinatablica"/>
    <w:uiPriority w:val="48"/>
    <w:rsid w:val="00E52FB3"/>
    <w:pPr>
      <w:spacing w:before="100" w:after="0" w:line="240" w:lineRule="auto"/>
    </w:pPr>
    <w:rPr>
      <w:sz w:val="20"/>
      <w:szCs w:val="20"/>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Normal1">
    <w:name w:val="Normal1"/>
    <w:rsid w:val="00DE16E0"/>
    <w:pPr>
      <w:spacing w:after="0" w:line="240" w:lineRule="auto"/>
    </w:pPr>
    <w:rPr>
      <w:rFonts w:ascii="Times New Roman" w:eastAsia="Times New Roman" w:hAnsi="Times New Roman" w:cs="Times New Roman"/>
      <w:color w:val="000000"/>
      <w:sz w:val="24"/>
      <w:szCs w:val="24"/>
    </w:rPr>
  </w:style>
  <w:style w:type="paragraph" w:customStyle="1" w:styleId="Default">
    <w:name w:val="Default"/>
    <w:rsid w:val="00DE16E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ormal2">
    <w:name w:val="Normal2"/>
    <w:rsid w:val="00EF7FB7"/>
    <w:pPr>
      <w:spacing w:after="160" w:line="240" w:lineRule="auto"/>
    </w:pPr>
    <w:rPr>
      <w:rFonts w:ascii="Times New Roman" w:eastAsia="Aptos" w:hAnsi="Times New Roman" w:cs="Aptos"/>
      <w:sz w:val="24"/>
      <w:szCs w:val="24"/>
    </w:rPr>
  </w:style>
  <w:style w:type="paragraph" w:customStyle="1" w:styleId="paragraph">
    <w:name w:val="paragraph"/>
    <w:basedOn w:val="Normal"/>
    <w:rsid w:val="00EF7FB7"/>
    <w:pPr>
      <w:spacing w:before="100" w:beforeAutospacing="1" w:after="100" w:afterAutospacing="1"/>
    </w:pPr>
    <w:rPr>
      <w:szCs w:val="24"/>
    </w:rPr>
  </w:style>
  <w:style w:type="character" w:customStyle="1" w:styleId="normaltextrun">
    <w:name w:val="normaltextrun"/>
    <w:basedOn w:val="Zadanifontodlomka"/>
    <w:rsid w:val="00EF7FB7"/>
    <w:rPr>
      <w:rFonts w:ascii="Times New Roman" w:hAnsi="Times New Roman"/>
    </w:rPr>
  </w:style>
  <w:style w:type="character" w:customStyle="1" w:styleId="eop">
    <w:name w:val="eop"/>
    <w:basedOn w:val="Zadanifontodlomka"/>
    <w:rsid w:val="00EF7FB7"/>
    <w:rPr>
      <w:rFonts w:ascii="Times New Roman" w:hAnsi="Times New Roman"/>
    </w:rPr>
  </w:style>
  <w:style w:type="character" w:customStyle="1" w:styleId="Naslov3Char">
    <w:name w:val="Naslov 3 Char"/>
    <w:basedOn w:val="Zadanifontodlomka"/>
    <w:link w:val="Naslov3"/>
    <w:uiPriority w:val="9"/>
    <w:rsid w:val="001865F2"/>
    <w:rPr>
      <w:rFonts w:asciiTheme="majorHAnsi" w:eastAsiaTheme="majorEastAsia" w:hAnsiTheme="majorHAnsi" w:cstheme="majorBidi"/>
      <w:b/>
      <w:bCs/>
      <w:color w:val="4F81BD" w:themeColor="accent1"/>
      <w:sz w:val="24"/>
      <w:lang w:val="en-US" w:eastAsia="en-US"/>
    </w:rPr>
  </w:style>
  <w:style w:type="character" w:customStyle="1" w:styleId="Naslov4Char">
    <w:name w:val="Naslov 4 Char"/>
    <w:basedOn w:val="Zadanifontodlomka"/>
    <w:link w:val="Naslov4"/>
    <w:uiPriority w:val="9"/>
    <w:semiHidden/>
    <w:rsid w:val="001865F2"/>
    <w:rPr>
      <w:rFonts w:asciiTheme="majorHAnsi" w:eastAsiaTheme="majorEastAsia" w:hAnsiTheme="majorHAnsi" w:cstheme="majorBidi"/>
      <w:b/>
      <w:bCs/>
      <w:i/>
      <w:iCs/>
      <w:color w:val="4F81BD" w:themeColor="accent1"/>
      <w:sz w:val="24"/>
      <w:lang w:val="en-US" w:eastAsia="en-US"/>
    </w:rPr>
  </w:style>
  <w:style w:type="character" w:customStyle="1" w:styleId="Naslov5Char">
    <w:name w:val="Naslov 5 Char"/>
    <w:basedOn w:val="Zadanifontodlomka"/>
    <w:link w:val="Naslov5"/>
    <w:uiPriority w:val="9"/>
    <w:semiHidden/>
    <w:rsid w:val="001865F2"/>
    <w:rPr>
      <w:rFonts w:asciiTheme="majorHAnsi" w:eastAsiaTheme="majorEastAsia" w:hAnsiTheme="majorHAnsi" w:cstheme="majorBidi"/>
      <w:color w:val="243F60" w:themeColor="accent1" w:themeShade="7F"/>
      <w:sz w:val="24"/>
      <w:lang w:val="en-US" w:eastAsia="en-US"/>
    </w:rPr>
  </w:style>
  <w:style w:type="character" w:customStyle="1" w:styleId="Naslov6Char">
    <w:name w:val="Naslov 6 Char"/>
    <w:basedOn w:val="Zadanifontodlomka"/>
    <w:link w:val="Naslov6"/>
    <w:uiPriority w:val="9"/>
    <w:semiHidden/>
    <w:rsid w:val="001865F2"/>
    <w:rPr>
      <w:rFonts w:asciiTheme="majorHAnsi" w:eastAsiaTheme="majorEastAsia" w:hAnsiTheme="majorHAnsi" w:cstheme="majorBidi"/>
      <w:i/>
      <w:iCs/>
      <w:color w:val="243F60" w:themeColor="accent1" w:themeShade="7F"/>
      <w:sz w:val="24"/>
      <w:lang w:val="en-US" w:eastAsia="en-US"/>
    </w:rPr>
  </w:style>
  <w:style w:type="character" w:customStyle="1" w:styleId="Naslov7Char">
    <w:name w:val="Naslov 7 Char"/>
    <w:basedOn w:val="Zadanifontodlomka"/>
    <w:link w:val="Naslov7"/>
    <w:uiPriority w:val="9"/>
    <w:semiHidden/>
    <w:rsid w:val="001865F2"/>
    <w:rPr>
      <w:rFonts w:asciiTheme="majorHAnsi" w:eastAsiaTheme="majorEastAsia" w:hAnsiTheme="majorHAnsi" w:cstheme="majorBidi"/>
      <w:i/>
      <w:iCs/>
      <w:color w:val="404040" w:themeColor="text1" w:themeTint="BF"/>
      <w:sz w:val="24"/>
      <w:lang w:val="en-US" w:eastAsia="en-US"/>
    </w:rPr>
  </w:style>
  <w:style w:type="character" w:customStyle="1" w:styleId="Naslov8Char">
    <w:name w:val="Naslov 8 Char"/>
    <w:basedOn w:val="Zadanifontodlomka"/>
    <w:link w:val="Naslov8"/>
    <w:uiPriority w:val="9"/>
    <w:semiHidden/>
    <w:rsid w:val="001865F2"/>
    <w:rPr>
      <w:rFonts w:asciiTheme="majorHAnsi" w:eastAsiaTheme="majorEastAsia" w:hAnsiTheme="majorHAnsi" w:cstheme="majorBidi"/>
      <w:color w:val="4F81BD" w:themeColor="accent1"/>
      <w:sz w:val="20"/>
      <w:szCs w:val="20"/>
      <w:lang w:val="en-US" w:eastAsia="en-US"/>
    </w:rPr>
  </w:style>
  <w:style w:type="character" w:customStyle="1" w:styleId="Naslov9Char">
    <w:name w:val="Naslov 9 Char"/>
    <w:basedOn w:val="Zadanifontodlomka"/>
    <w:link w:val="Naslov9"/>
    <w:uiPriority w:val="9"/>
    <w:semiHidden/>
    <w:rsid w:val="001865F2"/>
    <w:rPr>
      <w:rFonts w:asciiTheme="majorHAnsi" w:eastAsiaTheme="majorEastAsia" w:hAnsiTheme="majorHAnsi" w:cstheme="majorBidi"/>
      <w:i/>
      <w:iCs/>
      <w:color w:val="404040" w:themeColor="text1" w:themeTint="BF"/>
      <w:sz w:val="20"/>
      <w:szCs w:val="20"/>
      <w:lang w:val="en-US" w:eastAsia="en-US"/>
    </w:rPr>
  </w:style>
  <w:style w:type="paragraph" w:styleId="Zaglavlje">
    <w:name w:val="header"/>
    <w:basedOn w:val="Normal"/>
    <w:link w:val="ZaglavljeChar"/>
    <w:uiPriority w:val="99"/>
    <w:unhideWhenUsed/>
    <w:rsid w:val="001865F2"/>
    <w:pPr>
      <w:tabs>
        <w:tab w:val="center" w:pos="4680"/>
        <w:tab w:val="right" w:pos="9360"/>
      </w:tabs>
      <w:spacing w:after="0"/>
    </w:pPr>
    <w:rPr>
      <w:lang w:val="en-US" w:eastAsia="en-US"/>
    </w:rPr>
  </w:style>
  <w:style w:type="character" w:customStyle="1" w:styleId="ZaglavljeChar">
    <w:name w:val="Zaglavlje Char"/>
    <w:basedOn w:val="Zadanifontodlomka"/>
    <w:link w:val="Zaglavlje"/>
    <w:uiPriority w:val="99"/>
    <w:rsid w:val="001865F2"/>
    <w:rPr>
      <w:rFonts w:ascii="Times New Roman" w:eastAsia="Times New Roman" w:hAnsi="Times New Roman"/>
      <w:sz w:val="24"/>
      <w:lang w:val="en-US" w:eastAsia="en-US"/>
    </w:rPr>
  </w:style>
  <w:style w:type="paragraph" w:styleId="Podnoje">
    <w:name w:val="footer"/>
    <w:basedOn w:val="Normal"/>
    <w:link w:val="PodnojeChar"/>
    <w:uiPriority w:val="99"/>
    <w:unhideWhenUsed/>
    <w:rsid w:val="001865F2"/>
    <w:pPr>
      <w:tabs>
        <w:tab w:val="center" w:pos="4680"/>
        <w:tab w:val="right" w:pos="9360"/>
      </w:tabs>
      <w:spacing w:after="0"/>
    </w:pPr>
    <w:rPr>
      <w:lang w:val="en-US" w:eastAsia="en-US"/>
    </w:rPr>
  </w:style>
  <w:style w:type="character" w:customStyle="1" w:styleId="PodnojeChar">
    <w:name w:val="Podnožje Char"/>
    <w:basedOn w:val="Zadanifontodlomka"/>
    <w:link w:val="Podnoje"/>
    <w:uiPriority w:val="99"/>
    <w:rsid w:val="001865F2"/>
    <w:rPr>
      <w:rFonts w:ascii="Times New Roman" w:eastAsia="Times New Roman" w:hAnsi="Times New Roman"/>
      <w:sz w:val="24"/>
      <w:lang w:val="en-US" w:eastAsia="en-US"/>
    </w:rPr>
  </w:style>
  <w:style w:type="paragraph" w:styleId="Bezproreda">
    <w:name w:val="No Spacing"/>
    <w:uiPriority w:val="1"/>
    <w:qFormat/>
    <w:rsid w:val="001865F2"/>
    <w:pPr>
      <w:spacing w:after="0" w:line="240" w:lineRule="auto"/>
    </w:pPr>
    <w:rPr>
      <w:rFonts w:ascii="Times New Roman" w:hAnsi="Times New Roman"/>
      <w:lang w:val="en-US" w:eastAsia="en-US"/>
    </w:rPr>
  </w:style>
  <w:style w:type="paragraph" w:styleId="Naslov">
    <w:name w:val="Title"/>
    <w:basedOn w:val="Normal"/>
    <w:next w:val="Normal"/>
    <w:link w:val="NaslovChar"/>
    <w:uiPriority w:val="10"/>
    <w:qFormat/>
    <w:rsid w:val="001865F2"/>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48"/>
      <w:szCs w:val="52"/>
      <w:lang w:val="en-US" w:eastAsia="en-US"/>
    </w:rPr>
  </w:style>
  <w:style w:type="character" w:customStyle="1" w:styleId="NaslovChar">
    <w:name w:val="Naslov Char"/>
    <w:basedOn w:val="Zadanifontodlomka"/>
    <w:link w:val="Naslov"/>
    <w:uiPriority w:val="10"/>
    <w:rsid w:val="001865F2"/>
    <w:rPr>
      <w:rFonts w:asciiTheme="majorHAnsi" w:eastAsiaTheme="majorEastAsia" w:hAnsiTheme="majorHAnsi" w:cstheme="majorBidi"/>
      <w:color w:val="17365D" w:themeColor="text2" w:themeShade="BF"/>
      <w:spacing w:val="5"/>
      <w:kern w:val="28"/>
      <w:sz w:val="52"/>
      <w:szCs w:val="52"/>
      <w:lang w:val="en-US" w:eastAsia="en-US"/>
    </w:rPr>
  </w:style>
  <w:style w:type="paragraph" w:styleId="Podnaslov">
    <w:name w:val="Subtitle"/>
    <w:basedOn w:val="Normal"/>
    <w:next w:val="Normal"/>
    <w:link w:val="PodnaslovChar"/>
    <w:uiPriority w:val="11"/>
    <w:qFormat/>
    <w:rsid w:val="001865F2"/>
    <w:pPr>
      <w:numPr>
        <w:ilvl w:val="1"/>
      </w:numPr>
    </w:pPr>
    <w:rPr>
      <w:rFonts w:asciiTheme="majorHAnsi" w:eastAsiaTheme="majorEastAsia" w:hAnsiTheme="majorHAnsi" w:cstheme="majorBidi"/>
      <w:i/>
      <w:iCs/>
      <w:color w:val="4F81BD" w:themeColor="accent1"/>
      <w:spacing w:val="15"/>
      <w:szCs w:val="24"/>
      <w:lang w:val="en-US" w:eastAsia="en-US"/>
    </w:rPr>
  </w:style>
  <w:style w:type="character" w:customStyle="1" w:styleId="PodnaslovChar">
    <w:name w:val="Podnaslov Char"/>
    <w:basedOn w:val="Zadanifontodlomka"/>
    <w:link w:val="Podnaslov"/>
    <w:uiPriority w:val="11"/>
    <w:rsid w:val="001865F2"/>
    <w:rPr>
      <w:rFonts w:asciiTheme="majorHAnsi" w:eastAsiaTheme="majorEastAsia" w:hAnsiTheme="majorHAnsi" w:cstheme="majorBidi"/>
      <w:i/>
      <w:iCs/>
      <w:color w:val="4F81BD" w:themeColor="accent1"/>
      <w:spacing w:val="15"/>
      <w:sz w:val="24"/>
      <w:szCs w:val="24"/>
      <w:lang w:val="en-US" w:eastAsia="en-US"/>
    </w:rPr>
  </w:style>
  <w:style w:type="paragraph" w:styleId="Tijeloteksta">
    <w:name w:val="Body Text"/>
    <w:basedOn w:val="Normal"/>
    <w:link w:val="TijelotekstaChar"/>
    <w:uiPriority w:val="99"/>
    <w:unhideWhenUsed/>
    <w:rsid w:val="001865F2"/>
    <w:pPr>
      <w:spacing w:after="120"/>
    </w:pPr>
    <w:rPr>
      <w:lang w:val="en-US" w:eastAsia="en-US"/>
    </w:rPr>
  </w:style>
  <w:style w:type="character" w:customStyle="1" w:styleId="TijelotekstaChar">
    <w:name w:val="Tijelo teksta Char"/>
    <w:basedOn w:val="Zadanifontodlomka"/>
    <w:link w:val="Tijeloteksta"/>
    <w:uiPriority w:val="99"/>
    <w:rsid w:val="001865F2"/>
    <w:rPr>
      <w:rFonts w:ascii="Times New Roman" w:eastAsia="Times New Roman" w:hAnsi="Times New Roman"/>
      <w:sz w:val="24"/>
      <w:lang w:val="en-US" w:eastAsia="en-US"/>
    </w:rPr>
  </w:style>
  <w:style w:type="paragraph" w:styleId="Tijeloteksta2">
    <w:name w:val="Body Text 2"/>
    <w:basedOn w:val="Normal"/>
    <w:link w:val="Tijeloteksta2Char"/>
    <w:uiPriority w:val="99"/>
    <w:unhideWhenUsed/>
    <w:rsid w:val="001865F2"/>
    <w:pPr>
      <w:spacing w:after="120"/>
    </w:pPr>
    <w:rPr>
      <w:lang w:val="en-US" w:eastAsia="en-US"/>
    </w:rPr>
  </w:style>
  <w:style w:type="character" w:customStyle="1" w:styleId="Tijeloteksta2Char">
    <w:name w:val="Tijelo teksta 2 Char"/>
    <w:basedOn w:val="Zadanifontodlomka"/>
    <w:link w:val="Tijeloteksta2"/>
    <w:uiPriority w:val="99"/>
    <w:rsid w:val="001865F2"/>
    <w:rPr>
      <w:rFonts w:ascii="Times New Roman" w:eastAsia="Times New Roman" w:hAnsi="Times New Roman"/>
      <w:sz w:val="24"/>
      <w:lang w:val="en-US" w:eastAsia="en-US"/>
    </w:rPr>
  </w:style>
  <w:style w:type="paragraph" w:styleId="Tijeloteksta3">
    <w:name w:val="Body Text 3"/>
    <w:basedOn w:val="Normal"/>
    <w:link w:val="Tijeloteksta3Char"/>
    <w:uiPriority w:val="99"/>
    <w:unhideWhenUsed/>
    <w:rsid w:val="001865F2"/>
    <w:pPr>
      <w:spacing w:after="120"/>
    </w:pPr>
    <w:rPr>
      <w:sz w:val="16"/>
      <w:szCs w:val="16"/>
      <w:lang w:val="en-US" w:eastAsia="en-US"/>
    </w:rPr>
  </w:style>
  <w:style w:type="character" w:customStyle="1" w:styleId="Tijeloteksta3Char">
    <w:name w:val="Tijelo teksta 3 Char"/>
    <w:basedOn w:val="Zadanifontodlomka"/>
    <w:link w:val="Tijeloteksta3"/>
    <w:uiPriority w:val="99"/>
    <w:rsid w:val="001865F2"/>
    <w:rPr>
      <w:rFonts w:ascii="Times New Roman" w:eastAsia="Times New Roman" w:hAnsi="Times New Roman"/>
      <w:sz w:val="16"/>
      <w:szCs w:val="16"/>
      <w:lang w:val="en-US" w:eastAsia="en-US"/>
    </w:rPr>
  </w:style>
  <w:style w:type="paragraph" w:styleId="Popis">
    <w:name w:val="List"/>
    <w:basedOn w:val="Normal"/>
    <w:uiPriority w:val="99"/>
    <w:unhideWhenUsed/>
    <w:rsid w:val="001865F2"/>
    <w:pPr>
      <w:ind w:left="360" w:hanging="360"/>
      <w:contextualSpacing/>
    </w:pPr>
    <w:rPr>
      <w:lang w:val="en-US" w:eastAsia="en-US"/>
    </w:rPr>
  </w:style>
  <w:style w:type="paragraph" w:styleId="Popis2">
    <w:name w:val="List 2"/>
    <w:basedOn w:val="Normal"/>
    <w:uiPriority w:val="99"/>
    <w:unhideWhenUsed/>
    <w:rsid w:val="001865F2"/>
    <w:pPr>
      <w:ind w:left="720" w:hanging="360"/>
      <w:contextualSpacing/>
    </w:pPr>
    <w:rPr>
      <w:lang w:val="en-US" w:eastAsia="en-US"/>
    </w:rPr>
  </w:style>
  <w:style w:type="paragraph" w:styleId="Popis3">
    <w:name w:val="List 3"/>
    <w:basedOn w:val="Normal"/>
    <w:uiPriority w:val="99"/>
    <w:unhideWhenUsed/>
    <w:rsid w:val="001865F2"/>
    <w:pPr>
      <w:ind w:left="1080" w:hanging="360"/>
      <w:contextualSpacing/>
    </w:pPr>
    <w:rPr>
      <w:lang w:val="en-US" w:eastAsia="en-US"/>
    </w:rPr>
  </w:style>
  <w:style w:type="paragraph" w:styleId="Grafikeoznake">
    <w:name w:val="List Bullet"/>
    <w:basedOn w:val="Normal"/>
    <w:uiPriority w:val="99"/>
    <w:unhideWhenUsed/>
    <w:rsid w:val="001865F2"/>
    <w:pPr>
      <w:numPr>
        <w:numId w:val="18"/>
      </w:numPr>
      <w:contextualSpacing/>
    </w:pPr>
    <w:rPr>
      <w:lang w:val="en-US" w:eastAsia="en-US"/>
    </w:rPr>
  </w:style>
  <w:style w:type="paragraph" w:styleId="Grafikeoznake2">
    <w:name w:val="List Bullet 2"/>
    <w:basedOn w:val="Normal"/>
    <w:uiPriority w:val="99"/>
    <w:unhideWhenUsed/>
    <w:rsid w:val="001865F2"/>
    <w:pPr>
      <w:numPr>
        <w:numId w:val="19"/>
      </w:numPr>
      <w:contextualSpacing/>
    </w:pPr>
    <w:rPr>
      <w:lang w:val="en-US" w:eastAsia="en-US"/>
    </w:rPr>
  </w:style>
  <w:style w:type="paragraph" w:styleId="Grafikeoznake3">
    <w:name w:val="List Bullet 3"/>
    <w:basedOn w:val="Normal"/>
    <w:uiPriority w:val="99"/>
    <w:unhideWhenUsed/>
    <w:rsid w:val="001865F2"/>
    <w:pPr>
      <w:numPr>
        <w:numId w:val="20"/>
      </w:numPr>
      <w:contextualSpacing/>
    </w:pPr>
    <w:rPr>
      <w:lang w:val="en-US" w:eastAsia="en-US"/>
    </w:rPr>
  </w:style>
  <w:style w:type="paragraph" w:styleId="Brojevi">
    <w:name w:val="List Number"/>
    <w:basedOn w:val="Normal"/>
    <w:uiPriority w:val="99"/>
    <w:unhideWhenUsed/>
    <w:rsid w:val="001865F2"/>
    <w:pPr>
      <w:numPr>
        <w:numId w:val="22"/>
      </w:numPr>
      <w:contextualSpacing/>
    </w:pPr>
    <w:rPr>
      <w:lang w:val="en-US" w:eastAsia="en-US"/>
    </w:rPr>
  </w:style>
  <w:style w:type="paragraph" w:styleId="Brojevi2">
    <w:name w:val="List Number 2"/>
    <w:basedOn w:val="Normal"/>
    <w:uiPriority w:val="99"/>
    <w:unhideWhenUsed/>
    <w:rsid w:val="001865F2"/>
    <w:pPr>
      <w:numPr>
        <w:numId w:val="23"/>
      </w:numPr>
      <w:contextualSpacing/>
    </w:pPr>
    <w:rPr>
      <w:lang w:val="en-US" w:eastAsia="en-US"/>
    </w:rPr>
  </w:style>
  <w:style w:type="paragraph" w:styleId="Brojevi3">
    <w:name w:val="List Number 3"/>
    <w:basedOn w:val="Normal"/>
    <w:uiPriority w:val="99"/>
    <w:unhideWhenUsed/>
    <w:rsid w:val="001865F2"/>
    <w:pPr>
      <w:numPr>
        <w:numId w:val="24"/>
      </w:numPr>
      <w:contextualSpacing/>
    </w:pPr>
    <w:rPr>
      <w:lang w:val="en-US" w:eastAsia="en-US"/>
    </w:rPr>
  </w:style>
  <w:style w:type="paragraph" w:styleId="Nastavakpopisa">
    <w:name w:val="List Continue"/>
    <w:basedOn w:val="Normal"/>
    <w:uiPriority w:val="99"/>
    <w:unhideWhenUsed/>
    <w:rsid w:val="001865F2"/>
    <w:pPr>
      <w:spacing w:after="120"/>
      <w:ind w:left="360"/>
      <w:contextualSpacing/>
    </w:pPr>
    <w:rPr>
      <w:lang w:val="en-US" w:eastAsia="en-US"/>
    </w:rPr>
  </w:style>
  <w:style w:type="paragraph" w:styleId="Nastavakpopisa2">
    <w:name w:val="List Continue 2"/>
    <w:basedOn w:val="Normal"/>
    <w:uiPriority w:val="99"/>
    <w:unhideWhenUsed/>
    <w:rsid w:val="001865F2"/>
    <w:pPr>
      <w:spacing w:after="120"/>
      <w:ind w:left="720"/>
      <w:contextualSpacing/>
    </w:pPr>
    <w:rPr>
      <w:lang w:val="en-US" w:eastAsia="en-US"/>
    </w:rPr>
  </w:style>
  <w:style w:type="paragraph" w:styleId="Nastavakpopisa3">
    <w:name w:val="List Continue 3"/>
    <w:basedOn w:val="Normal"/>
    <w:uiPriority w:val="99"/>
    <w:unhideWhenUsed/>
    <w:rsid w:val="001865F2"/>
    <w:pPr>
      <w:spacing w:after="120"/>
      <w:ind w:left="1080"/>
      <w:contextualSpacing/>
    </w:pPr>
    <w:rPr>
      <w:lang w:val="en-US" w:eastAsia="en-US"/>
    </w:rPr>
  </w:style>
  <w:style w:type="paragraph" w:styleId="Tekstmakronaredbe">
    <w:name w:val="macro"/>
    <w:link w:val="TekstmakronaredbeChar"/>
    <w:uiPriority w:val="99"/>
    <w:unhideWhenUsed/>
    <w:rsid w:val="001865F2"/>
    <w:pPr>
      <w:tabs>
        <w:tab w:val="left" w:pos="576"/>
        <w:tab w:val="left" w:pos="1152"/>
        <w:tab w:val="left" w:pos="1728"/>
        <w:tab w:val="left" w:pos="2304"/>
        <w:tab w:val="left" w:pos="2880"/>
        <w:tab w:val="left" w:pos="3456"/>
        <w:tab w:val="left" w:pos="4032"/>
      </w:tabs>
      <w:spacing w:line="240" w:lineRule="auto"/>
    </w:pPr>
    <w:rPr>
      <w:rFonts w:ascii="Times New Roman" w:hAnsi="Times New Roman"/>
      <w:sz w:val="20"/>
      <w:szCs w:val="20"/>
      <w:lang w:val="en-US" w:eastAsia="en-US"/>
    </w:rPr>
  </w:style>
  <w:style w:type="character" w:customStyle="1" w:styleId="TekstmakronaredbeChar">
    <w:name w:val="Tekst makronaredbe Char"/>
    <w:basedOn w:val="Zadanifontodlomka"/>
    <w:link w:val="Tekstmakronaredbe"/>
    <w:uiPriority w:val="99"/>
    <w:rsid w:val="001865F2"/>
    <w:rPr>
      <w:rFonts w:ascii="Times New Roman" w:hAnsi="Times New Roman"/>
      <w:sz w:val="20"/>
      <w:szCs w:val="20"/>
      <w:lang w:val="en-US" w:eastAsia="en-US"/>
    </w:rPr>
  </w:style>
  <w:style w:type="paragraph" w:styleId="Citat">
    <w:name w:val="Quote"/>
    <w:basedOn w:val="Normal"/>
    <w:next w:val="Normal"/>
    <w:link w:val="CitatChar"/>
    <w:uiPriority w:val="29"/>
    <w:qFormat/>
    <w:rsid w:val="001865F2"/>
    <w:rPr>
      <w:i/>
      <w:iCs/>
      <w:color w:val="000000" w:themeColor="text1"/>
      <w:lang w:val="en-US" w:eastAsia="en-US"/>
    </w:rPr>
  </w:style>
  <w:style w:type="character" w:customStyle="1" w:styleId="CitatChar">
    <w:name w:val="Citat Char"/>
    <w:basedOn w:val="Zadanifontodlomka"/>
    <w:link w:val="Citat"/>
    <w:uiPriority w:val="29"/>
    <w:rsid w:val="001865F2"/>
    <w:rPr>
      <w:rFonts w:ascii="Times New Roman" w:eastAsia="Times New Roman" w:hAnsi="Times New Roman"/>
      <w:i/>
      <w:iCs/>
      <w:color w:val="000000" w:themeColor="text1"/>
      <w:sz w:val="24"/>
      <w:lang w:val="en-US" w:eastAsia="en-US"/>
    </w:rPr>
  </w:style>
  <w:style w:type="paragraph" w:styleId="Opisslike">
    <w:name w:val="caption"/>
    <w:basedOn w:val="Normal"/>
    <w:next w:val="Normal"/>
    <w:uiPriority w:val="35"/>
    <w:semiHidden/>
    <w:unhideWhenUsed/>
    <w:qFormat/>
    <w:rsid w:val="001865F2"/>
    <w:rPr>
      <w:b/>
      <w:bCs/>
      <w:color w:val="4F81BD" w:themeColor="accent1"/>
      <w:sz w:val="18"/>
      <w:szCs w:val="18"/>
      <w:lang w:val="en-US" w:eastAsia="en-US"/>
    </w:rPr>
  </w:style>
  <w:style w:type="character" w:styleId="Istaknuto">
    <w:name w:val="Emphasis"/>
    <w:basedOn w:val="Zadanifontodlomka"/>
    <w:uiPriority w:val="20"/>
    <w:qFormat/>
    <w:rsid w:val="001865F2"/>
    <w:rPr>
      <w:rFonts w:ascii="Times New Roman" w:hAnsi="Times New Roman"/>
      <w:i/>
      <w:iCs/>
    </w:rPr>
  </w:style>
  <w:style w:type="paragraph" w:styleId="Naglaencitat">
    <w:name w:val="Intense Quote"/>
    <w:basedOn w:val="Normal"/>
    <w:next w:val="Normal"/>
    <w:link w:val="NaglaencitatChar"/>
    <w:uiPriority w:val="30"/>
    <w:qFormat/>
    <w:rsid w:val="001865F2"/>
    <w:pPr>
      <w:pBdr>
        <w:bottom w:val="single" w:sz="4" w:space="4" w:color="4F81BD" w:themeColor="accent1"/>
      </w:pBdr>
      <w:spacing w:before="200" w:after="280"/>
      <w:ind w:left="936" w:right="936"/>
    </w:pPr>
    <w:rPr>
      <w:b/>
      <w:bCs/>
      <w:i/>
      <w:iCs/>
      <w:color w:val="4F81BD" w:themeColor="accent1"/>
      <w:lang w:val="en-US" w:eastAsia="en-US"/>
    </w:rPr>
  </w:style>
  <w:style w:type="character" w:customStyle="1" w:styleId="NaglaencitatChar">
    <w:name w:val="Naglašen citat Char"/>
    <w:basedOn w:val="Zadanifontodlomka"/>
    <w:link w:val="Naglaencitat"/>
    <w:uiPriority w:val="30"/>
    <w:rsid w:val="001865F2"/>
    <w:rPr>
      <w:rFonts w:ascii="Times New Roman" w:eastAsia="Times New Roman" w:hAnsi="Times New Roman"/>
      <w:b/>
      <w:bCs/>
      <w:i/>
      <w:iCs/>
      <w:color w:val="4F81BD" w:themeColor="accent1"/>
      <w:sz w:val="24"/>
      <w:lang w:val="en-US" w:eastAsia="en-US"/>
    </w:rPr>
  </w:style>
  <w:style w:type="character" w:styleId="Neupadljivoisticanje">
    <w:name w:val="Subtle Emphasis"/>
    <w:basedOn w:val="Zadanifontodlomka"/>
    <w:uiPriority w:val="19"/>
    <w:qFormat/>
    <w:rsid w:val="001865F2"/>
    <w:rPr>
      <w:rFonts w:ascii="Times New Roman" w:hAnsi="Times New Roman"/>
      <w:i/>
      <w:iCs/>
      <w:color w:val="808080" w:themeColor="text1" w:themeTint="7F"/>
    </w:rPr>
  </w:style>
  <w:style w:type="character" w:styleId="Jakoisticanje">
    <w:name w:val="Intense Emphasis"/>
    <w:basedOn w:val="Zadanifontodlomka"/>
    <w:uiPriority w:val="21"/>
    <w:qFormat/>
    <w:rsid w:val="001865F2"/>
    <w:rPr>
      <w:rFonts w:ascii="Times New Roman" w:hAnsi="Times New Roman"/>
      <w:b/>
      <w:bCs/>
      <w:i/>
      <w:iCs/>
      <w:color w:val="4F81BD" w:themeColor="accent1"/>
    </w:rPr>
  </w:style>
  <w:style w:type="character" w:styleId="Neupadljivareferenca">
    <w:name w:val="Subtle Reference"/>
    <w:basedOn w:val="Zadanifontodlomka"/>
    <w:uiPriority w:val="31"/>
    <w:qFormat/>
    <w:rsid w:val="001865F2"/>
    <w:rPr>
      <w:rFonts w:ascii="Times New Roman" w:hAnsi="Times New Roman"/>
      <w:smallCaps/>
      <w:color w:val="C0504D" w:themeColor="accent2"/>
      <w:u w:val="single"/>
    </w:rPr>
  </w:style>
  <w:style w:type="character" w:styleId="Istaknutareferenca">
    <w:name w:val="Intense Reference"/>
    <w:basedOn w:val="Zadanifontodlomka"/>
    <w:uiPriority w:val="32"/>
    <w:qFormat/>
    <w:rsid w:val="001865F2"/>
    <w:rPr>
      <w:rFonts w:ascii="Times New Roman" w:hAnsi="Times New Roman"/>
      <w:b/>
      <w:bCs/>
      <w:smallCaps/>
      <w:color w:val="C0504D" w:themeColor="accent2"/>
      <w:spacing w:val="5"/>
      <w:u w:val="single"/>
    </w:rPr>
  </w:style>
  <w:style w:type="character" w:styleId="Naslovknjige">
    <w:name w:val="Book Title"/>
    <w:basedOn w:val="Zadanifontodlomka"/>
    <w:uiPriority w:val="33"/>
    <w:qFormat/>
    <w:rsid w:val="001865F2"/>
    <w:rPr>
      <w:rFonts w:ascii="Times New Roman" w:hAnsi="Times New Roman"/>
      <w:b/>
      <w:bCs/>
      <w:smallCaps/>
      <w:spacing w:val="5"/>
    </w:rPr>
  </w:style>
  <w:style w:type="paragraph" w:styleId="TOCNaslov">
    <w:name w:val="TOC Heading"/>
    <w:basedOn w:val="Naslov1"/>
    <w:next w:val="Normal"/>
    <w:uiPriority w:val="39"/>
    <w:semiHidden/>
    <w:unhideWhenUsed/>
    <w:qFormat/>
    <w:rsid w:val="001865F2"/>
    <w:pPr>
      <w:keepNext/>
      <w:keepLines/>
      <w:spacing w:before="480" w:beforeAutospacing="0" w:after="0" w:afterAutospacing="0"/>
      <w:outlineLvl w:val="9"/>
    </w:pPr>
    <w:rPr>
      <w:rFonts w:asciiTheme="majorHAnsi" w:eastAsiaTheme="majorEastAsia" w:hAnsiTheme="majorHAnsi" w:cstheme="majorBidi"/>
      <w:color w:val="365F91" w:themeColor="accent1" w:themeShade="BF"/>
      <w:kern w:val="0"/>
      <w:sz w:val="28"/>
      <w:szCs w:val="28"/>
      <w:lang w:val="en-US" w:eastAsia="en-US"/>
    </w:rPr>
  </w:style>
  <w:style w:type="table" w:customStyle="1" w:styleId="LightShading1">
    <w:name w:val="Light Shading1"/>
    <w:basedOn w:val="Obinatablica"/>
    <w:uiPriority w:val="60"/>
    <w:rsid w:val="001865F2"/>
    <w:pPr>
      <w:spacing w:after="0" w:line="240" w:lineRule="auto"/>
    </w:pPr>
    <w:rPr>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Obinatablica"/>
    <w:uiPriority w:val="60"/>
    <w:rsid w:val="001865F2"/>
    <w:pPr>
      <w:spacing w:after="0" w:line="240" w:lineRule="auto"/>
    </w:pPr>
    <w:rPr>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1865F2"/>
    <w:pPr>
      <w:spacing w:after="0" w:line="240" w:lineRule="auto"/>
    </w:pPr>
    <w:rPr>
      <w:color w:val="943634" w:themeColor="accent2" w:themeShade="BF"/>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1865F2"/>
    <w:pPr>
      <w:spacing w:after="0" w:line="240" w:lineRule="auto"/>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1865F2"/>
    <w:pPr>
      <w:spacing w:after="0" w:line="240" w:lineRule="auto"/>
    </w:pPr>
    <w:rPr>
      <w:color w:val="5F497A" w:themeColor="accent4" w:themeShade="BF"/>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1865F2"/>
    <w:pPr>
      <w:spacing w:after="0" w:line="240" w:lineRule="auto"/>
    </w:pPr>
    <w:rPr>
      <w:color w:val="31849B" w:themeColor="accent5" w:themeShade="BF"/>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1865F2"/>
    <w:pPr>
      <w:spacing w:after="0" w:line="240" w:lineRule="auto"/>
    </w:pPr>
    <w:rPr>
      <w:color w:val="E36C0A" w:themeColor="accent6" w:themeShade="BF"/>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Obinatablica"/>
    <w:uiPriority w:val="61"/>
    <w:rsid w:val="001865F2"/>
    <w:pPr>
      <w:spacing w:after="0"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Obinatablica"/>
    <w:uiPriority w:val="61"/>
    <w:rsid w:val="001865F2"/>
    <w:pPr>
      <w:spacing w:after="0" w:line="240" w:lineRule="auto"/>
    </w:pPr>
    <w:rPr>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1865F2"/>
    <w:pPr>
      <w:spacing w:after="0" w:line="240" w:lineRule="auto"/>
    </w:pPr>
    <w:rPr>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1865F2"/>
    <w:pPr>
      <w:spacing w:after="0" w:line="240" w:lineRule="auto"/>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1865F2"/>
    <w:pPr>
      <w:spacing w:after="0" w:line="240" w:lineRule="auto"/>
    </w:pPr>
    <w:rPr>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1865F2"/>
    <w:pPr>
      <w:spacing w:after="0" w:line="240" w:lineRule="auto"/>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1865F2"/>
    <w:pPr>
      <w:spacing w:after="0" w:line="240" w:lineRule="auto"/>
    </w:pPr>
    <w:rPr>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Obinatablica"/>
    <w:uiPriority w:val="62"/>
    <w:rsid w:val="001865F2"/>
    <w:pPr>
      <w:spacing w:after="0"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Obinatablica"/>
    <w:uiPriority w:val="62"/>
    <w:rsid w:val="001865F2"/>
    <w:pPr>
      <w:spacing w:after="0" w:line="240" w:lineRule="auto"/>
    </w:pPr>
    <w:rPr>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1865F2"/>
    <w:pPr>
      <w:spacing w:after="0" w:line="240" w:lineRule="auto"/>
    </w:pPr>
    <w:rPr>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1865F2"/>
    <w:pPr>
      <w:spacing w:after="0" w:line="240" w:lineRule="auto"/>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1865F2"/>
    <w:pPr>
      <w:spacing w:after="0" w:line="240" w:lineRule="auto"/>
    </w:pPr>
    <w:rPr>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1865F2"/>
    <w:pPr>
      <w:spacing w:after="0" w:line="240" w:lineRule="auto"/>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1865F2"/>
    <w:pPr>
      <w:spacing w:after="0" w:line="240" w:lineRule="auto"/>
    </w:pPr>
    <w:rPr>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Obinatablica"/>
    <w:uiPriority w:val="63"/>
    <w:rsid w:val="001865F2"/>
    <w:pPr>
      <w:spacing w:after="0" w:line="240" w:lineRule="auto"/>
    </w:pPr>
    <w:rPr>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Obinatablica"/>
    <w:uiPriority w:val="63"/>
    <w:rsid w:val="001865F2"/>
    <w:pPr>
      <w:spacing w:after="0" w:line="240" w:lineRule="auto"/>
    </w:pPr>
    <w:rPr>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1865F2"/>
    <w:pPr>
      <w:spacing w:after="0" w:line="240" w:lineRule="auto"/>
    </w:pPr>
    <w:rPr>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1865F2"/>
    <w:pPr>
      <w:spacing w:after="0" w:line="240" w:lineRule="auto"/>
    </w:pPr>
    <w:rPr>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1865F2"/>
    <w:pPr>
      <w:spacing w:after="0" w:line="240" w:lineRule="auto"/>
    </w:pPr>
    <w:rPr>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1865F2"/>
    <w:pPr>
      <w:spacing w:after="0" w:line="240" w:lineRule="auto"/>
    </w:pPr>
    <w:rPr>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1865F2"/>
    <w:pPr>
      <w:spacing w:after="0" w:line="240" w:lineRule="auto"/>
    </w:pPr>
    <w:rPr>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1865F2"/>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1865F2"/>
    <w:pPr>
      <w:spacing w:after="0" w:line="240" w:lineRule="auto"/>
    </w:pPr>
    <w:rPr>
      <w:color w:val="000000" w:themeColor="text1"/>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Obinatablica"/>
    <w:uiPriority w:val="67"/>
    <w:rsid w:val="001865F2"/>
    <w:pPr>
      <w:spacing w:after="0" w:line="240" w:lineRule="auto"/>
    </w:pPr>
    <w:rPr>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1865F2"/>
    <w:pPr>
      <w:spacing w:after="0" w:line="240" w:lineRule="auto"/>
    </w:pPr>
    <w:rPr>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1865F2"/>
    <w:pPr>
      <w:spacing w:after="0" w:line="240" w:lineRule="auto"/>
    </w:pPr>
    <w:rPr>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1865F2"/>
    <w:pPr>
      <w:spacing w:after="0" w:line="240" w:lineRule="auto"/>
    </w:pPr>
    <w:rPr>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1865F2"/>
    <w:pPr>
      <w:spacing w:after="0" w:line="240" w:lineRule="auto"/>
    </w:pPr>
    <w:rPr>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1865F2"/>
    <w:pPr>
      <w:spacing w:after="0" w:line="240" w:lineRule="auto"/>
    </w:pPr>
    <w:rPr>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1865F2"/>
    <w:pPr>
      <w:spacing w:after="0" w:line="240" w:lineRule="auto"/>
    </w:pPr>
    <w:rPr>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1865F2"/>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1865F2"/>
    <w:pPr>
      <w:spacing w:after="0" w:line="240" w:lineRule="auto"/>
    </w:pPr>
    <w:rPr>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1865F2"/>
    <w:pPr>
      <w:spacing w:after="0" w:line="240" w:lineRule="auto"/>
    </w:pPr>
    <w:rPr>
      <w:color w:val="FFFFFF" w:themeColor="background1"/>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1865F2"/>
    <w:pPr>
      <w:spacing w:after="0" w:line="240" w:lineRule="auto"/>
    </w:pPr>
    <w:rPr>
      <w:color w:val="000000" w:themeColor="text1"/>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1865F2"/>
    <w:pPr>
      <w:spacing w:after="0" w:line="240" w:lineRule="auto"/>
    </w:pPr>
    <w:rPr>
      <w:color w:val="000000" w:themeColor="text1"/>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1865F2"/>
    <w:pPr>
      <w:spacing w:after="0" w:line="240" w:lineRule="auto"/>
    </w:pPr>
    <w:rPr>
      <w:color w:val="000000" w:themeColor="text1"/>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752828">
      <w:bodyDiv w:val="1"/>
      <w:marLeft w:val="0"/>
      <w:marRight w:val="0"/>
      <w:marTop w:val="0"/>
      <w:marBottom w:val="0"/>
      <w:divBdr>
        <w:top w:val="none" w:sz="0" w:space="0" w:color="auto"/>
        <w:left w:val="none" w:sz="0" w:space="0" w:color="auto"/>
        <w:bottom w:val="none" w:sz="0" w:space="0" w:color="auto"/>
        <w:right w:val="none" w:sz="0" w:space="0" w:color="auto"/>
      </w:divBdr>
    </w:div>
    <w:div w:id="1710298481">
      <w:bodyDiv w:val="1"/>
      <w:marLeft w:val="0"/>
      <w:marRight w:val="0"/>
      <w:marTop w:val="0"/>
      <w:marBottom w:val="0"/>
      <w:divBdr>
        <w:top w:val="none" w:sz="0" w:space="0" w:color="auto"/>
        <w:left w:val="none" w:sz="0" w:space="0" w:color="auto"/>
        <w:bottom w:val="none" w:sz="0" w:space="0" w:color="auto"/>
        <w:right w:val="none" w:sz="0" w:space="0" w:color="auto"/>
      </w:divBdr>
    </w:div>
    <w:div w:id="1962954102">
      <w:bodyDiv w:val="1"/>
      <w:marLeft w:val="0"/>
      <w:marRight w:val="0"/>
      <w:marTop w:val="0"/>
      <w:marBottom w:val="0"/>
      <w:divBdr>
        <w:top w:val="none" w:sz="0" w:space="0" w:color="auto"/>
        <w:left w:val="none" w:sz="0" w:space="0" w:color="auto"/>
        <w:bottom w:val="none" w:sz="0" w:space="0" w:color="auto"/>
        <w:right w:val="none" w:sz="0" w:space="0" w:color="auto"/>
      </w:divBdr>
    </w:div>
    <w:div w:id="213956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a39961-3285-4b83-ab38-a53665f7c43d">
      <Terms xmlns="http://schemas.microsoft.com/office/infopath/2007/PartnerControls"/>
    </lcf76f155ced4ddcb4097134ff3c332f>
    <Matematika xmlns="64a39961-3285-4b83-ab38-a53665f7c43d" xsi:nil="true"/>
    <Vjeronauk xmlns="64a39961-3285-4b83-ab38-a53665f7c43d" xsi:nil="true"/>
    <TaxCatchAll xmlns="5db586e0-7313-48d1-8a50-22f86f9c80c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31E45DDC70B3F4CB7D93E3D9C5BE227" ma:contentTypeVersion="20" ma:contentTypeDescription="Stvaranje novog dokumenta." ma:contentTypeScope="" ma:versionID="c0f65a5de792003c2b38e65922c335db">
  <xsd:schema xmlns:xsd="http://www.w3.org/2001/XMLSchema" xmlns:xs="http://www.w3.org/2001/XMLSchema" xmlns:p="http://schemas.microsoft.com/office/2006/metadata/properties" xmlns:ns2="64a39961-3285-4b83-ab38-a53665f7c43d" xmlns:ns3="5db586e0-7313-48d1-8a50-22f86f9c80c5" targetNamespace="http://schemas.microsoft.com/office/2006/metadata/properties" ma:root="true" ma:fieldsID="26277df0b8953734dfe057879e99c05a" ns2:_="" ns3:_="">
    <xsd:import namespace="64a39961-3285-4b83-ab38-a53665f7c43d"/>
    <xsd:import namespace="5db586e0-7313-48d1-8a50-22f86f9c80c5"/>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SearchProperties" minOccurs="0"/>
                <xsd:element ref="ns2:MediaServiceLocation" minOccurs="0"/>
                <xsd:element ref="ns2:MediaLengthInSeconds" minOccurs="0"/>
                <xsd:element ref="ns2:MediaServiceObjectDetectorVersions" minOccurs="0"/>
                <xsd:element ref="ns2:Matematika" minOccurs="0"/>
                <xsd:element ref="ns2:Vjerona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39961-3285-4b83-ab38-a53665f7c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atematika" ma:index="25" nillable="true" ma:displayName="Matematika" ma:format="Dropdown" ma:internalName="Matematika">
      <xsd:simpleType>
        <xsd:restriction base="dms:Text">
          <xsd:maxLength value="255"/>
        </xsd:restriction>
      </xsd:simpleType>
    </xsd:element>
    <xsd:element name="Vjeronauk" ma:index="26" nillable="true" ma:displayName="Vjeronauk" ma:format="Dropdown" ma:internalName="Vjeronau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b586e0-7313-48d1-8a50-22f86f9c80c5" elementFormDefault="qualified">
    <xsd:import namespace="http://schemas.microsoft.com/office/2006/documentManagement/types"/>
    <xsd:import namespace="http://schemas.microsoft.com/office/infopath/2007/PartnerControls"/>
    <xsd:element name="SharedWithUsers" ma:index="13"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ji o zajedničkom korištenju" ma:internalName="SharedWithDetails" ma:readOnly="true">
      <xsd:simpleType>
        <xsd:restriction base="dms:Note">
          <xsd:maxLength value="255"/>
        </xsd:restriction>
      </xsd:simpleType>
    </xsd:element>
    <xsd:element name="TaxCatchAll" ma:index="19" nillable="true" ma:displayName="Taxonomy Catch All Column" ma:hidden="true" ma:list="{2e8a18ee-75b0-47f9-8b06-0dbe433f9d18}" ma:internalName="TaxCatchAll" ma:showField="CatchAllData" ma:web="5db586e0-7313-48d1-8a50-22f86f9c8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6C62E-4DEE-4313-B2F4-530A7C89CDA1}">
  <ds:schemaRefs>
    <ds:schemaRef ds:uri="http://schemas.microsoft.com/sharepoint/v3/contenttype/forms"/>
  </ds:schemaRefs>
</ds:datastoreItem>
</file>

<file path=customXml/itemProps2.xml><?xml version="1.0" encoding="utf-8"?>
<ds:datastoreItem xmlns:ds="http://schemas.openxmlformats.org/officeDocument/2006/customXml" ds:itemID="{DD4B2E11-391A-48C1-BA27-F41F02E82603}">
  <ds:schemaRefs>
    <ds:schemaRef ds:uri="http://schemas.microsoft.com/office/2006/metadata/properties"/>
    <ds:schemaRef ds:uri="http://schemas.microsoft.com/office/infopath/2007/PartnerControls"/>
    <ds:schemaRef ds:uri="64a39961-3285-4b83-ab38-a53665f7c43d"/>
    <ds:schemaRef ds:uri="5db586e0-7313-48d1-8a50-22f86f9c80c5"/>
  </ds:schemaRefs>
</ds:datastoreItem>
</file>

<file path=customXml/itemProps3.xml><?xml version="1.0" encoding="utf-8"?>
<ds:datastoreItem xmlns:ds="http://schemas.openxmlformats.org/officeDocument/2006/customXml" ds:itemID="{974B7D45-2B2D-404F-90E8-4624B541BBC5}">
  <ds:schemaRefs>
    <ds:schemaRef ds:uri="http://schemas.openxmlformats.org/officeDocument/2006/bibliography"/>
  </ds:schemaRefs>
</ds:datastoreItem>
</file>

<file path=customXml/itemProps4.xml><?xml version="1.0" encoding="utf-8"?>
<ds:datastoreItem xmlns:ds="http://schemas.openxmlformats.org/officeDocument/2006/customXml" ds:itemID="{78E29E53-D5DE-4A37-A2E3-3493D592B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39961-3285-4b83-ab38-a53665f7c43d"/>
    <ds:schemaRef ds:uri="5db586e0-7313-48d1-8a50-22f86f9c8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81</Pages>
  <Words>21500</Words>
  <Characters>122553</Characters>
  <Application>Microsoft Office Word</Application>
  <DocSecurity>0</DocSecurity>
  <Lines>1021</Lines>
  <Paragraphs>287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Tajnistvo</cp:lastModifiedBy>
  <cp:revision>3</cp:revision>
  <cp:lastPrinted>2026-10-07T07:36:00Z</cp:lastPrinted>
  <dcterms:created xsi:type="dcterms:W3CDTF">2026-10-07T07:36:00Z</dcterms:created>
  <dcterms:modified xsi:type="dcterms:W3CDTF">2026-10-07T07:50:00Z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0x010100D31E45DDC70B3F4CB7D93E3D9C5BE227</vt:lpwstr>
  </property>
  <property fmtid="{D5CDD505-2E9C-101B-9397-08002B2CF9AE}" pid="3" name="MediaServiceImageTags">
    <vt:lpwstr/>
  </property>
</Properties>
</file>